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sectPr w:rsidR="00FC693F" w:rsidRPr="0006063C" w:rsidSect="00034616">
      <w:pgSz w:w="11906" w:h="16838"/>
      <w:pgMar w:top="1440" w:right="1440" w:bottom="1440" w:left="144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2026-05-15T11:23:42Z</dcterms:created>
  <dcterms:modified xsi:type="dcterms:W3CDTF">2026-05-15T11:23:42Z</dcterms:modified>
  <cp:category/>
</cp:coreProperties>
</file>