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7620</wp:posOffset>
            </wp:positionH>
            <wp:positionV relativeFrom="page">
              <wp:posOffset>0</wp:posOffset>
            </wp:positionV>
            <wp:extent cx="7553325" cy="10692765"/>
            <wp:wrapNone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927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0" w:after="0"/>
        <w:ind w:left="0" w:right="0"/>
      </w:pPr>
    </w:p>
    <w:p>
      <w:pPr>
        <w:spacing w:after="0"/>
        <w:sectPr>
          <w:pgSz w:w="11906" w:h="16838"/>
          <w:pgMar w:top="1440" w:right="1440" w:bottom="1440" w:left="144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0009037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Monetária</w:t>
            </w:r>
          </w:p>
        </w:tc>
      </w:tr>
      <w:tr>
        <w:trPr>
          <w:trHeight w:hRule="exact" w:val="20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TIODORIA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MARISTELA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LOIOLA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JANILY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CE55003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0068349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Cumprimento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Provisório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Sentença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CE297120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CE15833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CE19341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CE29918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ESMERALDO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3009965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RAYSSA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CE50006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GISLAINE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CE21231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0000967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Aquisição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MITRA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ARQUIDIOCESANA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MONTENEGRO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Cachoux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Idalecio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Lourival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Laecio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CE10051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0268747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IAN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GARRETT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CE44862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3008535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3050420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JENIFER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OVIEDO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GIACOMINI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MG224534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MERCADOPAGO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SC20875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ALLIANZ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XARAU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10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TOURMALET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CE20979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Recurso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MG108654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LORRAN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3008126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Bens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Entre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Cônjuges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CE24632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BOTELHO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3005341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JWS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ADMINISTRATIVOS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3015321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CRESCENCIO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CE18949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CE43569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ZULIANI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SP119384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CE15519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JANSEN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CE20787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CE31221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IDOSOS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3023917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HERLLON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CE52569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3018894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MICKAEL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PB24324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KAROLAYNE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PB27077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CE26197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ODECIO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CE29016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37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0207469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CE34684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ANDIARA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CE6656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ALYSSANDRA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CE35343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IZIDORIO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CE30419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3008666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Domiciliar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LINDIVAL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LINDIVAL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CE13116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95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sz w:val="24"/>
        </w:rPr>
        <w:t>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0202736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0200437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BROTHER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ANTENOR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3044313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SC63128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IDOSOS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3044313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RS57360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CASPFE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AGUSTINHA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0279702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ESMERALDO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RN19203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RN12856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RN11335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RN12856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RN11335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RN19203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0261513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ESPINDOLA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CE6403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ELIAQUIM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TIMBO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0000155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GUTEMBERG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CE8771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0257259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MARISSOL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PR17245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XENOFONTE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ANGELONI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THYAGO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IBIAPINA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CE46532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0356386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TENORIO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TICIANE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CRISPINO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CE5705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CRISPINO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CONSIPEL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INCORPORADORA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CE14080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3003611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3003611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AURIVANDO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SP312375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MALTZ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NAHON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TECHLUXX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ILUMINACAO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ELETRICOS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ISAAC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3010458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PA33844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OSCARINA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FRAGA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0236952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ELISATEX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MALHAS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SABRINNA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CE25551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ARTIGOS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VESTUARIO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CE23115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0236952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0211910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SE7525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Telemar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ESTRELA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PB23664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DYESSICA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0292962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CE16018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VOLKSWAGEN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3037530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KETTI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FRANKLIN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RAINAN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RUEDA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PE16983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3022201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3022201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3003800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BALBINA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RANIERI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0008806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Enriquecimento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ELENILDA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CE44610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NADIA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CE47590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0227427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PAVANNI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HALLEY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CE27422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GONZAGA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CE23482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Fixação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JOSÉ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5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WALTER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CE36979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CE46808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FILOMENO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Anulatória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NATHANIEL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CE9813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19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3001374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AMADOR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3001927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3065767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3065767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ZULEIDE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FRAGATA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SP39768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MARCOSORRITE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CE38659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MACHADO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CE16391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0051828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CE38185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3024938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AZUL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AEREAS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SP306018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ELIENNAY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CAPISTRANO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BA71148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CALDAS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0032541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SP244484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SP365929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0200783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SIVANILDO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KELLYTON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FIGUEIREDO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CE17762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0209003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EDNEUMA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CE43368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3005614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Condômino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EDIFICIO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0205284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PE64457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WELLINGTON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PE64457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3000188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ELIDANIA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CE40334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NEWTON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CE24754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VEIGA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SP201113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0001245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FORNELLOS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PE28240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NEUMAYER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CE6241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NEUDSON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ABRANTES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0197381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Happy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Representacoes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Turisticas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NEGREIROS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GERBASI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GERARDENES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CE47309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NU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Serviços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Saúde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LAUREANO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GARDENIO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CE46790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AVICOLA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CE20800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CE51923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0015687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Imissão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Espolio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UMBELINO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ROGER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RONEELY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0003345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Acidente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Trânsito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Expresso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Guanabara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CE20392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JOCEL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CE20392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Expresso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Guanabara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3005884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0128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CE44035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CE44035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CE23814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FILIPE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CE27565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PR32571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SCHMITZ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PR32571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0201835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WOLFF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MEYER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0003951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Exoneração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VAGNER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Valeska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3023117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AMERICA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3023117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ELAINE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3023612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Urgência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JONATHAS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CE21484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CE33692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3042568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HRH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HOTELEIRO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THAUI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CE51567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3029366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BOYADJIAN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29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CE53464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CE29552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MAPURUNGA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VENTURA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MICROEMPREENDEDOR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PEQUENO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EPP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PR87755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LAURENTINA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CONAFER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CONFEDERACAO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AGRICULTORES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RURAIS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GOES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YASSODARA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CE16345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HERMAN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CE17139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0232475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SIEBRA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3091685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GRANDE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VALESKA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AM15989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3091685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0037298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DULCINEIA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CE24117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3065173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MERCANTIL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MG97649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JANKUNAS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SP445171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3004411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MARGARIDA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MORILLO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MG91567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ARISTIDES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3081243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3005447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ZELMA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IZABELA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CE52636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YANKA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CE52788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116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0201788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LINDOMAR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IDELFONSO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CE16653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0235813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SCIPIAO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CE25575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CE11299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INOCENCIO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ENEZON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3041862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Análise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ALFREDO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CE24880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LIBERTY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LIBERTY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SABINO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CE37723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CE42527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0202263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APOSENTADOS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PENSIONISTAS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IDOSOS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FORCA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SINDICAL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SP124809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CARAUBA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MEMORIA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0201555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SP336353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0232429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EFIGENIA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AGRAVADA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BRANCA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MILLER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CE44380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3001596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BEVILAQUA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CE48372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ADVOCACIA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GERAL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VILDENA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3000907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KEVIN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CE52352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3005964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CE52998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PE21233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NENZILDA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Requerimento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Reintegração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CE47398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JESSEN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CASSIANO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KATIA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RJ063278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RJ163331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Terceiro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FUNCEF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BUZZO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SP220958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39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3004111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EULALIA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NORONHA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CE11857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0043588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Duplicata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ZEFIROS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SP234531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BRECHENSK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3003494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Parcelamento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0205227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SP166349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KATAVENTO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POUSADA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KITEPOINT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SP166349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3007446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C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CONRADO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OSTERNO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CE23048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3000622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NU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PERPETUO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AUDRIN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3056764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RCI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3056764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CE38350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3003199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CE46421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LEMOS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0270328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0270328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MAXIMO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RJ135753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3015612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CE43671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0107813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CARACAS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CARACAS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3006360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Deveres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Condômino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RESIDENCIAL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MESSEJANA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TALITA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AZIN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CE31662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CHERLES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3009069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152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3009069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Inventário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NILTON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MEIRIANE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CE32885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DAMASCENO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CE38870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Guarda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ELISSANGELA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CE36855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CONCEICAO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CE26378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VERGNIAUD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JAMILLE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CE19668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0200164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CRESPO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SP115665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FAUSTINO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0115377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CE39040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CE45645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Prestação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Serviços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MADRUGA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CE44454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DULCE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3002401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CE40597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DJACI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CE13014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159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CE32271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3016854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Cláusulas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ASSUNCAO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CE25303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0039398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Expurgos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Inflacionários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Planos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Econômicos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SOBREIRA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CE43781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CE36215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PB25660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LUZINEIDE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CE56102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GLAIDSON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3003001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HELDER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CE22749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CE33988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CE34438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3107913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CE5513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3047285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COVOLAN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DAUM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SC34979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3047285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3006416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CE53206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3072302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IZIDIO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CE12925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3005052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MG103082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8" name="Picture 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MAPFRE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CAMILA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PE33667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GINDURINO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CICERO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CE39807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CANDIDO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FRASATO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SP124809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CE52027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49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49" name="Picture 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0201930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ELISBAO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ISEUDA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3003278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TERESINHA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MAHFUZ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VEZZI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0201009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CHAGAS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KLEBER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SEBRASEG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SP237340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REJANE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CE42240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VALDECLECIO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CE56319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0" name="Picture 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0203017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RJ60359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0223776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VANDERLEI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PE21678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JANAINA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KEIVE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0054671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PORDEUS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CE16196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MIRANDA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WILLIAM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CARMONA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SP257198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LOMACON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COSTRUCAO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RECUPERACAO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MEYER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1" name="Picture 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3018131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ALCILENE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HOLDING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SCORTECCI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SP248970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Remuneratórios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Anatocismo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MATHEUS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ARCHANJO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CE41822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SKRZYSZOWSKI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3002011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FARAH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CE35721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2" name="Picture 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3019140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3022505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Eletiva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PABLO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3021824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CLAUDENISIA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PATRICIA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CE41383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3001809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AMIL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INTERNACIONAL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PE29650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CE55843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GUADALUPE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CE55863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3021915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Liminar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3" name="Picture 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3021915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Linhas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Inteligentes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Atencao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ICARO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CE35045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CE40869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3017731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3020235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V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MICHELLE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CLINICA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SAUDE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ESPECIALIZADOS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CE13463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0250557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SAFRA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CASTALDO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CE15166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3024319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192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4" name="Picture 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3024319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UNIMED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TRABALHO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CE29529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Dinâmica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Inversão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COPA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GAS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SUZIKELLE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VINICIUS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ALCANTARA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CE45130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3012029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Adjudicação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Compulsória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IVETE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SOEIRO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FABRICIO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CE50200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FELISMINO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0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EDIVALDO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DENISE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CE35020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5" name="Picture 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3001759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WELLYNGTON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ANJOS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MA26102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3022009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Parcelamento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ADVOGADOS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CE25742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DINIZ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0050335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AURISTENIO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ISABELLE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NOVAIS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CE47772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NAPOLEAO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QUEZADO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ENTRETENIMENTO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HERBET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VINCI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SHOPPING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CENTERS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FII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NORTH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SHOPPING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MARACANAU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Valença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CE15783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CIDRAO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CE19976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GAZZINEO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6" name="Picture 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3024044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3003473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Revisão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Tutela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Antecipada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Antecedente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DUTRA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SP292207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CE21899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CE21901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NICULAU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DEBORA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BELEM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CE34734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CIRLENE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MACKSON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CE31841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3002398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AUTONOMIA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INSTITUIÇÃO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ENSINO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7" name="Picture 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3002398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QUENTAL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CE35317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LEONARDO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VINCI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AZEVEDO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CE26258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FANEGO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CE27322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0235637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Inexequibilidade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Inexigibilidade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MARKETING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COMUNICACAO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CONSULTORIA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MARKETING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CE48048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LAVOR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CE12512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CE14068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EDITORA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FELIPE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UCHOA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CE12639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3083086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DAMIAO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CE21695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RJ87929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0208753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8" name="Picture 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0208753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ISABELA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PR112626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PACHECO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MA23028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CRISTHIAN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CHIQUITI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PR94414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MASTER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GIOVANNA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BA42468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3001774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RONNEY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WELLYNGTON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ANJOS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MA26102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GODOY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MG77167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0200821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0151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ERIVANDA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CE52380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JACINTA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CE44769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MOISES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ALEJANDRO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ROSELL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FACCIUTO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TOKIO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BARUKI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KASSAR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59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59" name="Picture 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0216667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RJ95935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0106861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VIP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EPP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PASCHOAL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CE18692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AMAILZA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PAIVA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ARGOLO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EMANUEL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CE20528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3001797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RABELO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3000397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Perdas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DILURDES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EDENIA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CE23716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0" name="Picture 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0043180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Resgate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Contribuição</w:t>
            </w:r>
          </w:p>
        </w:tc>
      </w:tr>
      <w:tr>
        <w:trPr>
          <w:trHeight w:hRule="exact" w:val="22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MAMEDE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ACCIOLY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JOHNSON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GADELHA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MOSSLANICIR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CORDEIRO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JISELIA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SE741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ECONOMIARIOS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FEDERAIS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FUNCEF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QUEIROGA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DF16625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BICUDO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SP222546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JUSUVENNE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ZANINI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BUZZO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SP220958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3038060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Consumidor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CDC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EUBERLAN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DOUGLAS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CE21587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SANTANDER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THOMAZ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PRAZERES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CE53036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3006399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1" name="Picture 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3006399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Abatimento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proporcional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preço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CE54433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LAUZO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3065000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RACHEL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CE33687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3007564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219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CRISPIM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LUSTOSA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SC63128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SOCIEDADE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NATHALIA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SP484777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2" name="Picture 6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3000269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MUNIZ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BA12407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Repetição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Indébito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CABOCLO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GILMARIO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DOMINGOS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CE30399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CLUBE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BENEFICIOS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3000830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CHARLES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EUBERLAN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0831172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Condomínio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3" name="Picture 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0831172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CE22393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16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FROTA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CATUNDA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VIRGILIO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AQUINO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PORFIRIO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WNILTON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CE31746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0200552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SEBASTIAO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CE46992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HERMENEGILDO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CE29874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SALGUEIRO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CE45686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0257773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BELIZETE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LOBATO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NEIABSTON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CE34093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SINERGIA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ARTIGOS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ORTOPEDICOS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ROSSAS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GUSTAVO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PORTELA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KAWAKAMI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CE19223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NIVIA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LIDEMARCKS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IRINEU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4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3010332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BA17023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0275490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KALYL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LAMARCK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SILVERIO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PAULISTA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RECEBIMENTOS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KALANIT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TIECHER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CORNELIUS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MS20357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3039700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Rescisão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devolução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dinheiro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DENNER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MASCARENHAS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CE41218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MERCEDES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SANCHO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GEORGE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HIDASI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GO39612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3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5" name="Picture 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3021493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VENANCIO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CE53502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MARKES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RAFHAEL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CE23473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3002644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PB25660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MG103082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0056296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CE17924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MG180149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ICARO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CASCALHO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ROSEMBERGUE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PARANHOS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MG212288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MURTA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MG180149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ICARO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CASCALHO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ROSEMBERGUE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PARANHOS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MG212288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6" name="Picture 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0247750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LILIAN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DAYCOVAL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AYMORE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0281215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Cartão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REBEKA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FONTENELE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MESQUITA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CE47395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NATANAEL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FRAGATA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SP39768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3001053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ADILMA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LAYARA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CAMURCA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CE47248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3002500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EULINA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HIGINO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ZENILSON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CE21746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FELICIANO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4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7" name="Picture 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0207532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MG103082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ARISTIDES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0249883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SIDRONE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3080947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AYRES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BMG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VITIELLO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WINK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RS54018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PASEP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VASQUES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CE46984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8" name="Picture 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TEREZINHA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CE46072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3004592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Título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Extrajudicial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Correspondente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Certa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Líquida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Exigível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CE15304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UNANIME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PODER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CE22840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0121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Atualização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DIEGO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HYURY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CE36038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0249598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69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69" name="Picture 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0249598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LOURDES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REBOUCAS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CE33060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CALDERON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SP114904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0200295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RODOLFO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UNIBANCO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3000498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SOLEDADE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BA29442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PIANCO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CE42491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ERICLES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Tarifas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0" name="Picture 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0201370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12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BENEDITO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PE32766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3014337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CATARINA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BASILIO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RAULINO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TACOLA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BECKER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CE15911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Imagem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RJ113872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CAETANO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CE17272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RJ113872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COUTINHO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3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1" name="Picture 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0285567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ORLANDO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CE6324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0258086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Justiça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Estadual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LOTEAMENTOS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LAERTE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MEYER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CE16119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0250410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RS80173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CLAUDIO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FURTADO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RS62718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SERVIARM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SERVICO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VIGILANCIA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ARMADA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ADENAUER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CE16029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JOYCE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CE10591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0009672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NORDESTE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SA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MARITZZA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FABIANE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ROSSITER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CE44562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HAROLDO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MARTINEZ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PE20366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VALDIR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SE588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CARNEIRO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SILVA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2" name="Picture 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0271561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ESMAEL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PULLIN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PR58815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0204944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Pagamento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POSTALIS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CORREIOS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TELEGRAF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COIMBRA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DONEGATTI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SP290089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SP272633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BELARMINO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CE50137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3019855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Bloqueio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Desbloqueio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Valores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IDIBRA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PARTICIPACOES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CE18107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VICENTINO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NERI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ERNANI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CE18368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RICARDO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LACERDA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CE36557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Inclusão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Cadastro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Inadimplentes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1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3" name="Picture 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0229161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YURI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HARLEN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CE23106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JOSEFA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ARRAIS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6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259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Reconhecimento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Dissolução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MARQUILENE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LUCRECIA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CE11107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ESPÓLIO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JOSÉ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FLADEMIR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ARAÚJO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MARILUCIA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0196154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JAIR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261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4" name="Picture 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0099877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ESGOTO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CAGECE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HORTENCIO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MEDEIROS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SHEILA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BANDEIRA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CE14439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XIMENES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CE14456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MULTIVERSO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PASSARE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RAMON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CE18098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AIRTON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CE30901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GILBERTO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BARBOZA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CE5579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3007751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Partilha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DAYLENE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HERLEN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0278633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KELVY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LEANDRO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CE32509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ITAPEVA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XI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MULTICARTEIRA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PADRONIZADOS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WILIANS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FRATONI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CE16599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SP192649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Multa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Descumprimento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Ordem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Judicial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ECOTEC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CONSTRUCOES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5" name="Picture 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3010017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SUCUPIRA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CE17070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3015840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Efeito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Suspensivo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Impugnação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Embargos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à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Execução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BELCHIOR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CE17314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SIQUEIRA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3064971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Vaga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garagem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CASSIO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CESAR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CE37722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99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EZZE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RIVELLI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CE30773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ARACELLY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CE45456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3000580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Fornecimento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Elétrica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TARGINO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CE30525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76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6" name="Picture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3000096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0041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Prescrição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Decadência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APARECIDO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MIZAEL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CE11784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3001472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0133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269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DAVID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SOMBRA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PEIXOTO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MARTINS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CARDOSO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SOARES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CE8928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0593670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2000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Cédula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Crédito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Falida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Oboe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ROCHA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MAYTE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TAVARES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SIGWALT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CE20249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RAUL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AMARAL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CE13371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TAMIRES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SALGADO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CE29486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Jesus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Imcoreli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Cristiano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PREVITERA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0206093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SERGIO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BASTIANO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CE54024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CE49744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5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77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7" name="Picture 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0206093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IPADE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INSTITUTO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DESENVOLVIMENTO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EDUCACAO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BEATRIZ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BITTENCOURT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CE44118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0200004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0056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IZAU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MATEUS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ALYSSON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ARAGAO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AGUIAR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CE27083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Danilo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Patola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filhao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CE49315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46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Empréstimo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consignado</w:t>
            </w:r>
          </w:p>
        </w:tc>
      </w:tr>
      <w:tr>
        <w:trPr>
          <w:trHeight w:hRule="exact" w:val="482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COOPERATIVO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SICOOB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DOURADO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PE23255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LARISSA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CE41735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VALCLEIDE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CASTRO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EVANDERSON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SIMPLICIO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ESTANISLAU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CE26421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0116557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HOUSE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POUSADA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POUSADA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RESTAURANTE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BRESSANE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BONAUDO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FABIO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GENTILE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CE18498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MARLEY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CE30611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COMPANHIA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ENERGETICA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3108462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275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78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8" name="Picture 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3108462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Contratos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Bancários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EDMAR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GALZO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SP524585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HYUNDAI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CAPITAL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GONCALVES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CE50541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0220124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Despesas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Condominiais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ASSOCIACAO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MORADORES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CONDOMINIO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CHRONOS</w:t>
            </w:r>
          </w:p>
        </w:tc>
      </w:tr>
      <w:tr>
        <w:trPr>
          <w:trHeight w:hRule="exact" w:val="679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CE25265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RAPHAEL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FONTOURA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CE26002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MANOEL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FILHO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CE24440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RAILDES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HERIANA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REGADAS</w:t>
            </w:r>
          </w:p>
        </w:tc>
      </w:tr>
      <w:tr>
        <w:trPr>
          <w:trHeight w:hRule="exact" w:val="8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ADRIANO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CE16755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ERIONALDO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CE15205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OTAVIO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ARRUDA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BEZERRA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CE5207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THEREZA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CE19246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3000025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0114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MARINES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VANESSA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CE41177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JHYULLY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BESERRA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CE42362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EUGENIA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FILGUEIRAS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MILFONT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CE52483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JULIANA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PROCOPIO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CE52620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CE29801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/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79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79" name="Picture 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0000373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0097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Desobediência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art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330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EDSONILCE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GUERRA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CE34952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3091876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279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Roubo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Majorado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RIAN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Delegacia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Criança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Adolescente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DCA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0201123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0035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Propriedade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NACIONAL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MIGUEL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ALVIM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COELHO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DF35877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NASCIMENTO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EURIVAN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CE7488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3028400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Agência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Distribuição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SP525814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UBER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TECNOLOGIA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CELSO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MONTEIRO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CE30086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37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80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0" name="Picture 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0054798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282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Consórcio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EMBRACON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Embracon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Administradora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Consorcio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AUREA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THELIO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QUEIROZ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FARIAS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PB9162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0226678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283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ROSANGELA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ITALO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CLEMENTE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POMPEU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CE30643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DIONNATHAN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DUARTE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CE43029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SAMSUNG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ELETRONICA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AMAZONIA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DRUMMOND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TEIXEIRA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MG108112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3003507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Defeito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nulidade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ou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anulação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MARIINHA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HONORATO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IDEMBERG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NOBRE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SENA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CE14260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THIAGO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ROMCY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CE23900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Posse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Drogas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Consumo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Pessoal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>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YVINA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LIMA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CE43761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LINGE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ELIAS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CE45489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89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81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1" name="Picture 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3002950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0201161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0119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PAN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RONALDO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SIMOES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CE17801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VITOR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CHAVES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MARQUES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CE30348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RAIMUNDO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NONATO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ANTONELLA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GRAZZIOTIN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BERNARDON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ARAMAYO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RS62405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3007451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Tratamento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médico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hospitalar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VALERIA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CRISTINA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SAMANTHA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CAROLINE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MG125578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0202630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84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288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Moral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HELANIA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CE26512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CREFISA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SA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LAZARO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MS8125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9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82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2" name="Picture 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3001425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Alienação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Fiduciária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NAYANNE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FEITOSA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ROBERTA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FONSECA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RN17083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FLAVIA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SP226657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0052108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98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0075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Obrigação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Fazer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Pedro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Borges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TATIANA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KELLI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FRANCALINO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REBECA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CE37538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PRISCILLA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BATISTA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ALBUQUERQUE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CE24071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ARTHUR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WERNER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DANTAS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PIMENTEL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ROTHEA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CE42638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MARCUS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FELIX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LEITAO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CE23295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ALDIZIO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CE1967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HAPVIDA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ASSISTENCIA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MEDICA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IGOR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MACEDO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FACO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CE16470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MENESCAL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GUEDES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CE23931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3009714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291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AGRAVO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INSTRUMENTO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Acessão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INACIO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ABREU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MOURA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CE16305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GLAUCIA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VASCONCELOS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GALVAO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ROMULO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MARCEL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SANTOS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CE16498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292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1º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FORTE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Promessa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Venda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21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83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3" name="Picture 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0207381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0064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CE5864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CAPELLO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EMPREENDIMENTOS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IMOBILIARIOS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ANGELICA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KARLA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NOGUEIRA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LOPES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CUNHA</w:t>
            </w:r>
          </w:p>
        </w:tc>
      </w:tr>
      <w:tr>
        <w:trPr>
          <w:trHeight w:hRule="exact" w:val="8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ROMENIA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RAFAELLA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PONTE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CE19455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RENATA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RIBEIRO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VERAS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8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CE28424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3002892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22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0029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293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Práticas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Abusivas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ALEXANDRE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PAES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ANDRADE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CE38088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REGIOS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CE25034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AGIBANK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CREDITO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,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FINANCIAMENTO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INVESTIMENTO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ALVARENGA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CAMPOS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VELOSO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MG99054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0050049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39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2021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0140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294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Esbulho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Turbação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/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Ameaça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BRAGA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SANDERS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BRUNA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ARANHA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CE40203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CLARA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FREITAS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MENDONCA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CE22543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AGATONIO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JOAQUIM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HOLANDA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CRUZ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CE27145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295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Indenização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por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Material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ADEMIR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SOUSA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GUALBERTO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GABRIEL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TORQUATO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OLIVEIRA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CE43446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BRADESCO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VIDA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FRANCISCO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SAMPAIO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MENEZES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JUNIOR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CE9075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RITA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REIS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PETRAROLI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CE31493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101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84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4" name="Picture 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3002971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60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0171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0193326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2015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0001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296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APELAÇÃO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Hipoteca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CAIXA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PREVIDENCIA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DOS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FUNCS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BANCO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MIZZI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GEDEON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MA14371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RODRIGUES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WAMBIER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PR7295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SOCORRO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BARRETO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ALEXANDRINO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CAVALCANTI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FERNANDA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GUIMARAES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RS51837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)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3007198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297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28ª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5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3019714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76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298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7ª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FAMILIA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5ª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Família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10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CARLOS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ALBERTO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MAGALHAES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HELENA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COSTA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CARVALHO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JOSE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WILSON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ARAUJO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SILVA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3023391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299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5º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EVERARDO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LUCENA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SEGUNDO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957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85</w:t>
      </w:r>
    </w:p>
    <w:p>
      <w:pPr>
        <w:spacing w:after="0"/>
        <w:sectPr>
          <w:pgSz w:w="11906" w:h="16838"/>
          <w:pgMar w:top="0" w:right="0" w:bottom="0" w:left="0" w:header="720" w:footer="720" w:gutter="0"/>
          <w:cols w:space="720" w:num="1" w:equalWidth="0">
            <w:col w:w="11906" w:space="0"/>
          </w:cols>
          <w:docGrid w:linePitch="360"/>
        </w:sectPr>
      </w:pPr>
    </w:p>
    <w:p>
      <w:pPr>
        <w:widowControl/>
        <w:wordWrap w:val="0"/>
        <w:autoSpaceDE w:val="0"/>
        <w:autoSpaceDN w:val="0"/>
        <w:spacing w:line="14" w:lineRule="exact" w:before="0" w:after="374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382523</wp:posOffset>
            </wp:positionH>
            <wp:positionV relativeFrom="page">
              <wp:posOffset>10110215</wp:posOffset>
            </wp:positionV>
            <wp:extent cx="6934200" cy="15240"/>
            <wp:wrapNone/>
            <wp:docPr id="85" name="Picture 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2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/>
        <w:wordWrap w:val="0"/>
        <w:autoSpaceDE w:val="0"/>
        <w:autoSpaceDN w:val="0"/>
        <w:spacing w:line="14" w:lineRule="exact" w:before="762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3023391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17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2025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JUÍZO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38ª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28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480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24ª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UNIDADE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ESPECIAL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CIVEL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FORTALEZA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7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CE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14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ANDRE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PINHEIRO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NETO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JOAO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HENRIQUE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BRASIL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GONDIM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T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&amp;</w:t>
            </w:r>
            <w:r>
              <w:rPr>
                <w:rFonts w:ascii="Times New Roman" w:hAnsi="Times New Roman" w:eastAsia="Times New Roman"/>
                <w:b w:val="0"/>
                <w:color w:val="000000"/>
                <w:spacing w:val="6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INDUSTRIA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COMERCIO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CONFECCAO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LTDA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ALINE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GURGEL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MOTA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FERREIRA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GOMES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INES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ALMEIDA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2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GUILHERME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AUGUSTO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ALENCAR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ARARIPE</w:t>
            </w:r>
          </w:p>
          <w:p>
            <w:pPr>
              <w:widowControl/>
              <w:wordWrap w:val="0"/>
              <w:autoSpaceDE w:val="0"/>
              <w:autoSpaceDN w:val="0"/>
              <w:spacing w:line="199" w:lineRule="exact" w:before="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MINISTERIO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PUBLICO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ESTADO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CEARA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liberado</w:t>
            </w:r>
          </w:p>
        </w:tc>
      </w:tr>
    </w:tbl>
    <w:p>
      <w:pPr>
        <w:widowControl/>
        <w:wordWrap w:val="0"/>
        <w:autoSpaceDE w:val="0"/>
        <w:autoSpaceDN w:val="0"/>
        <w:spacing w:line="14" w:lineRule="exact" w:before="68" w:after="0"/>
        <w:ind w:left="0" w:right="0"/>
      </w:pPr>
    </w:p>
    <w:tbl>
      <w:tblPr>
        <w:tblW w:type="auto" w:w="0"/>
        <w:tblInd w:type="dxa" w:w="631"/>
        <w:tblLayout w:type="fixed"/>
        <w:tblLook w:firstColumn="1" w:firstRow="1" w:lastColumn="0" w:lastRow="0" w:noHBand="0" w:noVBand="1" w:val="04A0"/>
      </w:tblPr>
      <w:tblGrid>
        <w:gridCol w:w="5953"/>
        <w:gridCol w:w="5953"/>
      </w:tblGrid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Processo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3003882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3"/>
                <w:sz w:val="20"/>
              </w:rPr>
              <w:t>-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66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2026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2"/>
                <w:sz w:val="20"/>
              </w:rPr>
              <w:t>8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06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.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0000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Número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ordem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300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3º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Gabinete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Órgão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julgador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colegiado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pacing w:val="1"/>
                <w:sz w:val="20"/>
              </w:rPr>
              <w:t>2ª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Câmara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Privado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MARIA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FATIMA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MELO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LOUREIRO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Classe</w:t>
            </w:r>
            <w:r>
              <w:rPr>
                <w:rFonts w:ascii="Arial" w:hAnsi="Arial" w:eastAsia="Arial"/>
                <w:b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judicial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CÍVEL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Assunto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principal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Conflito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2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Competência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3ª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CAUCAIA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ativo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w w:val="99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pacing w:val="4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JUIZ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DIREITO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1ª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VARA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CÍVEL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COMARCA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10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w w:val="99"/>
                <w:sz w:val="20"/>
              </w:rPr>
              <w:t>DE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3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CAUCAIA</w:t>
            </w:r>
          </w:p>
        </w:tc>
      </w:tr>
      <w:tr>
        <w:trPr>
          <w:trHeight w:hRule="exact" w:val="278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Advogado</w:t>
            </w:r>
            <w:r>
              <w:rPr>
                <w:rFonts w:ascii="Arial" w:hAnsi="Arial" w:eastAsia="Arial"/>
                <w:b/>
                <w:i w:val="0"/>
                <w:color w:val="000000"/>
                <w:spacing w:val="1"/>
                <w:sz w:val="20"/>
              </w:rPr>
              <w:t>(</w:t>
            </w:r>
            <w:r>
              <w:rPr>
                <w:rFonts w:ascii="Arial" w:hAnsi="Arial" w:eastAsia="Arial"/>
                <w:b/>
                <w:i w:val="0"/>
                <w:color w:val="000000"/>
                <w:spacing w:val="-2"/>
                <w:sz w:val="20"/>
              </w:rPr>
              <w:t>s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)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-</w:t>
            </w:r>
            <w:r>
              <w:rPr>
                <w:rFonts w:ascii="Times New Roman" w:hAnsi="Times New Roman" w:eastAsia="Times New Roman"/>
                <w:b/>
                <w:color w:val="000000"/>
                <w:spacing w:val="5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Polo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passivo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Terceiros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  <w:tr>
        <w:trPr>
          <w:trHeight w:hRule="exact" w:val="281"/>
        </w:trPr>
        <w:tc>
          <w:tcPr>
            <w:tcW w:type="dxa" w:w="2724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shd w:fill="E6E6E6"/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Voto</w:t>
            </w:r>
            <w:r>
              <w:rPr>
                <w:rFonts w:ascii="Arial" w:hAnsi="Arial" w:eastAsia="Arial"/>
                <w:b/>
                <w:i w:val="0"/>
                <w:color w:val="000000"/>
                <w:spacing w:val="2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proferido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pelo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 xml:space="preserve"> </w:t>
            </w:r>
            <w:r>
              <w:rPr>
                <w:rFonts w:ascii="Arial" w:hAnsi="Arial" w:eastAsia="Arial"/>
                <w:b/>
                <w:i w:val="0"/>
                <w:color w:val="000000"/>
                <w:sz w:val="20"/>
              </w:rPr>
              <w:t>relator</w:t>
            </w:r>
          </w:p>
        </w:tc>
        <w:tc>
          <w:tcPr>
            <w:tcW w:type="dxa" w:w="8177"/>
            <w:tcBorders>
              <w:top w:val="single" w:sz="8" w:color="000000"/>
              <w:left w:val="single" w:sz="8" w:color="000000"/>
              <w:bottom w:val="single" w:sz="8" w:color="000000"/>
              <w:right w:val="single" w:sz="8" w:color="000000"/>
            </w:tcBorders>
            <w:tcMar>
              <w:left w:type="dxa" w:w="0"/>
              <w:right w:type="dxa" w:w="0"/>
            </w:tcMar>
          </w:tcPr>
          <w:p>
            <w:pPr>
              <w:widowControl/>
              <w:wordWrap w:val="0"/>
              <w:autoSpaceDE w:val="0"/>
              <w:autoSpaceDN w:val="0"/>
              <w:spacing w:line="199" w:lineRule="exact" w:before="30" w:after="0"/>
              <w:ind w:left="31" w:right="0" w:firstLine="0"/>
              <w:jc w:val="left"/>
            </w:pP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Não</w:t>
            </w:r>
            <w:r>
              <w:rPr>
                <w:rFonts w:ascii="Arial" w:hAnsi="Arial" w:eastAsia="Arial"/>
                <w:b w:val="0"/>
                <w:i w:val="0"/>
                <w:color w:val="000000"/>
                <w:spacing w:val="-1"/>
                <w:sz w:val="20"/>
              </w:rPr>
              <w:t xml:space="preserve"> </w:t>
            </w:r>
            <w:r>
              <w:rPr>
                <w:rFonts w:ascii="Arial" w:hAnsi="Arial" w:eastAsia="Arial"/>
                <w:b w:val="0"/>
                <w:i w:val="0"/>
                <w:color w:val="000000"/>
                <w:sz w:val="20"/>
              </w:rPr>
              <w:t>informado</w:t>
            </w:r>
          </w:p>
        </w:tc>
      </w:tr>
    </w:tbl>
    <w:p>
      <w:pPr>
        <w:widowControl/>
        <w:wordWrap w:val="0"/>
        <w:autoSpaceDE w:val="0"/>
        <w:autoSpaceDN w:val="0"/>
        <w:spacing w:line="240" w:lineRule="exact" w:before="7576" w:after="0"/>
        <w:ind w:left="5930" w:right="0" w:firstLine="0"/>
        <w:jc w:val="left"/>
      </w:pPr>
      <w:r>
        <w:rPr>
          <w:rFonts w:ascii="Arial" w:hAnsi="Arial" w:eastAsia="Arial"/>
          <w:b w:val="0"/>
          <w:i w:val="0"/>
          <w:color w:val="000000"/>
          <w:w w:val="99"/>
          <w:sz w:val="24"/>
        </w:rPr>
        <w:t>86</w:t>
      </w:r>
    </w:p>
    <w:sectPr w:rsidR="00FC693F" w:rsidRPr="0006063C" w:rsidSect="00034616">
      <w:pgSz w:w="11906" w:h="16838"/>
      <w:pgMar w:top="0" w:right="0" w:bottom="0" w:left="0" w:header="720" w:footer="720" w:gutter="0"/>
      <w:cols w:space="720" w:num="1" w:equalWidth="0">
        <w:col w:w="11906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embedTrueTypeFonts/>
  <w:saveSubsetFonts/>
  <w:proofState w:spelling="clean" w:grammar="clean"/>
  <w:defaultTabStop w:val="720"/>
  <w:noPunctuationKerning/>
  <w:characterSpacingControl w:val="compressPunctuationAndJapaneseKana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LightPDF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LightPDF</Company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LightPDF</dc:creator>
  <cp:keywords/>
  <dc:description>generated by LightPDF 20250911</dc:description>
  <cp:lastModifiedBy>LightPDF</cp:lastModifiedBy>
  <cp:revision>1</cp:revision>
  <dcterms:created xsi:type="dcterms:W3CDTF">2026-04-02T19:19:59Z</dcterms:created>
  <dcterms:modified xsi:type="dcterms:W3CDTF">2026-04-02T19:19:59Z</dcterms:modified>
  <cp:category/>
</cp:coreProperties>
</file>