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 w:val="0"/>
        <w:autoSpaceDE w:val="0"/>
        <w:autoSpaceDN w:val="0"/>
        <w:spacing w:line="14" w:lineRule="exact" w:before="0" w:after="736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3347720</wp:posOffset>
            </wp:positionH>
            <wp:positionV relativeFrom="page">
              <wp:posOffset>747330</wp:posOffset>
            </wp:positionV>
            <wp:extent cx="865505" cy="883285"/>
            <wp:wrapNone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88328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3347973</wp:posOffset>
            </wp:positionH>
            <wp:positionV relativeFrom="page">
              <wp:posOffset>1640458</wp:posOffset>
            </wp:positionV>
            <wp:extent cx="862965" cy="17780"/>
            <wp:wrapNone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177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719632</wp:posOffset>
            </wp:positionH>
            <wp:positionV relativeFrom="page">
              <wp:posOffset>3271393</wp:posOffset>
            </wp:positionV>
            <wp:extent cx="5519420" cy="15240"/>
            <wp:wrapNone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9420" cy="15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719632</wp:posOffset>
            </wp:positionH>
            <wp:positionV relativeFrom="page">
              <wp:posOffset>6423913</wp:posOffset>
            </wp:positionV>
            <wp:extent cx="1981835" cy="17780"/>
            <wp:wrapNone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177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240" w:lineRule="exact" w:before="1500" w:after="89"/>
        <w:ind w:left="3694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ESTADO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CEARÁ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3704" w:right="0" w:firstLine="0"/>
        <w:jc w:val="left"/>
      </w:pPr>
      <w:r>
        <w:rPr>
          <w:rFonts w:ascii="Arial" w:hAnsi="Arial" w:eastAsia="Arial"/>
          <w:b/>
          <w:i w:val="0"/>
          <w:color w:val="000000"/>
          <w:sz w:val="24"/>
        </w:rPr>
        <w:t>PODER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JUDICIÁRIO</w:t>
      </w:r>
    </w:p>
    <w:p>
      <w:pPr>
        <w:widowControl/>
        <w:wordWrap w:val="0"/>
        <w:autoSpaceDE w:val="0"/>
        <w:autoSpaceDN w:val="0"/>
        <w:spacing w:line="240" w:lineRule="exact" w:before="173" w:after="113"/>
        <w:ind w:left="3502" w:right="0" w:firstLine="0"/>
        <w:jc w:val="left"/>
      </w:pPr>
      <w:r>
        <w:rPr>
          <w:rFonts w:ascii="Arial" w:hAnsi="Arial" w:eastAsia="Arial"/>
          <w:b/>
          <w:i w:val="0"/>
          <w:color w:val="000000"/>
          <w:w w:val="99"/>
          <w:sz w:val="24"/>
        </w:rPr>
        <w:t>TRIBUNAL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JUSTIÇA</w:t>
      </w:r>
    </w:p>
    <w:p>
      <w:pPr>
        <w:widowControl/>
        <w:wordWrap w:val="0"/>
        <w:autoSpaceDE w:val="0"/>
        <w:autoSpaceDN w:val="0"/>
        <w:spacing w:line="240" w:lineRule="exact" w:before="227" w:after="305"/>
        <w:ind w:left="2441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pacing w:val="-5"/>
          <w:sz w:val="24"/>
        </w:rPr>
        <w:t>SEGUNDA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eastAsia="Times New Roman"/>
          <w:b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eastAsia="Times New Roman"/>
          <w:b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eastAsia="Times New Roman"/>
          <w:b/>
          <w:i w:val="0"/>
          <w:color w:val="000000"/>
          <w:spacing w:val="-6"/>
          <w:sz w:val="24"/>
        </w:rPr>
        <w:t>DIREITO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eastAsia="Times New Roman"/>
          <w:b/>
          <w:i w:val="0"/>
          <w:color w:val="000000"/>
          <w:spacing w:val="-5"/>
          <w:sz w:val="24"/>
        </w:rPr>
        <w:t>PRIVADO</w:t>
      </w:r>
    </w:p>
    <w:p>
      <w:pPr>
        <w:widowControl/>
        <w:wordWrap w:val="0"/>
        <w:autoSpaceDE w:val="0"/>
        <w:autoSpaceDN w:val="0"/>
        <w:spacing w:line="247" w:lineRule="exact" w:before="610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02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2023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SEGUNDA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PRIVADO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ATA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SEGUNDA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PRIVADO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1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um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mês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fevereiro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dois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mil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três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2023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forma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híbrida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às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30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horas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teve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lugar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2ª</w:t>
      </w:r>
    </w:p>
    <w:p>
      <w:pPr>
        <w:widowControl/>
        <w:wordWrap w:val="0"/>
        <w:autoSpaceDE w:val="0"/>
        <w:autoSpaceDN w:val="0"/>
        <w:spacing w:line="240" w:lineRule="exact" w:before="173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Reunião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2023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ocasião</w:t>
      </w:r>
      <w:r>
        <w:rPr>
          <w:rFonts w:ascii="Times New Roman" w:hAnsi="Times New Roman" w:eastAsia="Times New Roman"/>
          <w:b w:val="0"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em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Desembargador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7" w:lineRule="exact" w:before="17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PRESIDENTE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em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exercício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sem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discrepância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foi</w:t>
      </w:r>
      <w:r>
        <w:rPr>
          <w:rFonts w:ascii="Times New Roman" w:hAnsi="Times New Roman" w:eastAsia="Times New Roman"/>
          <w:b w:val="0"/>
          <w:color w:val="000000"/>
          <w:spacing w:val="4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aprovada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Ata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Ordinária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2023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Segunda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Privado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25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vinte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cinco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mês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janeiro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2023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Presentes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Excelentíssimos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Senhores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Desembargadores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Procuradoria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Geral</w:t>
      </w:r>
      <w:r>
        <w:rPr>
          <w:rFonts w:ascii="Times New Roman" w:hAnsi="Times New Roman" w:eastAsia="Times New Roman"/>
          <w:b w:val="0"/>
          <w:color w:val="000000"/>
          <w:spacing w:val="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Justiça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fez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LORAINE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JACOB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MOLINA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FRANCILENE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BRITO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sendo</w:t>
      </w:r>
    </w:p>
    <w:p>
      <w:pPr>
        <w:widowControl/>
        <w:wordWrap w:val="0"/>
        <w:autoSpaceDE w:val="0"/>
        <w:autoSpaceDN w:val="0"/>
        <w:spacing w:line="248" w:lineRule="exact" w:before="16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trabalhos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coordenados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Bela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KATIA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CILENE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Arial" w:hAnsi="Arial" w:eastAsia="Arial"/>
          <w:b/>
          <w:i w:val="0"/>
          <w:color w:val="000000"/>
          <w:spacing w:val="-4"/>
          <w:sz w:val="24"/>
          <w:u w:val="single"/>
        </w:rPr>
        <w:t>JULGAMENTOS</w:t>
      </w:r>
      <w:r>
        <w:rPr>
          <w:rFonts w:ascii="Arial" w:hAnsi="Arial" w:eastAsia="Arial"/>
          <w:b/>
          <w:i w:val="0"/>
          <w:color w:val="000000"/>
          <w:spacing w:val="-3"/>
          <w:sz w:val="24"/>
          <w:u w:val="single"/>
        </w:rPr>
        <w:t>:</w:t>
      </w:r>
      <w:r>
        <w:rPr>
          <w:rFonts w:ascii="Arial" w:hAnsi="Arial" w:eastAsia="Arial"/>
          <w:b/>
          <w:i w:val="0"/>
          <w:color w:val="000000"/>
          <w:spacing w:val="-4"/>
          <w:sz w:val="24"/>
          <w:u w:val="single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  <w:u w:val="single"/>
        </w:rPr>
        <w:t>PEDIDOS</w:t>
      </w:r>
    </w:p>
    <w:p>
      <w:pPr>
        <w:widowControl/>
        <w:wordWrap w:val="0"/>
        <w:autoSpaceDE w:val="0"/>
        <w:autoSpaceDN w:val="0"/>
        <w:spacing w:line="241" w:lineRule="exact" w:before="176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SUSTENTAÇÃO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ORAL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0253991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61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1"/>
          <w:sz w:val="24"/>
        </w:rPr>
        <w:t>8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</w:p>
    <w:p>
      <w:pPr>
        <w:widowControl/>
        <w:wordWrap w:val="0"/>
        <w:autoSpaceDE w:val="0"/>
        <w:autoSpaceDN w:val="0"/>
        <w:spacing w:line="247" w:lineRule="exact" w:before="169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24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&amp;</w:t>
      </w:r>
      <w:r>
        <w:rPr>
          <w:rFonts w:ascii="Arial" w:hAnsi="Arial" w:eastAsia="Arial"/>
          <w:b w:val="0"/>
          <w:i w:val="0"/>
          <w:color w:val="000000"/>
          <w:sz w:val="24"/>
        </w:rPr>
        <w:t>G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Center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I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COMESA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Construção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Mineração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Energia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Saneamento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2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9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constada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Sâneva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Goes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</w:p>
    <w:p>
      <w:pPr>
        <w:widowControl/>
        <w:wordWrap w:val="0"/>
        <w:autoSpaceDE w:val="0"/>
        <w:autoSpaceDN w:val="0"/>
        <w:spacing w:line="240" w:lineRule="exact" w:before="173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28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496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Presidente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convalidou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antecipado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provisório</w:t>
      </w:r>
      <w:r>
        <w:rPr>
          <w:rFonts w:ascii="Times New Roman" w:hAnsi="Times New Roman" w:eastAsia="Times New Roman"/>
          <w:b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 w:val="0"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por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acordou</w:t>
      </w:r>
      <w:r>
        <w:rPr>
          <w:rFonts w:ascii="Times New Roman" w:hAnsi="Times New Roman" w:eastAsia="Times New Roman"/>
          <w:b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9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nos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termos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0018246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54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Sabiaguaba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Turísticos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Trianon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Cirilo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0" w:lineRule="exact" w:before="177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constada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Carolina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Galvão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inscrita</w:t>
      </w:r>
    </w:p>
    <w:p>
      <w:pPr>
        <w:spacing w:after="0"/>
        <w:sectPr>
          <w:pgSz w:w="11904" w:h="16838"/>
          <w:pgMar w:top="1272" w:right="1022" w:bottom="633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34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424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qualificada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Presidente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convalidou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antecipado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provisório</w:t>
      </w:r>
      <w:r>
        <w:rPr>
          <w:rFonts w:ascii="Times New Roman" w:hAnsi="Times New Roman" w:eastAsia="Times New Roman"/>
          <w:b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 w:val="0"/>
          <w:color w:val="000000"/>
          <w:spacing w:val="-10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Câmara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por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acordou</w:t>
      </w:r>
      <w:r>
        <w:rPr>
          <w:rFonts w:ascii="Times New Roman" w:hAnsi="Times New Roman" w:eastAsia="Times New Roman"/>
          <w:b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nos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termos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0186047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Gonçalo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Miguel</w:t>
      </w:r>
      <w:r>
        <w:rPr>
          <w:rFonts w:ascii="Times New Roman" w:hAnsi="Times New Roman" w:eastAsia="Times New Roman"/>
          <w:b w:val="0"/>
          <w:color w:val="000000"/>
          <w:spacing w:val="1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Fertaper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Incorporações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Imobiliárias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8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Deysiane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Souza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Nº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27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725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ilustre</w:t>
      </w:r>
    </w:p>
    <w:p>
      <w:pPr>
        <w:widowControl/>
        <w:wordWrap w:val="0"/>
        <w:autoSpaceDE w:val="0"/>
        <w:autoSpaceDN w:val="0"/>
        <w:spacing w:line="240" w:lineRule="exact" w:before="177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retirou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mesa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melhor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analise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matéria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2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adiado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0050154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0055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Aleluia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-1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videoconferência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Manuella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Julião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4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647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como</w:t>
      </w:r>
    </w:p>
    <w:p>
      <w:pPr>
        <w:widowControl/>
        <w:wordWrap w:val="0"/>
        <w:autoSpaceDE w:val="0"/>
        <w:autoSpaceDN w:val="0"/>
        <w:spacing w:line="240" w:lineRule="exact" w:before="173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ilustre</w:t>
      </w:r>
    </w:p>
    <w:p>
      <w:pPr>
        <w:widowControl/>
        <w:wordWrap w:val="0"/>
        <w:autoSpaceDE w:val="0"/>
        <w:autoSpaceDN w:val="0"/>
        <w:spacing w:line="248" w:lineRule="exact" w:before="17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5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7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0169168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Assis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Walda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Omar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Khayan</w:t>
      </w:r>
      <w:r>
        <w:rPr>
          <w:rFonts w:ascii="Times New Roman" w:hAnsi="Times New Roman" w:eastAsia="Times New Roman"/>
          <w:b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-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Diego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inscrito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30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891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contínuo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sustentou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oralmente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suas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razões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Danny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Memória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Soares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30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539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ilustres</w:t>
      </w:r>
    </w:p>
    <w:p>
      <w:pPr>
        <w:widowControl/>
        <w:wordWrap w:val="0"/>
        <w:autoSpaceDE w:val="0"/>
        <w:autoSpaceDN w:val="0"/>
        <w:spacing w:line="240" w:lineRule="exact" w:before="173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71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0188725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Florisa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Picarone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Sanchez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</w:p>
    <w:p>
      <w:pPr>
        <w:spacing w:after="0"/>
        <w:sectPr>
          <w:pgSz w:w="11904" w:h="16838"/>
          <w:pgMar w:top="563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Herbert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363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</w:p>
    <w:p>
      <w:pPr>
        <w:widowControl/>
        <w:wordWrap w:val="0"/>
        <w:autoSpaceDE w:val="0"/>
        <w:autoSpaceDN w:val="0"/>
        <w:spacing w:line="240" w:lineRule="exact" w:before="177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Unibanco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7" w:lineRule="exact" w:before="166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ao</w:t>
      </w:r>
    </w:p>
    <w:p>
      <w:pPr>
        <w:widowControl/>
        <w:wordWrap w:val="0"/>
        <w:autoSpaceDE w:val="0"/>
        <w:autoSpaceDN w:val="0"/>
        <w:spacing w:line="240" w:lineRule="exact" w:before="173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apelação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adesivo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conhecido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desprovido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4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0158949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DB3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Telecomunicações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constada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Gabrielly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Lessa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28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618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qualificada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Presidente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convalidou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antecipado</w:t>
      </w:r>
      <w:r>
        <w:rPr>
          <w:rFonts w:ascii="Times New Roman" w:hAnsi="Times New Roman" w:eastAsia="Times New Roman"/>
          <w:b w:val="0"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provisório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1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 w:val="0"/>
          <w:color w:val="000000"/>
          <w:spacing w:val="-10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1" w:lineRule="exact" w:before="17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acordou</w:t>
      </w:r>
      <w:r>
        <w:rPr>
          <w:rFonts w:ascii="Times New Roman" w:hAnsi="Times New Roman" w:eastAsia="Times New Roman"/>
          <w:b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nos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termos</w:t>
      </w:r>
      <w:r>
        <w:rPr>
          <w:rFonts w:ascii="Times New Roman" w:hAnsi="Times New Roman" w:eastAsia="Times New Roman"/>
          <w:b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0627962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48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Unitêxtil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União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Têxtil</w:t>
      </w:r>
      <w:r>
        <w:rPr>
          <w:rFonts w:ascii="Times New Roman" w:hAnsi="Times New Roman" w:eastAsia="Times New Roman"/>
          <w:b w:val="0"/>
          <w:color w:val="000000"/>
          <w:spacing w:val="5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Damião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-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Sérgio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Rebouças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18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383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como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7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9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0124484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1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constada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Colares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141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.,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Presidente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convalidou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antecipado</w:t>
      </w:r>
      <w:r>
        <w:rPr>
          <w:rFonts w:ascii="Times New Roman" w:hAnsi="Times New Roman" w:eastAsia="Times New Roman"/>
          <w:b w:val="0"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provisório</w:t>
      </w:r>
      <w:r>
        <w:rPr>
          <w:rFonts w:ascii="Times New Roman" w:hAnsi="Times New Roman" w:eastAsia="Times New Roman"/>
          <w:b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1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 w:val="0"/>
          <w:color w:val="000000"/>
          <w:spacing w:val="-10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1" w:lineRule="exact" w:before="176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acordou</w:t>
      </w:r>
      <w:r>
        <w:rPr>
          <w:rFonts w:ascii="Times New Roman" w:hAnsi="Times New Roman" w:eastAsia="Times New Roman"/>
          <w:b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lhes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nos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termos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0050809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0114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7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</w:p>
    <w:p>
      <w:pPr>
        <w:spacing w:after="0"/>
        <w:sectPr>
          <w:pgSz w:w="11904" w:h="16838"/>
          <w:pgMar w:top="563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Virgínia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36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602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7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</w:p>
    <w:p>
      <w:pPr>
        <w:widowControl/>
        <w:wordWrap w:val="0"/>
        <w:autoSpaceDE w:val="0"/>
        <w:autoSpaceDN w:val="0"/>
        <w:spacing w:line="247" w:lineRule="exact" w:before="16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6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6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0200670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Matias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Pereira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)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declinou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Damião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Bonifácio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DF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68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669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</w:p>
    <w:p>
      <w:pPr>
        <w:widowControl/>
        <w:wordWrap w:val="0"/>
        <w:autoSpaceDE w:val="0"/>
        <w:autoSpaceDN w:val="0"/>
        <w:spacing w:line="240" w:lineRule="exact" w:before="177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7" w:lineRule="exact" w:before="16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12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0845236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Joel</w:t>
      </w:r>
      <w:r>
        <w:rPr>
          <w:rFonts w:ascii="Times New Roman" w:hAnsi="Times New Roman" w:eastAsia="Times New Roman"/>
          <w:b w:val="0"/>
          <w:color w:val="000000"/>
          <w:spacing w:val="3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Carmo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Filho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videoconferência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1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Damião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Bonifácio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DF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68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669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</w:p>
    <w:p>
      <w:pPr>
        <w:widowControl/>
        <w:wordWrap w:val="0"/>
        <w:autoSpaceDE w:val="0"/>
        <w:autoSpaceDN w:val="0"/>
        <w:spacing w:line="240" w:lineRule="exact" w:before="177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7" w:lineRule="exact" w:before="166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4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0028618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0101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Flores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9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declinou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Damião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Bonifácio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DF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</w:p>
    <w:p>
      <w:pPr>
        <w:widowControl/>
        <w:wordWrap w:val="0"/>
        <w:autoSpaceDE w:val="0"/>
        <w:autoSpaceDN w:val="0"/>
        <w:spacing w:line="240" w:lineRule="exact" w:before="177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68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669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7" w:lineRule="exact" w:before="166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4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0628055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Coutinho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Concórdia</w:t>
      </w:r>
      <w:r>
        <w:rPr>
          <w:rFonts w:ascii="Times New Roman" w:hAnsi="Times New Roman" w:eastAsia="Times New Roman"/>
          <w:b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Henrique</w:t>
      </w:r>
    </w:p>
    <w:p>
      <w:pPr>
        <w:widowControl/>
        <w:wordWrap w:val="0"/>
        <w:autoSpaceDE w:val="0"/>
        <w:autoSpaceDN w:val="0"/>
        <w:spacing w:line="240" w:lineRule="exact" w:before="177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Magalhães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18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514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parte</w:t>
      </w:r>
    </w:p>
    <w:p>
      <w:pPr>
        <w:spacing w:after="0"/>
        <w:sectPr>
          <w:pgSz w:w="11904" w:h="16838"/>
          <w:pgMar w:top="563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</w:p>
    <w:p>
      <w:pPr>
        <w:widowControl/>
        <w:wordWrap w:val="0"/>
        <w:autoSpaceDE w:val="0"/>
        <w:autoSpaceDN w:val="0"/>
        <w:spacing w:line="247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9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5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0218783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Outros</w:t>
      </w:r>
      <w:r>
        <w:rPr>
          <w:rFonts w:ascii="Times New Roman" w:hAnsi="Times New Roman" w:eastAsia="Times New Roman"/>
          <w:b/>
          <w:color w:val="000000"/>
          <w:spacing w:val="3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declinou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Lorena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Nunes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45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648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qualificada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</w:p>
    <w:p>
      <w:pPr>
        <w:widowControl/>
        <w:wordWrap w:val="0"/>
        <w:autoSpaceDE w:val="0"/>
        <w:autoSpaceDN w:val="0"/>
        <w:spacing w:line="247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9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-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0051422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0091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Rep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Yago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Pinheiro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43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512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</w:p>
    <w:p>
      <w:pPr>
        <w:widowControl/>
        <w:wordWrap w:val="0"/>
        <w:autoSpaceDE w:val="0"/>
        <w:autoSpaceDN w:val="0"/>
        <w:spacing w:line="247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9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0001035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0062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Rosalba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Ronys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Vale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MS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Transporte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0" w:lineRule="exact" w:before="18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Daniel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Aquino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Moreira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45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717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3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</w:p>
    <w:p>
      <w:pPr>
        <w:widowControl/>
        <w:wordWrap w:val="0"/>
        <w:autoSpaceDE w:val="0"/>
        <w:autoSpaceDN w:val="0"/>
        <w:spacing w:line="247" w:lineRule="exact" w:before="171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4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18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0628136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47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0022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Ricarte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Clementino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Raimundo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Nonato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Medeiros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Filho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13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937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</w:p>
    <w:p>
      <w:pPr>
        <w:widowControl/>
        <w:wordWrap w:val="0"/>
        <w:autoSpaceDE w:val="0"/>
        <w:autoSpaceDN w:val="0"/>
        <w:spacing w:line="240" w:lineRule="exact" w:before="177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</w:p>
    <w:p>
      <w:pPr>
        <w:spacing w:after="0"/>
        <w:sectPr>
          <w:pgSz w:w="11904" w:h="16838"/>
          <w:pgMar w:top="563" w:right="1022" w:bottom="655" w:left="1093" w:header="720" w:footer="720" w:gutter="0"/>
          <w:cols w:space="720" w:num="1" w:equalWidth="0">
            <w:col w:w="9788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7" w:lineRule="exact" w:before="586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4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0260672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Joselina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BV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Financeira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-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Moura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054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</w:p>
    <w:p>
      <w:pPr>
        <w:widowControl/>
        <w:wordWrap w:val="0"/>
        <w:autoSpaceDE w:val="0"/>
        <w:autoSpaceDN w:val="0"/>
        <w:spacing w:line="247" w:lineRule="exact" w:before="166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4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20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0007301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47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Rep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Fortaleza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constada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ausência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Paoolo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Giorgio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Quezado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</w:p>
    <w:p>
      <w:pPr>
        <w:widowControl/>
        <w:wordWrap w:val="0"/>
        <w:autoSpaceDE w:val="0"/>
        <w:autoSpaceDN w:val="0"/>
        <w:spacing w:line="240" w:lineRule="exact" w:before="173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16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629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Presidente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convalidou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antecipado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provisório</w:t>
      </w:r>
      <w:r>
        <w:rPr>
          <w:rFonts w:ascii="Times New Roman" w:hAnsi="Times New Roman" w:eastAsia="Times New Roman"/>
          <w:b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 w:val="0"/>
          <w:color w:val="000000"/>
          <w:spacing w:val="-10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Câmara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por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acordou</w:t>
      </w:r>
      <w:r>
        <w:rPr>
          <w:rFonts w:ascii="Times New Roman" w:hAnsi="Times New Roman" w:eastAsia="Times New Roman"/>
          <w:b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nos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termos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0005684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57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Zippy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Aliança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Navegações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Logística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17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declinou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videoconferência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Luciana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Stukart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RJ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1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173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888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Câmara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7" w:lineRule="exact" w:before="16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6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Nº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0052775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0069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Luzia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Nascimento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C6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videoconferência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5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Cunha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56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807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ilustre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</w:p>
    <w:p>
      <w:pPr>
        <w:widowControl/>
        <w:wordWrap w:val="0"/>
        <w:autoSpaceDE w:val="0"/>
        <w:autoSpaceDN w:val="0"/>
        <w:spacing w:line="247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9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parcial</w:t>
      </w:r>
    </w:p>
    <w:p>
      <w:pPr>
        <w:spacing w:after="0"/>
        <w:sectPr>
          <w:pgSz w:w="11904" w:h="16838"/>
          <w:pgMar w:top="560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719632</wp:posOffset>
            </wp:positionH>
            <wp:positionV relativeFrom="page">
              <wp:posOffset>3503040</wp:posOffset>
            </wp:positionV>
            <wp:extent cx="2686685" cy="17780"/>
            <wp:wrapNone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6685" cy="177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2030857</wp:posOffset>
            </wp:positionH>
            <wp:positionV relativeFrom="page">
              <wp:posOffset>5869177</wp:posOffset>
            </wp:positionV>
            <wp:extent cx="2384425" cy="17780"/>
            <wp:wrapNone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177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/>
        <w:wordWrap w:val="0"/>
        <w:autoSpaceDE w:val="0"/>
        <w:autoSpaceDN w:val="0"/>
        <w:spacing w:line="248" w:lineRule="exact" w:before="58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23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0050524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41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0157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C6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uso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palavra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videoconferência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prazo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regimental</w:t>
      </w:r>
      <w:r>
        <w:rPr>
          <w:rFonts w:ascii="Times New Roman" w:hAnsi="Times New Roman" w:eastAsia="Times New Roman"/>
          <w:b w:val="0"/>
          <w:color w:val="000000"/>
          <w:spacing w:val="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Cunha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</w:p>
    <w:p>
      <w:pPr>
        <w:widowControl/>
        <w:wordWrap w:val="0"/>
        <w:autoSpaceDE w:val="0"/>
        <w:autoSpaceDN w:val="0"/>
        <w:spacing w:line="240" w:lineRule="exact" w:before="177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56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807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manifestação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ilustre</w:t>
      </w:r>
    </w:p>
    <w:p>
      <w:pPr>
        <w:widowControl/>
        <w:wordWrap w:val="0"/>
        <w:autoSpaceDE w:val="0"/>
        <w:autoSpaceDN w:val="0"/>
        <w:spacing w:line="247" w:lineRule="exact" w:before="166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advogado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RelatoraCâmara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4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9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4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4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16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  <w:u w:val="single"/>
        </w:rPr>
        <w:t>PROCESSOS</w:t>
      </w:r>
      <w:r>
        <w:rPr>
          <w:rFonts w:ascii="Arial" w:hAnsi="Arial" w:eastAsia="Arial"/>
          <w:b/>
          <w:i w:val="0"/>
          <w:color w:val="000000"/>
          <w:spacing w:val="154"/>
          <w:sz w:val="24"/>
          <w:u w:val="single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  <w:u w:val="single"/>
        </w:rPr>
        <w:t>COM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REQUERIMENTO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PREFERÊNCIA</w:t>
      </w:r>
      <w:r>
        <w:rPr>
          <w:rFonts w:ascii="Times New Roman" w:hAnsi="Times New Roman" w:eastAsia="Times New Roman"/>
          <w:b/>
          <w:color w:val="000000"/>
          <w:spacing w:val="28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0120182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5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Norsa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Refrigerantes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Fethyl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2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anunciado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dispensada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Relatório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presente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acompanhar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leitura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Dr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Matheus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inscrito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OAB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Nº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40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110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qualificado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representante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parte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após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7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apresentou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seguinte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9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7"/>
          <w:sz w:val="24"/>
        </w:rPr>
        <w:t>DEMAIS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PROCESSOS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PAUTA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0242330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Portal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Ventos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Spe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Leiliane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Pereira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6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36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26</w:t>
      </w:r>
      <w:r>
        <w:rPr>
          <w:rFonts w:ascii="Arial" w:hAnsi="Arial" w:eastAsia="Arial"/>
          <w:b/>
          <w:i w:val="0"/>
          <w:color w:val="000000"/>
          <w:spacing w:val="2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7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7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2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7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7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1"/>
          <w:sz w:val="24"/>
        </w:rPr>
        <w:t>0630051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w w:val="101"/>
          <w:sz w:val="24"/>
        </w:rPr>
        <w:t>73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1"/>
          <w:sz w:val="24"/>
        </w:rPr>
        <w:t>8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z w:val="24"/>
        </w:rPr>
        <w:t>/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50002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Elita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Teixeira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9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w w:val="101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0040294</w:t>
      </w:r>
      <w:r>
        <w:rPr>
          <w:rFonts w:ascii="Arial" w:hAnsi="Arial" w:eastAsia="Arial"/>
          <w:b/>
          <w:i w:val="0"/>
          <w:color w:val="000000"/>
          <w:spacing w:val="2"/>
          <w:sz w:val="24"/>
        </w:rPr>
        <w:t>-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11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2007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1"/>
          <w:sz w:val="24"/>
        </w:rPr>
        <w:t>8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z w:val="24"/>
        </w:rPr>
        <w:t>/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Amelia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Bezerra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90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0631067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91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Samuel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Macedo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Lobo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0" w:lineRule="exact" w:before="166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Síntese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7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0175299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Ayrton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Rebouças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Marize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Salgado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0" w:lineRule="exact" w:before="166" w:after="84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Síntese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8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0151966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2008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Rogerio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Lima</w:t>
      </w:r>
      <w:r>
        <w:rPr>
          <w:rFonts w:ascii="Times New Roman" w:hAnsi="Times New Roman" w:eastAsia="Times New Roman"/>
          <w:b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0069058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Mont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'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alverne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Angelim</w:t>
      </w:r>
      <w:r>
        <w:rPr>
          <w:rFonts w:ascii="Times New Roman" w:hAnsi="Times New Roman" w:eastAsia="Times New Roman"/>
          <w:b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7" w:lineRule="exact" w:before="171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Síntese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4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7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32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0638281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50001</w:t>
      </w:r>
      <w:r>
        <w:rPr>
          <w:rFonts w:ascii="Times New Roman" w:hAnsi="Times New Roman" w:eastAsia="Times New Roman"/>
          <w:b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4" w:after="87"/>
        <w:ind w:left="40" w:right="0" w:firstLine="0"/>
        <w:jc w:val="left"/>
      </w:pPr>
      <w:r>
        <w:rPr>
          <w:rFonts w:ascii="Arial" w:hAnsi="Arial" w:eastAsia="Arial"/>
          <w:b w:val="0"/>
          <w:i/>
          <w:color w:val="000000"/>
          <w:spacing w:val="-5"/>
          <w:sz w:val="24"/>
        </w:rPr>
        <w:t>Unimed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6"/>
          <w:sz w:val="24"/>
        </w:rPr>
        <w:t>Fortaleza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5"/>
          <w:sz w:val="24"/>
        </w:rPr>
        <w:t>Sociedade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5"/>
          <w:sz w:val="24"/>
        </w:rPr>
        <w:t>Cooperativa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6"/>
          <w:sz w:val="24"/>
        </w:rPr>
        <w:t>Médica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/>
          <w:color w:val="000000"/>
          <w:spacing w:val="-3"/>
          <w:sz w:val="24"/>
        </w:rPr>
        <w:t>.</w:t>
      </w:r>
      <w:r>
        <w:rPr>
          <w:rFonts w:ascii="Arial" w:hAnsi="Arial" w:eastAsia="Arial"/>
          <w:b w:val="0"/>
          <w:i/>
          <w:color w:val="000000"/>
          <w:spacing w:val="-57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5"/>
          <w:sz w:val="24"/>
        </w:rPr>
        <w:t>Embargada</w:t>
      </w:r>
      <w:r>
        <w:rPr>
          <w:rFonts w:ascii="Arial" w:hAnsi="Arial" w:eastAsia="Arial"/>
          <w:b w:val="0"/>
          <w:i/>
          <w:color w:val="000000"/>
          <w:spacing w:val="-9"/>
          <w:sz w:val="24"/>
        </w:rPr>
        <w:t>:</w:t>
      </w:r>
      <w:r>
        <w:rPr>
          <w:rFonts w:ascii="Arial" w:hAnsi="Arial" w:eastAsia="Arial"/>
          <w:b w:val="0"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5"/>
          <w:sz w:val="24"/>
        </w:rPr>
        <w:t>Isadora</w:t>
      </w:r>
      <w:r>
        <w:rPr>
          <w:rFonts w:ascii="Arial" w:hAnsi="Arial" w:eastAsia="Arial"/>
          <w:b w:val="0"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5"/>
          <w:sz w:val="24"/>
        </w:rPr>
        <w:t>Almeida</w:t>
      </w:r>
      <w:r>
        <w:rPr>
          <w:rFonts w:ascii="Arial" w:hAnsi="Arial" w:eastAsia="Arial"/>
          <w:b w:val="0"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 w:val="0"/>
          <w:i/>
          <w:color w:val="000000"/>
          <w:spacing w:val="-5"/>
          <w:sz w:val="24"/>
        </w:rPr>
        <w:t>Antunes</w:t>
      </w:r>
    </w:p>
    <w:p>
      <w:pPr>
        <w:widowControl/>
        <w:wordWrap w:val="0"/>
        <w:autoSpaceDE w:val="0"/>
        <w:autoSpaceDN w:val="0"/>
        <w:spacing w:line="241" w:lineRule="exact" w:before="174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0177877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Unimed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Kedyma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Paula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Nascimento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acolher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os</w:t>
      </w:r>
    </w:p>
    <w:p>
      <w:pPr>
        <w:spacing w:after="0"/>
        <w:sectPr>
          <w:pgSz w:w="11904" w:h="16838"/>
          <w:pgMar w:top="564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embargos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efeito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modificado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0007456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  <w:r>
        <w:rPr>
          <w:rFonts w:ascii="Times New Roman" w:hAnsi="Times New Roman" w:eastAsia="Times New Roman"/>
          <w:b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rejeitar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embargos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35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Agravo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0628383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36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0629457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É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0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0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0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0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0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2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2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0629171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0202237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Isidoro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</w:t>
      </w:r>
      <w:r>
        <w:rPr>
          <w:rFonts w:ascii="Arial" w:hAnsi="Arial" w:eastAsia="Arial"/>
          <w:b/>
          <w:i w:val="0"/>
          <w:color w:val="000000"/>
          <w:spacing w:val="-61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0170101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0050654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Margarida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Coelho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spacing w:after="0"/>
        <w:sectPr>
          <w:pgSz w:w="11904" w:h="16838"/>
          <w:pgMar w:top="557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Síntese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3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41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0000410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Luz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  <w:r>
        <w:rPr>
          <w:rFonts w:ascii="Times New Roman" w:hAnsi="Times New Roman" w:eastAsia="Times New Roman"/>
          <w:b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42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0051130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0090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Joaquina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Henrique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-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1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0051221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Edson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Gomes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0241686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Ramon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Pessoa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Ferreira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NETO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45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0200258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Crefisa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/>
          <w:color w:val="000000"/>
          <w:spacing w:val="3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0000029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0144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Zuleide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1" w:lineRule="exact" w:before="168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1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0051746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0084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Niceas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spacing w:after="0"/>
        <w:sectPr>
          <w:pgSz w:w="11904" w:h="16838"/>
          <w:pgMar w:top="560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6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0056943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0054081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Cícero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Veríssimo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7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0200199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0181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0217692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K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0200391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Odete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Firmino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Guerra</w:t>
      </w:r>
      <w:r>
        <w:rPr>
          <w:rFonts w:ascii="Times New Roman" w:hAnsi="Times New Roman" w:eastAsia="Times New Roman"/>
          <w:b/>
          <w:color w:val="000000"/>
          <w:spacing w:val="1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ambos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0200116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0096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Pereira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9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0050836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0005821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0135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Dacilia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Duarte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BMG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4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56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0003946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0000421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0203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Inez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Silva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0457367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Fausto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Barreira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Amorim</w:t>
      </w:r>
      <w:r>
        <w:rPr>
          <w:rFonts w:ascii="Times New Roman" w:hAnsi="Times New Roman" w:eastAsia="Times New Roman"/>
          <w:b w:val="0"/>
          <w:color w:val="000000"/>
          <w:spacing w:val="-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Gomes</w:t>
      </w:r>
      <w:r>
        <w:rPr>
          <w:rFonts w:ascii="Times New Roman" w:hAnsi="Times New Roman" w:eastAsia="Times New Roman"/>
          <w:b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0142790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35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Zurich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1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0220279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Jordania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Torres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Moisés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Uchôa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90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0046571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Marcos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Moura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TV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Cidade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3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0048642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0091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0370494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Mirante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0116547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Associação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Aposentados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Pensionistas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Previdencia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Social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ANAPPS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Barbosa</w:t>
      </w:r>
      <w:r>
        <w:rPr>
          <w:rFonts w:ascii="Times New Roman" w:hAnsi="Times New Roman" w:eastAsia="Times New Roman"/>
          <w:b/>
          <w:color w:val="000000"/>
          <w:spacing w:val="1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0006127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Fethyl</w:t>
      </w:r>
      <w:r>
        <w:rPr>
          <w:rFonts w:ascii="Times New Roman" w:hAnsi="Times New Roman" w:eastAsia="Times New Roman"/>
          <w:b w:val="0"/>
          <w:color w:val="000000"/>
          <w:spacing w:val="-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Delrio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Refrigerantes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0009657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0173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1"/>
          <w:sz w:val="24"/>
        </w:rPr>
        <w:t>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3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0052721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Sobral</w:t>
      </w:r>
      <w:r>
        <w:rPr>
          <w:rFonts w:ascii="Times New Roman" w:hAnsi="Times New Roman" w:eastAsia="Times New Roman"/>
          <w:b w:val="0"/>
          <w:color w:val="000000"/>
          <w:spacing w:val="3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Médico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Alexandra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Barros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Sales</w:t>
      </w:r>
      <w:r>
        <w:rPr>
          <w:rFonts w:ascii="Times New Roman" w:hAnsi="Times New Roman" w:eastAsia="Times New Roman"/>
          <w:b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spacing w:after="0"/>
        <w:sectPr>
          <w:pgSz w:w="11904" w:h="16838"/>
          <w:pgMar w:top="564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0050128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33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0135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Mariano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0476521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Mota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BMG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0050672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0243664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Locaban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Ambiental</w:t>
      </w:r>
      <w:r>
        <w:rPr>
          <w:rFonts w:ascii="Times New Roman" w:hAnsi="Times New Roman" w:eastAsia="Times New Roman"/>
          <w:b w:val="0"/>
          <w:color w:val="000000"/>
          <w:spacing w:val="4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Ltda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CEQUIP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Importação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0210850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Marlene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9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0007780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0099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Monte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1"/>
          <w:sz w:val="24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Assessoria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Consultoria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Empresarial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9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</w:p>
    <w:p>
      <w:pPr>
        <w:spacing w:after="0"/>
        <w:sectPr>
          <w:pgSz w:w="11904" w:h="16838"/>
          <w:pgMar w:top="563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0000251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16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Aparecido</w:t>
      </w:r>
      <w:r>
        <w:rPr>
          <w:rFonts w:ascii="Times New Roman" w:hAnsi="Times New Roman" w:eastAsia="Times New Roman"/>
          <w:b w:val="0"/>
          <w:color w:val="000000"/>
          <w:spacing w:val="1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1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1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0008396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0143</w:t>
      </w:r>
      <w:r>
        <w:rPr>
          <w:rFonts w:ascii="Times New Roman" w:hAnsi="Times New Roman" w:eastAsia="Times New Roman"/>
          <w:b w:val="0"/>
          <w:color w:val="000000"/>
          <w:spacing w:val="9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0243348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Valdefrance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0146412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Nutrimento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0002813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0071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Britax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0219744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83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RCI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MEI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3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0056644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Couro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Cariri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Industria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Comercio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Couro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Eireli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0239906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Gabriel</w:t>
      </w:r>
      <w:r>
        <w:rPr>
          <w:rFonts w:ascii="Times New Roman" w:hAnsi="Times New Roman" w:eastAsia="Times New Roman"/>
          <w:b w:val="0"/>
          <w:color w:val="000000"/>
          <w:spacing w:val="8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Pinheiro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Diogenes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0200416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0037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0122512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Gedes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Jacinto</w:t>
      </w:r>
      <w:r>
        <w:rPr>
          <w:rFonts w:ascii="Times New Roman" w:hAnsi="Times New Roman" w:eastAsia="Times New Roman"/>
          <w:b/>
          <w:color w:val="00000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0053332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0064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Barbosa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parcialmente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conhecida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2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2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0234415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2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Crédito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Evangelista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0260806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spacing w:after="0"/>
        <w:sectPr>
          <w:pgSz w:w="11904" w:h="16838"/>
          <w:pgMar w:top="563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0624798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65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Arrais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8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0625801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Creditmix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em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Padronizados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César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Moreira</w:t>
      </w:r>
      <w:r>
        <w:rPr>
          <w:rFonts w:ascii="Times New Roman" w:hAnsi="Times New Roman" w:eastAsia="Times New Roman"/>
          <w:b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0159927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98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Xerez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Avicola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Supermercado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União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Familia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0011335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0034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50002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Misael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Beach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Park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Hotéis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6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0200831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Anderson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Lemos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Damasceno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6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0234068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Rafael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Pinheiro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Gonzalez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STB</w:t>
      </w:r>
      <w:r>
        <w:rPr>
          <w:rFonts w:ascii="Times New Roman" w:hAnsi="Times New Roman" w:eastAsia="Times New Roman"/>
          <w:b w:val="0"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Student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Travel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Bureau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Viagens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Turismo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93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0748065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Jordan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Gás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Butano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0633890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São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Benedito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Via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Ubi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Tinoco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0635798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96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Facebook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Online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Andre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Paiva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8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0012200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Electrolux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Jakeline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Paula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0217762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1" w:lineRule="exact" w:before="173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Costa</w:t>
      </w:r>
      <w:r>
        <w:rPr>
          <w:rFonts w:ascii="Times New Roman" w:hAnsi="Times New Roman" w:eastAsia="Times New Roman"/>
          <w:b/>
          <w:color w:val="000000"/>
          <w:spacing w:val="3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8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0018649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61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ENEL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Albuquerque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90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7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8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0153656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Redecard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Grelha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Sul</w:t>
      </w:r>
      <w:r>
        <w:rPr>
          <w:rFonts w:ascii="Times New Roman" w:hAnsi="Times New Roman" w:eastAsia="Times New Roman"/>
          <w:b w:val="0"/>
          <w:color w:val="000000"/>
          <w:spacing w:val="4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100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0134476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Patrício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Nicácio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JVS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3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</w:p>
    <w:p>
      <w:pPr>
        <w:widowControl/>
        <w:wordWrap w:val="0"/>
        <w:autoSpaceDE w:val="0"/>
        <w:autoSpaceDN w:val="0"/>
        <w:spacing w:line="241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101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Interno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0002639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H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102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Interno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0005207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Carmo</w:t>
      </w:r>
      <w:r>
        <w:rPr>
          <w:rFonts w:ascii="Times New Roman" w:hAnsi="Times New Roman" w:eastAsia="Times New Roman"/>
          <w:b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103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0628864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88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0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Derlange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1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104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0623561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Mariza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Villar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Kunz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Neuma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Pinheiro</w:t>
      </w:r>
      <w:r>
        <w:rPr>
          <w:rFonts w:ascii="Times New Roman" w:hAnsi="Times New Roman" w:eastAsia="Times New Roman"/>
          <w:b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105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</w:p>
    <w:p>
      <w:pPr>
        <w:spacing w:after="0"/>
        <w:sectPr>
          <w:pgSz w:w="11904" w:h="16838"/>
          <w:pgMar w:top="564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0634060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Nazaré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Araújo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Joselito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106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0634464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90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Mansão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Zerbini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Dulce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Cândido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Pinheiro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107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0625694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Diógenes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União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Clínicas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108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0620780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/>
          <w:color w:val="000000"/>
          <w:spacing w:val="-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Filho</w:t>
      </w:r>
      <w:r>
        <w:rPr>
          <w:rFonts w:ascii="Times New Roman" w:hAnsi="Times New Roman" w:eastAsia="Times New Roman"/>
          <w:b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109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0629901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53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9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DONI7</w:t>
      </w:r>
      <w:r>
        <w:rPr>
          <w:rFonts w:ascii="Times New Roman" w:hAnsi="Times New Roman" w:eastAsia="Times New Roman"/>
          <w:b w:val="0"/>
          <w:color w:val="000000"/>
          <w:spacing w:val="10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110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0630235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Aldenice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Braga</w:t>
      </w:r>
      <w:r>
        <w:rPr>
          <w:rFonts w:ascii="Times New Roman" w:hAnsi="Times New Roman" w:eastAsia="Times New Roman"/>
          <w:b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8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2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111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0630391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RM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Machado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Restaurante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73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112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0635974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Idelmar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Bezerra</w:t>
      </w:r>
      <w:r>
        <w:rPr>
          <w:rFonts w:ascii="Times New Roman" w:hAnsi="Times New Roman" w:eastAsia="Times New Roman"/>
          <w:b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113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0637897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1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7" w:lineRule="exact" w:before="170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Myrlene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Pinho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Assuncao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Economiários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Federais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FUNCEF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114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0286374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11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Emidio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Flores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Dejavite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115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0156914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116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0053842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0029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3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117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0053111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10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Dionízia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Pereira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preliminares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rejeitada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118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0906805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Nilton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9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119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0253991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&amp;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Center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Comesa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Construção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Mineração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Energia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Saneamento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120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0189021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33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Terezinha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121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0245265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Cintia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Neves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122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0050099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0086</w:t>
      </w:r>
    </w:p>
    <w:p>
      <w:pPr>
        <w:widowControl/>
        <w:wordWrap w:val="0"/>
        <w:autoSpaceDE w:val="0"/>
        <w:autoSpaceDN w:val="0"/>
        <w:spacing w:line="247" w:lineRule="exact" w:before="169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ENEL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123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0000392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0160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Galvani</w:t>
      </w:r>
      <w:r>
        <w:rPr>
          <w:rFonts w:ascii="Times New Roman" w:hAnsi="Times New Roman" w:eastAsia="Times New Roman"/>
          <w:b w:val="0"/>
          <w:color w:val="000000"/>
          <w:spacing w:val="-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Sales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spacing w:after="0"/>
        <w:sectPr>
          <w:pgSz w:w="11904" w:h="16838"/>
          <w:pgMar w:top="563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124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0051618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0084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Chagas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125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0200011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Joaquim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Alcantara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Aguiar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126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0052605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Goretti</w:t>
      </w:r>
      <w:r>
        <w:rPr>
          <w:rFonts w:ascii="Times New Roman" w:hAnsi="Times New Roman" w:eastAsia="Times New Roman"/>
          <w:b w:val="0"/>
          <w:color w:val="000000"/>
          <w:spacing w:val="5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Paiva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127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0079911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75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z w:val="24"/>
        </w:rPr>
        <w:t>2007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8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Elaine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Cristiane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Acácio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Eny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Nunes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0003516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0145</w:t>
      </w:r>
      <w:r>
        <w:rPr>
          <w:rFonts w:ascii="Times New Roman" w:hAnsi="Times New Roman" w:eastAsia="Times New Roman"/>
          <w:b w:val="0"/>
          <w:color w:val="000000"/>
          <w:spacing w:val="9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Albertina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Salete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Gonçalves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129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0212845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Isabelly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Hapvida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spacing w:after="0"/>
        <w:sectPr>
          <w:pgSz w:w="11904" w:h="16838"/>
          <w:pgMar w:top="557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0046435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91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z w:val="24"/>
        </w:rPr>
        <w:t>2013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8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9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Jones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EPP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0200117</w:t>
      </w:r>
      <w:r>
        <w:rPr>
          <w:rFonts w:ascii="Arial" w:hAnsi="Arial" w:eastAsia="Arial"/>
          <w:b/>
          <w:i w:val="0"/>
          <w:color w:val="000000"/>
          <w:spacing w:val="2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60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1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w w:val="101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z w:val="24"/>
        </w:rPr>
        <w:t>0109</w:t>
      </w:r>
      <w:r>
        <w:rPr>
          <w:rFonts w:ascii="Times New Roman" w:hAnsi="Times New Roman" w:eastAsia="Times New Roman"/>
          <w:b w:val="0"/>
          <w:color w:val="000000"/>
          <w:spacing w:val="4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Idelzuite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Vieira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Sena</w:t>
      </w:r>
      <w:r>
        <w:rPr>
          <w:rFonts w:ascii="Times New Roman" w:hAnsi="Times New Roman" w:eastAsia="Times New Roman"/>
          <w:b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julgar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0015949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Milton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Carneiro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Espólio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Joaquim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Ferreira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0000318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0120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Manuel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Carneiro</w:t>
      </w:r>
    </w:p>
    <w:p>
      <w:pPr>
        <w:widowControl/>
        <w:wordWrap w:val="0"/>
        <w:autoSpaceDE w:val="0"/>
        <w:autoSpaceDN w:val="0"/>
        <w:spacing w:line="241" w:lineRule="exact" w:before="173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0006462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Izaura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BMG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0200481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w w:val="101"/>
          <w:sz w:val="24"/>
        </w:rPr>
        <w:t>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8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Mariano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preliminares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rejeitadas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0007563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0140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BMG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2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0050861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Laci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Nunes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Leydiana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Alexandre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Nunes</w:t>
      </w:r>
      <w:r>
        <w:rPr>
          <w:rFonts w:ascii="Times New Roman" w:hAnsi="Times New Roman" w:eastAsia="Times New Roman"/>
          <w:b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138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0135905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Ara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Nataniel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Benedicto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Alcantara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8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recursos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139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0110919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Ramir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André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Pucca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Bernardi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140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0200524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141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0006928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0121</w:t>
      </w:r>
      <w:r>
        <w:rPr>
          <w:rFonts w:ascii="Times New Roman" w:hAnsi="Times New Roman" w:eastAsia="Times New Roman"/>
          <w:b w:val="0"/>
          <w:color w:val="000000"/>
          <w:spacing w:val="9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Wladinir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Pedroza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Alcantara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Zurich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142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0050794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0081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Tereza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Félix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Andrade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Votorantim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spacing w:after="0"/>
        <w:sectPr>
          <w:pgSz w:w="11904" w:h="16838"/>
          <w:pgMar w:top="563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143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0200381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Associação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Proteção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Veicular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Helio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144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0141288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Dulce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Beatriz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Muchale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FM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Imóveis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Imobiliaria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82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apelo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adesivo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apelo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preliminar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rejeitada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145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14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4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0009135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Fontenele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Moreira</w:t>
      </w:r>
      <w:r>
        <w:rPr>
          <w:rFonts w:ascii="Times New Roman" w:hAnsi="Times New Roman" w:eastAsia="Times New Roman"/>
          <w:b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146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0291199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Danielle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Queiroz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Barros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Pingo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Dagua</w:t>
      </w:r>
      <w:r>
        <w:rPr>
          <w:rFonts w:ascii="Times New Roman" w:hAnsi="Times New Roman" w:eastAsia="Times New Roman"/>
          <w:b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147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0105224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Hélio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Sebastião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148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0199274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AGV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Associação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Autogestão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Veicular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Fabio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8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0" w:lineRule="exact" w:before="177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149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0269351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American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Tower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do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Cessão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Infraestruturas</w:t>
      </w:r>
      <w:r>
        <w:rPr>
          <w:rFonts w:ascii="Times New Roman" w:hAnsi="Times New Roman" w:eastAsia="Times New Roman"/>
          <w:b w:val="0"/>
          <w:color w:val="000000"/>
          <w:spacing w:val="6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Condomínio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East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Side</w:t>
      </w:r>
      <w:r>
        <w:rPr>
          <w:rFonts w:ascii="Times New Roman" w:hAnsi="Times New Roman" w:eastAsia="Times New Roman"/>
          <w:b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2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150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0050333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151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0142157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TM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Condominio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Edifício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Torre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152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0052526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Layard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Saboia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Mãe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Rainha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Urbanismo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153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0104468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Carlivânia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Luciano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154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0010714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Kassyanny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Dionisio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Broxado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Lapa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Filho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155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0788763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2000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Manoel</w:t>
      </w:r>
      <w:r>
        <w:rPr>
          <w:rFonts w:ascii="Times New Roman" w:hAnsi="Times New Roman" w:eastAsia="Times New Roman"/>
          <w:b w:val="0"/>
          <w:color w:val="000000"/>
          <w:spacing w:val="-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Wagner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Ponte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</w:p>
    <w:p>
      <w:pPr>
        <w:widowControl/>
        <w:wordWrap w:val="0"/>
        <w:autoSpaceDE w:val="0"/>
        <w:autoSpaceDN w:val="0"/>
        <w:spacing w:line="241" w:lineRule="exact" w:before="173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156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0005795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0095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Lenira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Firmino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8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157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0289710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Trabalho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Atendimento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Pré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Hospitalar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COAPH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Daniell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Coelho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158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0184920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Odelmo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Dias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159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0200041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Oi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Móvel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Em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Recuperação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Judicial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Roberto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160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0050254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0099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CAGECE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Erivando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</w:p>
    <w:p>
      <w:pPr>
        <w:widowControl/>
        <w:wordWrap w:val="0"/>
        <w:autoSpaceDE w:val="0"/>
        <w:autoSpaceDN w:val="0"/>
        <w:spacing w:line="241" w:lineRule="exact" w:before="173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Maia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apelo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Companhia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Água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Esgoto</w:t>
      </w:r>
    </w:p>
    <w:p>
      <w:pPr>
        <w:widowControl/>
        <w:wordWrap w:val="0"/>
        <w:autoSpaceDE w:val="0"/>
        <w:autoSpaceDN w:val="0"/>
        <w:spacing w:line="248" w:lineRule="exact" w:before="169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Ceará</w:t>
      </w:r>
      <w:r>
        <w:rPr>
          <w:rFonts w:ascii="Arial" w:hAnsi="Arial" w:eastAsia="Arial"/>
          <w:b/>
          <w:i/>
          <w:color w:val="000000"/>
          <w:spacing w:val="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–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CAGECE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passo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que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apelo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interposto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pleo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Sr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José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Erivando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Silva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Maia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161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0053331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0071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Soares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Freire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spacing w:after="0"/>
        <w:sectPr>
          <w:pgSz w:w="11904" w:h="16838"/>
          <w:pgMar w:top="557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162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0050970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0043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Amanda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Nadja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Gouveia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163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0040239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Andreia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Bravaforte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Escritório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Apoio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Adm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julgar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164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0190345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Ernandes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Angelim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Jose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Nilson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165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0270131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Eliton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Breno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Cabral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166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2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0051672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Darcio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</w:p>
    <w:p>
      <w:pPr>
        <w:widowControl/>
        <w:wordWrap w:val="0"/>
        <w:autoSpaceDE w:val="0"/>
        <w:autoSpaceDN w:val="0"/>
        <w:spacing w:line="248" w:lineRule="exact" w:before="165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Times New Roman" w:hAnsi="Times New Roman" w:eastAsia="Times New Roman"/>
          <w:b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167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0251558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Rebecca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Cordeiro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168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0250965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Almir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Freitas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169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0051545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0029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C6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0010086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37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Ari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Monteiro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0010328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2013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0049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Kaiser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Pimentel</w:t>
      </w:r>
      <w:r>
        <w:rPr>
          <w:rFonts w:ascii="Times New Roman" w:hAnsi="Times New Roman" w:eastAsia="Times New Roman"/>
          <w:b w:val="0"/>
          <w:color w:val="000000"/>
          <w:spacing w:val="-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Araújo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Praiamar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julgar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172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0193736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Helena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Dodt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0051087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0124</w:t>
      </w:r>
    </w:p>
    <w:p>
      <w:pPr>
        <w:widowControl/>
        <w:wordWrap w:val="0"/>
        <w:autoSpaceDE w:val="0"/>
        <w:autoSpaceDN w:val="0"/>
        <w:spacing w:line="247" w:lineRule="exact" w:before="169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–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Previsul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0263228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Disal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Araújo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spacing w:after="0"/>
        <w:sectPr>
          <w:pgSz w:w="11904" w:h="16838"/>
          <w:pgMar w:top="561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0170150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Elisama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Pompeu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176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0050366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0041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Marluce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André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0050020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0041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Borges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Golveia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0201428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0101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179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0486450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2010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CAGECE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Morada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Atlantico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II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III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8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0265476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Joaquim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Fernando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Júnior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spacing w:after="0"/>
        <w:sectPr>
          <w:pgSz w:w="11904" w:h="16838"/>
          <w:pgMar w:top="557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0871574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Rony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Kennedy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Embracon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81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182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0120957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Lucimar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Zemp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0248440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Anderson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Moraes</w:t>
      </w:r>
      <w:r>
        <w:rPr>
          <w:rFonts w:ascii="Times New Roman" w:hAnsi="Times New Roman" w:eastAsia="Times New Roman"/>
          <w:b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0214702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Gleicia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Bezerra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24"/>
        </w:rPr>
        <w:t>D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Promoção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Vendas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0235356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61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Regina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Souza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0839543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Grace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Arruda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Glenda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Chagas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0202512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ENEL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Raysa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Landim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Cruz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Parente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0550394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julgar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189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0003340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0100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Margarida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190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2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0906857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1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Top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Pharma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Produtos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Farmacéuticos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191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0130826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ST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EPP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Dulce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Marques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Carvalho</w:t>
      </w:r>
      <w:r>
        <w:rPr>
          <w:rFonts w:ascii="Times New Roman" w:hAnsi="Times New Roman" w:eastAsia="Times New Roman"/>
          <w:b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192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0054397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Regiane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Luz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193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0201181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87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1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z w:val="24"/>
        </w:rPr>
        <w:t>.</w:t>
      </w:r>
      <w:r>
        <w:rPr>
          <w:rFonts w:ascii="Arial" w:hAnsi="Arial" w:eastAsia="Arial"/>
          <w:b/>
          <w:i w:val="0"/>
          <w:color w:val="000000"/>
          <w:sz w:val="24"/>
        </w:rPr>
        <w:t>0115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90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3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194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3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3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0103047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BM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Incorporadora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195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0262197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Alessandro</w:t>
      </w:r>
      <w:r>
        <w:rPr>
          <w:rFonts w:ascii="Times New Roman" w:hAnsi="Times New Roman" w:eastAsia="Times New Roman"/>
          <w:b w:val="0"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Mesquita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Nascimento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Pan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196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0008328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0140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ENEL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Lúcio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Torres</w:t>
      </w:r>
      <w:r>
        <w:rPr>
          <w:rFonts w:ascii="Times New Roman" w:hAnsi="Times New Roman" w:eastAsia="Times New Roman"/>
          <w:b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197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0280215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198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0223198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-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-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Cetelem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199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0200380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0035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Caio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Ponciano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Bento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3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0244746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Ana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Cristina</w:t>
      </w:r>
      <w:r>
        <w:rPr>
          <w:rFonts w:ascii="Times New Roman" w:hAnsi="Times New Roman" w:eastAsia="Times New Roman"/>
          <w:b w:val="0"/>
          <w:color w:val="000000"/>
          <w:spacing w:val="9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Damascenode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Itaú</w:t>
      </w:r>
    </w:p>
    <w:p>
      <w:pPr>
        <w:spacing w:after="0"/>
        <w:sectPr>
          <w:pgSz w:w="11904" w:h="16838"/>
          <w:pgMar w:top="564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0902691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Ezequiel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Parente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Brandão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6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Agravo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Interno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0632226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0638276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N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D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0629597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Roberto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Rezende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Novaes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Sompo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0621829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Ultra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Som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Médicos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CEPECE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Centro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Prematuros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preliminar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nulidade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decisão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agravada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acolhida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0626317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Hapvida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Médica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Tavares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spacing w:after="0"/>
        <w:sectPr>
          <w:pgSz w:w="11904" w:h="16838"/>
          <w:pgMar w:top="561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0629606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Deliza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Girão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Agravo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0630180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Gonzaga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Júnior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Nordesul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Vigilância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Segurança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210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0632226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98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DAS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0014363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0035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CSX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Industria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Construçoes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Locaçoes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EPP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212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0035697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Jooma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Lider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Consorcios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9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213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0186679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CAGECE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Simone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Tertuliano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82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spacing w:after="0"/>
        <w:sectPr>
          <w:pgSz w:w="11904" w:h="16838"/>
          <w:pgMar w:top="557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214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0050357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0158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Roberto</w:t>
      </w:r>
    </w:p>
    <w:p>
      <w:pPr>
        <w:widowControl/>
        <w:wordWrap w:val="0"/>
        <w:autoSpaceDE w:val="0"/>
        <w:autoSpaceDN w:val="0"/>
        <w:spacing w:line="248" w:lineRule="exact" w:before="165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69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215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0175766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Fox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Locações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Construções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preliminar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nulidade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sentença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acolhida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216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0055421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Seguro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Oliveira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não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217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0224652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Restaurante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Churrascaria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218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0239321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Crefisa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Rute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Teles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219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0258137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Alexsandra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Vidal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parcialmente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na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conhecida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1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220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0014016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Ceara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Ferragens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Materiais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1" w:lineRule="exact" w:before="173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70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221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0205120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Sombra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222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0050848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0113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Nagylla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Taina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Carneiro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7"/>
          <w:sz w:val="24"/>
        </w:rPr>
        <w:t>223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0117412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7" w:lineRule="exact" w:before="169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Patrícia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Neuwald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Vargas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4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224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6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0203438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36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7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Morais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225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0485070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Freire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Alimentos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com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preliminares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ilegitimidade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ativa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nulidade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sentença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ausência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fundamentação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existência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contradição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afastadas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226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0027928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0049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Natália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Felix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Lopes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Araujo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Costa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227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0197290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17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Assistência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À</w:t>
      </w:r>
    </w:p>
    <w:p>
      <w:pPr>
        <w:widowControl/>
        <w:wordWrap w:val="0"/>
        <w:autoSpaceDE w:val="0"/>
        <w:autoSpaceDN w:val="0"/>
        <w:spacing w:line="248" w:lineRule="exact" w:before="165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Saúde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Bec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Famed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0217232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Janiel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Paulino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Lojas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Riachuelo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229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0201889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Estênio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Leitão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Panifício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Aguanambi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Apte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Apdo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Panifício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Aguanambi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/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Apte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Apdo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Estênio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Oliveira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Leitão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230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0050626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0154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Lauro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Pinto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Federação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Sociedades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Cooperativas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Médicas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231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4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0050327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1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Luan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Freitas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Telefônica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232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0050152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0059</w:t>
      </w:r>
      <w:r>
        <w:rPr>
          <w:rFonts w:ascii="Times New Roman" w:hAnsi="Times New Roman" w:eastAsia="Times New Roman"/>
          <w:b w:val="0"/>
          <w:color w:val="000000"/>
          <w:spacing w:val="9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Benedito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Cardoso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1" w:lineRule="exact" w:before="168" w:after="87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4" w:after="91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parcialmente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na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parte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conhecida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233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0050157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Aleluia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Sousa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Maciel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FÁTIMA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234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0050444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49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0037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Idelzuite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Martins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Leite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</w:p>
    <w:p>
      <w:pPr>
        <w:widowControl/>
        <w:wordWrap w:val="0"/>
        <w:autoSpaceDE w:val="0"/>
        <w:autoSpaceDN w:val="0"/>
        <w:spacing w:line="248" w:lineRule="exact" w:before="165" w:after="91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com</w:t>
      </w:r>
      <w:r>
        <w:rPr>
          <w:rFonts w:ascii="Arial" w:hAnsi="Arial" w:eastAsia="Arial"/>
          <w:b/>
          <w:i/>
          <w:color w:val="000000"/>
          <w:spacing w:val="-1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preliminar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ausência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citação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rejeitada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0284048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Unimed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Sociedade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Cooperativa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Médica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Ramalho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Torres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Apte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Apdo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Unimed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Fortaleza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</w:p>
    <w:p>
      <w:pPr>
        <w:widowControl/>
        <w:wordWrap w:val="0"/>
        <w:autoSpaceDE w:val="0"/>
        <w:autoSpaceDN w:val="0"/>
        <w:spacing w:line="240" w:lineRule="exact" w:before="173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Sociedade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Cooperativa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Médica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Ltda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Apte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Apdo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José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Ramalho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Torres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236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237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0050444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0163</w:t>
      </w:r>
      <w:r>
        <w:rPr>
          <w:rFonts w:ascii="Times New Roman" w:hAnsi="Times New Roman" w:eastAsia="Times New Roman"/>
          <w:b w:val="0"/>
          <w:color w:val="000000"/>
          <w:spacing w:val="9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0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238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0009072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0107</w:t>
      </w:r>
      <w:r>
        <w:rPr>
          <w:rFonts w:ascii="Times New Roman" w:hAnsi="Times New Roman" w:eastAsia="Times New Roman"/>
          <w:b w:val="0"/>
          <w:color w:val="000000"/>
          <w:spacing w:val="13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Santander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Anacilda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spacing w:after="0"/>
        <w:sectPr>
          <w:pgSz w:w="11904" w:h="16838"/>
          <w:pgMar w:top="563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239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0051076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0173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Mercantil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Lucimar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Araújo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240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0160426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Teodoro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Felipe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Vieira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241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0167753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Valfredo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Vale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DAS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242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</w:p>
    <w:p>
      <w:pPr>
        <w:widowControl/>
        <w:wordWrap w:val="0"/>
        <w:autoSpaceDE w:val="0"/>
        <w:autoSpaceDN w:val="0"/>
        <w:spacing w:line="241" w:lineRule="exact" w:before="172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0174707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Penha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Araújo</w:t>
      </w:r>
    </w:p>
    <w:p>
      <w:pPr>
        <w:widowControl/>
        <w:wordWrap w:val="0"/>
        <w:autoSpaceDE w:val="0"/>
        <w:autoSpaceDN w:val="0"/>
        <w:spacing w:line="247" w:lineRule="exact" w:before="169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–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CAPEF</w:t>
      </w:r>
      <w:r>
        <w:rPr>
          <w:rFonts w:ascii="Times New Roman" w:hAnsi="Times New Roman" w:eastAsia="Times New Roman"/>
          <w:b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7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243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0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0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0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0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0174707</w:t>
      </w:r>
      <w:r>
        <w:rPr>
          <w:rFonts w:ascii="Arial" w:hAnsi="Arial" w:eastAsia="Arial"/>
          <w:b/>
          <w:i w:val="0"/>
          <w:color w:val="000000"/>
          <w:spacing w:val="-7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50001</w:t>
      </w:r>
    </w:p>
    <w:p>
      <w:pPr>
        <w:widowControl/>
        <w:wordWrap w:val="0"/>
        <w:autoSpaceDE w:val="0"/>
        <w:autoSpaceDN w:val="0"/>
        <w:spacing w:line="247" w:lineRule="exact" w:before="174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Caixa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Funcionários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CAPEF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Penha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Viana</w:t>
      </w:r>
      <w:r>
        <w:rPr>
          <w:rFonts w:ascii="Times New Roman" w:hAnsi="Times New Roman" w:eastAsia="Times New Roman"/>
          <w:b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244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Interno</w:t>
      </w:r>
      <w:r>
        <w:rPr>
          <w:rFonts w:ascii="Times New Roman" w:hAnsi="Times New Roman" w:eastAsia="Times New Roman"/>
          <w:b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0634740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92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spacing w:after="0"/>
        <w:sectPr>
          <w:pgSz w:w="11904" w:h="16838"/>
          <w:pgMar w:top="557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instrumento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julgando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</w:p>
    <w:p>
      <w:pPr>
        <w:widowControl/>
        <w:wordWrap w:val="0"/>
        <w:autoSpaceDE w:val="0"/>
        <w:autoSpaceDN w:val="0"/>
        <w:spacing w:line="248" w:lineRule="exact" w:before="164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interno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245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Interno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0629633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9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9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Diplomata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7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3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instrumento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julgando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interno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246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Interno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0631039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Suerda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Duarte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91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parcialmente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instrumento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julgando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agravo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interno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247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0639404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98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Aloma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Guimarães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Anderson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Espíndola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Sá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Silveira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248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0629633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0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69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Diplomata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Engenharia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68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91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instrumento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parcial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julgando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prejudicado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agravo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interno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249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0632341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Eliana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Feitosa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Esgoto</w:t>
      </w:r>
    </w:p>
    <w:p>
      <w:pPr>
        <w:widowControl/>
        <w:wordWrap w:val="0"/>
        <w:autoSpaceDE w:val="0"/>
        <w:autoSpaceDN w:val="0"/>
        <w:spacing w:line="248" w:lineRule="exact" w:before="165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CAGECE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250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0634740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0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Raimunda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instrumento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julgando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interno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251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0637758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Adelgides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Figueiredo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Frederico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Bruno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Moreno</w:t>
      </w:r>
    </w:p>
    <w:p>
      <w:pPr>
        <w:widowControl/>
        <w:wordWrap w:val="0"/>
        <w:autoSpaceDE w:val="0"/>
        <w:autoSpaceDN w:val="0"/>
        <w:spacing w:line="241" w:lineRule="exact" w:before="173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9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252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0623938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Acácia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/>
          <w:color w:val="000000"/>
          <w:spacing w:val="5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253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0628823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0000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Odilon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Araújo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Arcos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Arquitetura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Construção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Saneamento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254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0632947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Agro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Comercial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Acácia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Aragão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Neto</w:t>
      </w:r>
      <w:r>
        <w:rPr>
          <w:rFonts w:ascii="Times New Roman" w:hAnsi="Times New Roman" w:eastAsia="Times New Roman"/>
          <w:b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DAS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255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0631039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Suerda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Duarte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parcialmente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instrumento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julgando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agravo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interno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256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0637389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3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Oboé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Crédito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Cláudia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Morais</w:t>
      </w:r>
      <w:r>
        <w:rPr>
          <w:rFonts w:ascii="Times New Roman" w:hAnsi="Times New Roman" w:eastAsia="Times New Roman"/>
          <w:b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spacing w:after="0"/>
        <w:sectPr>
          <w:pgSz w:w="11904" w:h="16838"/>
          <w:pgMar w:top="563" w:right="1022" w:bottom="657" w:left="1093" w:header="720" w:footer="720" w:gutter="0"/>
          <w:cols w:space="720" w:num="1" w:equalWidth="0">
            <w:col w:w="9788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257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0001016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0053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Luiz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Filho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Castro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258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6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0490065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Paschoal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Calvano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Industrial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-1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259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0161157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Joelina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Augusta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260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0180517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62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Arilena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Saraiva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Celetem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70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261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6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0006722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Fabio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Carneiro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262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0129364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Olé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Bonsucesso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Rutenio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Cavalcante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Peixoto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spacing w:after="0"/>
        <w:sectPr>
          <w:pgSz w:w="11904" w:h="16838"/>
          <w:pgMar w:top="563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263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0002478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0076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Rodovalho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Antônia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Aldelenia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Severiano</w:t>
      </w:r>
      <w:r>
        <w:rPr>
          <w:rFonts w:ascii="Times New Roman" w:hAnsi="Times New Roman" w:eastAsia="Times New Roman"/>
          <w:b/>
          <w:color w:val="000000"/>
          <w:spacing w:val="10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264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0200841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-1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ambos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lhes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0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265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0000493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0200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Lucineldo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Telefônica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-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Vivo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4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266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0174844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Felippe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Augusto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Brito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Vasconcelos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X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X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Factoring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Fomento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Comercial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267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0097641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BMG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Vilma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Nascimento</w:t>
      </w:r>
      <w:r>
        <w:rPr>
          <w:rFonts w:ascii="Times New Roman" w:hAnsi="Times New Roman" w:eastAsia="Times New Roman"/>
          <w:b/>
          <w:color w:val="000000"/>
          <w:spacing w:val="-1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268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0051105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0167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Y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0"/>
          <w:sz w:val="24"/>
        </w:rPr>
        <w:t>D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269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0260175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33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Condominio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Porto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Lagoa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Farias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Martins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8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8" w:lineRule="exact" w:before="161" w:after="87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74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270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6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0894103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Edilberto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Barbosa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Azevedo</w:t>
      </w:r>
      <w:r>
        <w:rPr>
          <w:rFonts w:ascii="Times New Roman" w:hAnsi="Times New Roman" w:eastAsia="Times New Roman"/>
          <w:b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271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0208940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90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João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em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Direitos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Creditórios</w:t>
      </w:r>
    </w:p>
    <w:p>
      <w:pPr>
        <w:widowControl/>
        <w:wordWrap w:val="0"/>
        <w:autoSpaceDE w:val="0"/>
        <w:autoSpaceDN w:val="0"/>
        <w:spacing w:line="248" w:lineRule="exact" w:before="16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Multisegmentos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NPL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Ipanema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</w:t>
      </w:r>
      <w:r>
        <w:rPr>
          <w:rFonts w:ascii="Times New Roman" w:hAnsi="Times New Roman" w:eastAsia="Times New Roman"/>
          <w:b w:val="0"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Não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Padronizado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272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0005003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0060</w:t>
      </w:r>
    </w:p>
    <w:p>
      <w:pPr>
        <w:widowControl/>
        <w:wordWrap w:val="0"/>
        <w:autoSpaceDE w:val="0"/>
        <w:autoSpaceDN w:val="0"/>
        <w:spacing w:line="247" w:lineRule="exact" w:before="170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Osmarina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8" w:lineRule="exact" w:before="166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70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273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6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0009637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0126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Alcindo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Leal</w:t>
      </w:r>
      <w:r>
        <w:rPr>
          <w:rFonts w:ascii="Times New Roman" w:hAnsi="Times New Roman" w:eastAsia="Times New Roman"/>
          <w:b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de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ambos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0" w:lineRule="exact" w:before="173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banco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autor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274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0260211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Alex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Sandra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Costa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275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0165764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32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spacing w:after="0"/>
        <w:sectPr>
          <w:pgSz w:w="11904" w:h="16838"/>
          <w:pgMar w:top="563" w:right="1022" w:bottom="657" w:left="1093" w:header="720" w:footer="720" w:gutter="0"/>
          <w:cols w:space="720" w:num="1" w:equalWidth="0">
            <w:col w:w="9788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90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276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0050010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0114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Vicente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Matos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7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277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0203806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Izabel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Botão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6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278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0237263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Valdenisio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Garcia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Seguro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279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0019400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0034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Jailson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Correia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Itauleasing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7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280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0056115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0064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Vitor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Ribeiro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Souza</w:t>
      </w:r>
      <w:r>
        <w:rPr>
          <w:rFonts w:ascii="Times New Roman" w:hAnsi="Times New Roman" w:eastAsia="Times New Roman"/>
          <w:b/>
          <w:color w:val="000000"/>
          <w:spacing w:val="-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DAS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281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0137304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0001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Vera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Lúcia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Franco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4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70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282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6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0168435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Luís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Araujo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spacing w:after="0"/>
        <w:sectPr>
          <w:pgSz w:w="11904" w:h="16838"/>
          <w:pgMar w:top="564" w:right="1022" w:bottom="657" w:left="1093" w:header="720" w:footer="720" w:gutter="0"/>
          <w:cols w:space="720" w:num="1" w:equalWidth="0">
            <w:col w:w="9788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283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0050568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0120</w:t>
      </w:r>
      <w:r>
        <w:rPr>
          <w:rFonts w:ascii="Times New Roman" w:hAnsi="Times New Roman" w:eastAsia="Times New Roman"/>
          <w:b w:val="0"/>
          <w:color w:val="000000"/>
          <w:spacing w:val="10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0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Luciano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Romão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9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284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6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0200405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0112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Claudia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Safra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285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0184766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Eunice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286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0200523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Coelho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Lopes</w:t>
      </w:r>
    </w:p>
    <w:p>
      <w:pPr>
        <w:widowControl/>
        <w:wordWrap w:val="0"/>
        <w:autoSpaceDE w:val="0"/>
        <w:autoSpaceDN w:val="0"/>
        <w:spacing w:line="241" w:lineRule="exact" w:before="168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70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287</w:t>
      </w:r>
      <w:r>
        <w:rPr>
          <w:rFonts w:ascii="Arial" w:hAnsi="Arial" w:eastAsia="Arial"/>
          <w:b/>
          <w:i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6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0214774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Sampaio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Souza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4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288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0177439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9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Jairo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Hugo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Braga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Barreto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spacing w:after="0"/>
        <w:sectPr>
          <w:pgSz w:w="11904" w:h="16838"/>
          <w:pgMar w:top="563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90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289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0240276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Elinaldo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Soares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Times New Roman" w:hAnsi="Times New Roman" w:eastAsia="Times New Roman"/>
          <w:b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290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0263825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Wandik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Menezes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Holanda</w:t>
      </w:r>
      <w:r>
        <w:rPr>
          <w:rFonts w:ascii="Times New Roman" w:hAnsi="Times New Roman" w:eastAsia="Times New Roman"/>
          <w:b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291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0052278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0151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Itaucard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Wescley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4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9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292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0051119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0160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Marciano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Andrade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Mesquita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293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0200615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0086</w:t>
      </w:r>
      <w:r>
        <w:rPr>
          <w:rFonts w:ascii="Times New Roman" w:hAnsi="Times New Roman" w:eastAsia="Times New Roman"/>
          <w:b w:val="0"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Itaucard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Lidiane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5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2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294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0051141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0167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Mapfre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Gerais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GRAÇAS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295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0113123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Honda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</w:p>
    <w:p>
      <w:pPr>
        <w:spacing w:after="0"/>
        <w:sectPr>
          <w:pgSz w:w="11904" w:h="16838"/>
          <w:pgMar w:top="564" w:right="1022" w:bottom="657" w:left="1093" w:header="720" w:footer="720" w:gutter="0"/>
          <w:cols w:space="720" w:num="1" w:equalWidth="0">
            <w:col w:w="9788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296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0251936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Financiamentos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5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297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0907145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Representações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Confecções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Menina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Sapeca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3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CH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Capital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Eireli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EPP</w:t>
      </w:r>
      <w:r>
        <w:rPr>
          <w:rFonts w:ascii="Arial" w:hAnsi="Arial" w:eastAsia="Arial"/>
          <w:b/>
          <w:i/>
          <w:color w:val="000000"/>
          <w:spacing w:val="2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298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0020335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0147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Rosália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Sá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Maciel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Jorge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Consignado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7"/>
          <w:sz w:val="24"/>
        </w:rPr>
        <w:t>299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0126361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56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Cledilson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9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300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0188255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SPE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Lote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08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Jean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Kleber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Torres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Lima</w:t>
      </w:r>
    </w:p>
    <w:p>
      <w:pPr>
        <w:widowControl/>
        <w:wordWrap w:val="0"/>
        <w:autoSpaceDE w:val="0"/>
        <w:autoSpaceDN w:val="0"/>
        <w:spacing w:line="241" w:lineRule="exact" w:before="168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2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301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0249026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Jairo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Sales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Caminha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Varejo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Casas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Bahia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spacing w:after="0"/>
        <w:sectPr>
          <w:pgSz w:w="11904" w:h="16838"/>
          <w:pgMar w:top="563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90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7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7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7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302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8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8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9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8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0050378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Zurich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Minas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303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1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0622296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4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BP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Promotora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Vendas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Luzia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Vicente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304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0164468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August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Topfer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Co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GMBH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</w:p>
    <w:p>
      <w:pPr>
        <w:widowControl/>
        <w:wordWrap w:val="0"/>
        <w:autoSpaceDE w:val="0"/>
        <w:autoSpaceDN w:val="0"/>
        <w:spacing w:line="248" w:lineRule="exact" w:before="169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Brasileira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Resinas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Resibras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7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7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7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305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8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8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8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8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0164468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50001</w:t>
      </w:r>
      <w:r>
        <w:rPr>
          <w:rFonts w:ascii="Times New Roman" w:hAnsi="Times New Roman" w:eastAsia="Times New Roman"/>
          <w:b w:val="0"/>
          <w:color w:val="000000"/>
          <w:spacing w:val="1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Brasileira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Resinas</w:t>
      </w:r>
      <w:r>
        <w:rPr>
          <w:rFonts w:ascii="Times New Roman" w:hAnsi="Times New Roman" w:eastAsia="Times New Roman"/>
          <w:b w:val="0"/>
          <w:color w:val="000000"/>
          <w:spacing w:val="1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Resibras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August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Topfer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&amp;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Co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GMBH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7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7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7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306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8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8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28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7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0110740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Wborn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Creative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Production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Mozart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Crystyan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Ferreira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307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0001857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Nordeste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Josias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Monteiro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Brasil</w:t>
      </w:r>
      <w:r>
        <w:rPr>
          <w:rFonts w:ascii="Times New Roman" w:hAnsi="Times New Roman" w:eastAsia="Times New Roman"/>
          <w:b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spacing w:after="0"/>
        <w:sectPr>
          <w:pgSz w:w="11904" w:h="16838"/>
          <w:pgMar w:top="564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308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0626563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NS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Serviços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Varejista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Produtos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Beleza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ME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SPE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Fortaleza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Shopping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309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0068025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CAGECE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Silvio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Rui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Empreendimentos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Imobiliários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310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Embargos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Declaração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0111387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1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Embargante</w:t>
      </w:r>
      <w:r>
        <w:rPr>
          <w:rFonts w:ascii="Arial" w:hAnsi="Arial" w:eastAsia="Arial"/>
          <w:b w:val="0"/>
          <w:i w:val="0"/>
          <w:color w:val="000000"/>
          <w:spacing w:val="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Embargado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Administradora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Interno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0633139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80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50000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Emanuel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Magalhães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Bezerra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6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julgar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prejudicado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312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Interno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0244536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50000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Seguradora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Líder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Consórcios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Seguro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DPVAT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1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Audelino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não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313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0634713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Massa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Falida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Uzzo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Indústria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Confecções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EPP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Alfa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Fundo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Investimentos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em</w:t>
      </w:r>
      <w:r>
        <w:rPr>
          <w:rFonts w:ascii="Times New Roman" w:hAnsi="Times New Roman" w:eastAsia="Times New Roman"/>
          <w:b w:val="0"/>
          <w:color w:val="000000"/>
          <w:spacing w:val="7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Direitos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Creditórios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Multissetorial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314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0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0633139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80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Agravante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ENEL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Marcos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Emanuel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Magalhães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Bezerra</w:t>
      </w:r>
      <w:r>
        <w:rPr>
          <w:rFonts w:ascii="Times New Roman" w:hAnsi="Times New Roman" w:eastAsia="Times New Roman"/>
          <w:b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9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315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0628060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Agravante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/>
          <w:color w:val="000000"/>
          <w:spacing w:val="-1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ENEL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/>
          <w:i w:val="0"/>
          <w:color w:val="000000"/>
          <w:spacing w:val="-7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Jeovanne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316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0627357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Valdac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Calila</w:t>
      </w:r>
      <w:r>
        <w:rPr>
          <w:rFonts w:ascii="Times New Roman" w:hAnsi="Times New Roman" w:eastAsia="Times New Roman"/>
          <w:b w:val="0"/>
          <w:color w:val="000000"/>
          <w:spacing w:val="1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Administração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Comércio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2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317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3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0624156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63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T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I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9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318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0628864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Agravante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Organização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Bebidas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União</w:t>
      </w:r>
      <w:r>
        <w:rPr>
          <w:rFonts w:ascii="Times New Roman" w:hAnsi="Times New Roman" w:eastAsia="Times New Roman"/>
          <w:b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Cariri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Ltda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 w:val="0"/>
          <w:color w:val="000000"/>
          <w:spacing w:val="-10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319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14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1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0636511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Daycoval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Gilberto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Alenquer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3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3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2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320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Agravo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Instrumento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0623625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0000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Luis</w:t>
      </w:r>
      <w:r>
        <w:rPr>
          <w:rFonts w:ascii="Times New Roman" w:hAnsi="Times New Roman" w:eastAsia="Times New Roman"/>
          <w:b w:val="0"/>
          <w:color w:val="000000"/>
          <w:spacing w:val="1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Eduardo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Alves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José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Wilson</w:t>
      </w:r>
      <w:r>
        <w:rPr>
          <w:rFonts w:ascii="Times New Roman" w:hAnsi="Times New Roman" w:eastAsia="Times New Roman"/>
          <w:b w:val="0"/>
          <w:color w:val="000000"/>
          <w:spacing w:val="-1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Fernandes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Barros</w:t>
      </w:r>
      <w:r>
        <w:rPr>
          <w:rFonts w:ascii="Times New Roman" w:hAnsi="Times New Roman" w:eastAsia="Times New Roman"/>
          <w:b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321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0120056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95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Júnior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Ávila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Pinto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Sul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América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Nacional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Seguros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322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0131923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85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323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0117172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Previmil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Previdência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Complementar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Aurea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Monteiro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9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324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0136072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Ricardo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Cesar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Veras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Rocha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Petros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Fundação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Petrobrás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Seguridade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Social</w:t>
      </w:r>
      <w:r>
        <w:rPr>
          <w:rFonts w:ascii="Times New Roman" w:hAnsi="Times New Roman" w:eastAsia="Times New Roman"/>
          <w:b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325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0007212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53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2019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Zivatile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Distribuidora</w:t>
      </w:r>
      <w:r>
        <w:rPr>
          <w:rFonts w:ascii="Times New Roman" w:hAnsi="Times New Roman" w:eastAsia="Times New Roman"/>
          <w:b w:val="0"/>
          <w:color w:val="000000"/>
          <w:spacing w:val="5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Bebidas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Alimentos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</w:p>
    <w:p>
      <w:pPr>
        <w:widowControl/>
        <w:wordWrap w:val="0"/>
        <w:autoSpaceDE w:val="0"/>
        <w:autoSpaceDN w:val="0"/>
        <w:spacing w:line="241" w:lineRule="exact" w:before="173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1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não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5" w:after="9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326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0879979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Rodobens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Moradas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Incorporadora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Imobiliária</w:t>
      </w:r>
      <w:r>
        <w:rPr>
          <w:rFonts w:ascii="Times New Roman" w:hAnsi="Times New Roman" w:eastAsia="Times New Roman"/>
          <w:b w:val="0"/>
          <w:color w:val="000000"/>
          <w:spacing w:val="-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Pacatuba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II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SPE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Ldta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Aquino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Times New Roman" w:hAnsi="Times New Roman" w:eastAsia="Times New Roman"/>
          <w:b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82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spacing w:after="0"/>
        <w:sectPr>
          <w:pgSz w:w="11904" w:h="16838"/>
          <w:pgMar w:top="563" w:right="1022" w:bottom="654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327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0840028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Construtora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Imobiliária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Santa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Cecília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EPP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Vera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Benevides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Veras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328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1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0119439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33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Lucileide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Barbosa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Cielo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329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0233854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24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Thiago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Vasconcelos</w:t>
      </w:r>
      <w:r>
        <w:rPr>
          <w:rFonts w:ascii="Times New Roman" w:hAnsi="Times New Roman" w:eastAsia="Times New Roman"/>
          <w:b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0206839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Helio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Renato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Junior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Marcos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Vinicius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Ribeiro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Cardoso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representado</w:t>
      </w:r>
      <w:r>
        <w:rPr>
          <w:rFonts w:ascii="Times New Roman" w:hAnsi="Times New Roman" w:eastAsia="Times New Roman"/>
          <w:b w:val="0"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Willams</w:t>
      </w:r>
      <w:r>
        <w:rPr>
          <w:rFonts w:ascii="Times New Roman" w:hAnsi="Times New Roman" w:eastAsia="Times New Roman"/>
          <w:b w:val="0"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Silva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Cardoso</w:t>
      </w:r>
      <w:r>
        <w:rPr>
          <w:rFonts w:ascii="Times New Roman" w:hAnsi="Times New Roman" w:eastAsia="Times New Roman"/>
          <w:b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0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parcial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w w:val="99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0001334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0099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LDB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Transportes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Cargas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Ltda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Mapfre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Gerais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9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332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w w:val="99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0044896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2013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0117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w w:val="10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1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0107688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2007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AGF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Seguros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Brasileira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Distribuição</w:t>
      </w:r>
      <w:r>
        <w:rPr>
          <w:rFonts w:ascii="Times New Roman" w:hAnsi="Times New Roman" w:eastAsia="Times New Roman"/>
          <w:b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spacing w:after="0"/>
        <w:sectPr>
          <w:pgSz w:w="11904" w:h="16838"/>
          <w:pgMar w:top="557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0050304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2020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0085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Pedro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França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8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parte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autora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ao</w:t>
      </w:r>
    </w:p>
    <w:p>
      <w:pPr>
        <w:widowControl/>
        <w:wordWrap w:val="0"/>
        <w:autoSpaceDE w:val="0"/>
        <w:autoSpaceDN w:val="0"/>
        <w:spacing w:line="240" w:lineRule="exact" w:before="173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passo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que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o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6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parte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promovida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conhecido</w:t>
      </w:r>
      <w:r>
        <w:rPr>
          <w:rFonts w:ascii="Arial" w:hAnsi="Arial" w:eastAsia="Arial"/>
          <w:b/>
          <w:i/>
          <w:color w:val="000000"/>
          <w:spacing w:val="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parcialmente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nos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0201001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12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4"/>
          <w:sz w:val="24"/>
        </w:rPr>
        <w:t>W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N</w:t>
      </w:r>
      <w:r>
        <w:rPr>
          <w:rFonts w:ascii="Arial" w:hAnsi="Arial" w:eastAsia="Arial"/>
          <w:b w:val="0"/>
          <w:i w:val="0"/>
          <w:color w:val="000000"/>
          <w:spacing w:val="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1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0013048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0099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Eridan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Ferreira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Coutinho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BMG</w:t>
      </w:r>
      <w:r>
        <w:rPr>
          <w:rFonts w:ascii="Times New Roman" w:hAnsi="Times New Roman" w:eastAsia="Times New Roman"/>
          <w:b w:val="0"/>
          <w:color w:val="000000"/>
          <w:spacing w:val="3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0217949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42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BMG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0051326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0133</w:t>
      </w:r>
      <w:r>
        <w:rPr>
          <w:rFonts w:ascii="Times New Roman" w:hAnsi="Times New Roman" w:eastAsia="Times New Roman"/>
          <w:b w:val="0"/>
          <w:color w:val="000000"/>
          <w:spacing w:val="11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Santander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Brasil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)</w:t>
      </w:r>
      <w:r>
        <w:rPr>
          <w:rFonts w:ascii="Times New Roman" w:hAnsi="Times New Roman" w:eastAsia="Times New Roman"/>
          <w:b w:val="0"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11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Antonia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Madeira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Vasconcelos</w:t>
      </w:r>
      <w:r>
        <w:rPr>
          <w:rFonts w:ascii="Times New Roman" w:hAnsi="Times New Roman" w:eastAsia="Times New Roman"/>
          <w:b/>
          <w:color w:val="000000"/>
          <w:spacing w:val="2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339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0227482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59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-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Super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Pagamentos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Administração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Meios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Eletrônicos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Davi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Coelho</w:t>
      </w:r>
      <w:r>
        <w:rPr>
          <w:rFonts w:ascii="Times New Roman" w:hAnsi="Times New Roman" w:eastAsia="Times New Roman"/>
          <w:b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8" w:lineRule="exact" w:before="162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</w:p>
    <w:p>
      <w:pPr>
        <w:widowControl/>
        <w:wordWrap w:val="0"/>
        <w:autoSpaceDE w:val="0"/>
        <w:autoSpaceDN w:val="0"/>
        <w:spacing w:line="240" w:lineRule="exact" w:before="177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4" w:after="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1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340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0003985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0120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9"/>
        <w:ind w:left="0" w:right="0"/>
      </w:pPr>
    </w:p>
    <w:p>
      <w:pPr>
        <w:widowControl/>
        <w:wordWrap w:val="0"/>
        <w:autoSpaceDE w:val="0"/>
        <w:autoSpaceDN w:val="0"/>
        <w:spacing w:line="241" w:lineRule="exact" w:before="587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Agostinho</w:t>
      </w:r>
      <w:r>
        <w:rPr>
          <w:rFonts w:ascii="Times New Roman" w:hAnsi="Times New Roman" w:eastAsia="Times New Roman"/>
          <w:b w:val="0"/>
          <w:color w:val="000000"/>
          <w:spacing w:val="7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Pereira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Gomes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BMG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341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w w:val="99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0200361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0114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João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Batista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4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4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</w:p>
    <w:p>
      <w:pPr>
        <w:widowControl/>
        <w:wordWrap w:val="0"/>
        <w:autoSpaceDE w:val="0"/>
        <w:autoSpaceDN w:val="0"/>
        <w:spacing w:line="240" w:lineRule="exact" w:before="173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parte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autora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passo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que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nega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Ré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</w:p>
    <w:p>
      <w:pPr>
        <w:widowControl/>
        <w:wordWrap w:val="0"/>
        <w:autoSpaceDE w:val="0"/>
        <w:autoSpaceDN w:val="0"/>
        <w:spacing w:line="248" w:lineRule="exact" w:before="164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8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342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0050160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0203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Eronilda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Cunha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Menezes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Itaú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Unibanco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Holding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343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0050887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17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0096</w:t>
      </w:r>
      <w:r>
        <w:rPr>
          <w:rFonts w:ascii="Times New Roman" w:hAnsi="Times New Roman" w:eastAsia="Times New Roman"/>
          <w:b w:val="0"/>
          <w:color w:val="000000"/>
          <w:spacing w:val="12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Antônio</w:t>
      </w:r>
      <w:r>
        <w:rPr>
          <w:rFonts w:ascii="Times New Roman" w:hAnsi="Times New Roman" w:eastAsia="Times New Roman"/>
          <w:b w:val="0"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Maurício</w:t>
      </w:r>
      <w:r>
        <w:rPr>
          <w:rFonts w:ascii="Times New Roman" w:hAnsi="Times New Roman" w:eastAsia="Times New Roman"/>
          <w:b w:val="0"/>
          <w:color w:val="000000"/>
          <w:spacing w:val="1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Lopes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6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344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0240035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41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Geovani</w:t>
      </w:r>
      <w:r>
        <w:rPr>
          <w:rFonts w:ascii="Times New Roman" w:hAnsi="Times New Roman" w:eastAsia="Times New Roman"/>
          <w:b w:val="0"/>
          <w:color w:val="000000"/>
          <w:spacing w:val="1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Magalhães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Oliveira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Almicar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Rabelo</w:t>
      </w:r>
      <w:r>
        <w:rPr>
          <w:rFonts w:ascii="Times New Roman" w:hAnsi="Times New Roman" w:eastAsia="Times New Roman"/>
          <w:b/>
          <w:color w:val="000000"/>
          <w:spacing w:val="-1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6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2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345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0258611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7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Valdenora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Nogueira</w:t>
      </w:r>
      <w:r>
        <w:rPr>
          <w:rFonts w:ascii="Times New Roman" w:hAnsi="Times New Roman" w:eastAsia="Times New Roman"/>
          <w:b w:val="0"/>
          <w:color w:val="000000"/>
          <w:spacing w:val="9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Holanda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11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7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346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0202866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70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0167</w:t>
      </w:r>
      <w:r>
        <w:rPr>
          <w:rFonts w:ascii="Times New Roman" w:hAnsi="Times New Roman" w:eastAsia="Times New Roman"/>
          <w:b w:val="0"/>
          <w:color w:val="000000"/>
          <w:spacing w:val="3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Auristela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Aguiar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Moita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6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spacing w:after="0"/>
        <w:sectPr>
          <w:pgSz w:w="11904" w:h="16838"/>
          <w:pgMar w:top="561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347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0256393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47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1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Antonio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Félix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Foonio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Claudio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F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Azevedo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</w:t>
      </w:r>
      <w:r>
        <w:rPr>
          <w:rFonts w:ascii="Times New Roman" w:hAnsi="Times New Roman" w:eastAsia="Times New Roman"/>
          <w:b w:val="0"/>
          <w:color w:val="000000"/>
          <w:spacing w:val="-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Itaucard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6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</w:p>
    <w:p>
      <w:pPr>
        <w:widowControl/>
        <w:wordWrap w:val="0"/>
        <w:autoSpaceDE w:val="0"/>
        <w:autoSpaceDN w:val="0"/>
        <w:spacing w:line="248" w:lineRule="exact" w:before="160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348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0050749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35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Água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Esgoto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6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CAGECE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Francisca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Brena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Teixeira</w:t>
      </w:r>
      <w:r>
        <w:rPr>
          <w:rFonts w:ascii="Times New Roman" w:hAnsi="Times New Roman" w:eastAsia="Times New Roman"/>
          <w:b w:val="0"/>
          <w:color w:val="000000"/>
          <w:spacing w:val="7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Paulo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Lavor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2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349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0051034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69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0055</w:t>
      </w:r>
      <w:r>
        <w:rPr>
          <w:rFonts w:ascii="Times New Roman" w:hAnsi="Times New Roman" w:eastAsia="Times New Roman"/>
          <w:b w:val="0"/>
          <w:color w:val="000000"/>
          <w:spacing w:val="9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Marta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Sousa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</w:p>
    <w:p>
      <w:pPr>
        <w:widowControl/>
        <w:wordWrap w:val="0"/>
        <w:autoSpaceDE w:val="0"/>
        <w:autoSpaceDN w:val="0"/>
        <w:spacing w:line="241" w:lineRule="exact" w:before="176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Bradesco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1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350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6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0234145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24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G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I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Paulo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Marcelo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Holanda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Diógenes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LUCENA</w:t>
      </w:r>
    </w:p>
    <w:p>
      <w:pPr>
        <w:widowControl/>
        <w:wordWrap w:val="0"/>
        <w:autoSpaceDE w:val="0"/>
        <w:autoSpaceDN w:val="0"/>
        <w:spacing w:line="240" w:lineRule="exact" w:before="176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9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82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</w:p>
    <w:p>
      <w:pPr>
        <w:widowControl/>
        <w:wordWrap w:val="0"/>
        <w:autoSpaceDE w:val="0"/>
        <w:autoSpaceDN w:val="0"/>
        <w:spacing w:line="248" w:lineRule="exact" w:before="160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3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351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4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3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0201893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13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1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Aurineide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Jeronimo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Pereira</w:t>
      </w:r>
      <w:r>
        <w:rPr>
          <w:rFonts w:ascii="Times New Roman" w:hAnsi="Times New Roman" w:eastAsia="Times New Roman"/>
          <w:b/>
          <w:color w:val="000000"/>
          <w:spacing w:val="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</w:p>
    <w:p>
      <w:pPr>
        <w:widowControl/>
        <w:wordWrap w:val="0"/>
        <w:autoSpaceDE w:val="0"/>
        <w:autoSpaceDN w:val="0"/>
        <w:spacing w:line="248" w:lineRule="exact" w:before="16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7"/>
          <w:sz w:val="24"/>
        </w:rPr>
        <w:t>lhe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ao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Apte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/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Apdo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Companhia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Energética</w:t>
      </w:r>
      <w:r>
        <w:rPr>
          <w:rFonts w:ascii="Arial" w:hAnsi="Arial" w:eastAsia="Arial"/>
          <w:b/>
          <w:i/>
          <w:color w:val="000000"/>
          <w:spacing w:val="-1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Ceará</w:t>
      </w:r>
      <w:r>
        <w:rPr>
          <w:rFonts w:ascii="Arial" w:hAnsi="Arial" w:eastAsia="Arial"/>
          <w:b/>
          <w:i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–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ENEL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ao</w:t>
      </w:r>
    </w:p>
    <w:p>
      <w:pPr>
        <w:widowControl/>
        <w:wordWrap w:val="0"/>
        <w:autoSpaceDE w:val="0"/>
        <w:autoSpaceDN w:val="0"/>
        <w:spacing w:line="240" w:lineRule="exact" w:before="173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passo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que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parte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autora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1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91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9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352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0200370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72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10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6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6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7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ENEL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Marcilio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Viana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</w:p>
    <w:p>
      <w:pPr>
        <w:widowControl/>
        <w:wordWrap w:val="0"/>
        <w:autoSpaceDE w:val="0"/>
        <w:autoSpaceDN w:val="0"/>
        <w:spacing w:line="241" w:lineRule="exact" w:before="168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1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spacing w:after="0"/>
        <w:sectPr>
          <w:pgSz w:w="11904" w:h="16838"/>
          <w:pgMar w:top="557" w:right="1022" w:bottom="657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78"/>
        <w:ind w:left="0" w:right="0"/>
      </w:pPr>
    </w:p>
    <w:p>
      <w:pPr>
        <w:widowControl/>
        <w:wordWrap w:val="0"/>
        <w:autoSpaceDE w:val="0"/>
        <w:autoSpaceDN w:val="0"/>
        <w:spacing w:line="248" w:lineRule="exact" w:before="583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0052628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0101</w:t>
      </w:r>
      <w:r>
        <w:rPr>
          <w:rFonts w:ascii="Times New Roman" w:hAnsi="Times New Roman" w:eastAsia="Times New Roman"/>
          <w:b w:val="0"/>
          <w:color w:val="000000"/>
          <w:spacing w:val="10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Ednilde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Rodrigues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Moreira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8" w:lineRule="exact" w:before="169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Companhia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Energética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6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ENEL</w:t>
      </w:r>
      <w:r>
        <w:rPr>
          <w:rFonts w:ascii="Times New Roman" w:hAnsi="Times New Roman" w:eastAsia="Times New Roman"/>
          <w:b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77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2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1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parcial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1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</w:p>
    <w:p>
      <w:pPr>
        <w:widowControl/>
        <w:wordWrap w:val="0"/>
        <w:autoSpaceDE w:val="0"/>
        <w:autoSpaceDN w:val="0"/>
        <w:spacing w:line="248" w:lineRule="exact" w:before="164" w:after="88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8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2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353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0205479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76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5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Elias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Santos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Costa</w:t>
      </w:r>
    </w:p>
    <w:p>
      <w:pPr>
        <w:widowControl/>
        <w:wordWrap w:val="0"/>
        <w:autoSpaceDE w:val="0"/>
        <w:autoSpaceDN w:val="0"/>
        <w:spacing w:line="241" w:lineRule="exact" w:before="168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1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9" w:after="83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354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0247597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67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2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José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Wandeir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Oliveira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Rocha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EVERARDO</w:t>
      </w:r>
    </w:p>
    <w:p>
      <w:pPr>
        <w:widowControl/>
        <w:wordWrap w:val="0"/>
        <w:autoSpaceDE w:val="0"/>
        <w:autoSpaceDN w:val="0"/>
        <w:spacing w:line="240" w:lineRule="exact" w:before="181" w:after="8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</w:p>
    <w:p>
      <w:pPr>
        <w:widowControl/>
        <w:wordWrap w:val="0"/>
        <w:autoSpaceDE w:val="0"/>
        <w:autoSpaceDN w:val="0"/>
        <w:spacing w:line="248" w:lineRule="exact" w:before="161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80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10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72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</w:p>
    <w:p>
      <w:pPr>
        <w:widowControl/>
        <w:wordWrap w:val="0"/>
        <w:autoSpaceDE w:val="0"/>
        <w:autoSpaceDN w:val="0"/>
        <w:spacing w:line="240" w:lineRule="exact" w:before="178" w:after="8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0" w:after="90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11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116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355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118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1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0277095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48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1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81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Aurelio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Lucas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0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Sousa</w:t>
      </w:r>
    </w:p>
    <w:p>
      <w:pPr>
        <w:widowControl/>
        <w:wordWrap w:val="0"/>
        <w:autoSpaceDE w:val="0"/>
        <w:autoSpaceDN w:val="0"/>
        <w:spacing w:line="241" w:lineRule="exact" w:before="168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</w:p>
    <w:p>
      <w:pPr>
        <w:widowControl/>
        <w:wordWrap w:val="0"/>
        <w:autoSpaceDE w:val="0"/>
        <w:autoSpaceDN w:val="0"/>
        <w:spacing w:line="241" w:lineRule="exact" w:before="171" w:after="82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65" w:after="85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2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2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</w:p>
    <w:p>
      <w:pPr>
        <w:widowControl/>
        <w:wordWrap w:val="0"/>
        <w:autoSpaceDE w:val="0"/>
        <w:autoSpaceDN w:val="0"/>
        <w:spacing w:line="248" w:lineRule="exact" w:before="169" w:after="85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356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1" w:lineRule="exact" w:before="171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0281976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68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2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Banco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Volkswagen</w:t>
      </w:r>
      <w:r>
        <w:rPr>
          <w:rFonts w:ascii="Times New Roman" w:hAnsi="Times New Roman" w:eastAsia="Times New Roman"/>
          <w:b w:val="0"/>
          <w:color w:val="000000"/>
          <w:spacing w:val="2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Francisco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José</w:t>
      </w:r>
    </w:p>
    <w:p>
      <w:pPr>
        <w:widowControl/>
        <w:wordWrap w:val="0"/>
        <w:autoSpaceDE w:val="0"/>
        <w:autoSpaceDN w:val="0"/>
        <w:spacing w:line="241" w:lineRule="exact" w:before="172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Silva</w:t>
      </w:r>
      <w:r>
        <w:rPr>
          <w:rFonts w:ascii="Times New Roman" w:hAnsi="Times New Roman" w:eastAsia="Times New Roman"/>
          <w:b/>
          <w:color w:val="000000"/>
          <w:spacing w:val="13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6" w:after="83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6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</w:p>
    <w:p>
      <w:pPr>
        <w:widowControl/>
        <w:wordWrap w:val="0"/>
        <w:autoSpaceDE w:val="0"/>
        <w:autoSpaceDN w:val="0"/>
        <w:spacing w:line="248" w:lineRule="exact" w:before="166" w:after="82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por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recurso</w:t>
      </w:r>
    </w:p>
    <w:p>
      <w:pPr>
        <w:widowControl/>
        <w:wordWrap w:val="0"/>
        <w:autoSpaceDE w:val="0"/>
        <w:autoSpaceDN w:val="0"/>
        <w:spacing w:line="248" w:lineRule="exact" w:before="165" w:after="86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39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z w:val="24"/>
        </w:rPr>
        <w:t>”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357</w:t>
      </w:r>
      <w:r>
        <w:rPr>
          <w:rFonts w:ascii="Arial" w:hAnsi="Arial" w:eastAsia="Arial"/>
          <w:b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1" w:lineRule="exact" w:before="172" w:after="86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0256019</w:t>
      </w:r>
      <w:r>
        <w:rPr>
          <w:rFonts w:ascii="Arial" w:hAnsi="Arial" w:eastAsia="Arial"/>
          <w:b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31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Apelante</w:t>
      </w:r>
      <w:r>
        <w:rPr>
          <w:rFonts w:ascii="Arial" w:hAnsi="Arial" w:eastAsia="Arial"/>
          <w:b w:val="0"/>
          <w:i w:val="0"/>
          <w:color w:val="000000"/>
          <w:spacing w:val="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Aymoré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w w:val="99"/>
          <w:sz w:val="24"/>
        </w:rPr>
        <w:t>Crédito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1"/>
          <w:sz w:val="24"/>
        </w:rPr>
        <w:t>Financiamento</w:t>
      </w:r>
      <w:r>
        <w:rPr>
          <w:rFonts w:ascii="Times New Roman" w:hAnsi="Times New Roman" w:eastAsia="Times New Roman"/>
          <w:b w:val="0"/>
          <w:color w:val="000000"/>
          <w:spacing w:val="7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</w:t>
      </w:r>
    </w:p>
    <w:p>
      <w:pPr>
        <w:widowControl/>
        <w:wordWrap w:val="0"/>
        <w:autoSpaceDE w:val="0"/>
        <w:autoSpaceDN w:val="0"/>
        <w:spacing w:line="241" w:lineRule="exact" w:before="171" w:after="9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Investimento</w:t>
      </w:r>
      <w:r>
        <w:rPr>
          <w:rFonts w:ascii="Times New Roman" w:hAnsi="Times New Roman" w:eastAsia="Times New Roman"/>
          <w:b w:val="0"/>
          <w:color w:val="000000"/>
          <w:spacing w:val="10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/>
          <w:color w:val="000000"/>
          <w:spacing w:val="99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Julgadores</w:t>
      </w:r>
      <w:r>
        <w:rPr>
          <w:rFonts w:ascii="Times New Roman" w:hAnsi="Times New Roman" w:eastAsia="Times New Roman"/>
          <w:b w:val="0"/>
          <w:color w:val="000000"/>
          <w:spacing w:val="9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SEGUNDO</w:t>
      </w:r>
    </w:p>
    <w:p>
      <w:pPr>
        <w:widowControl/>
        <w:wordWrap w:val="0"/>
        <w:autoSpaceDE w:val="0"/>
        <w:autoSpaceDN w:val="0"/>
        <w:spacing w:line="240" w:lineRule="exact" w:before="181" w:after="8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(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),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8" w:lineRule="exact" w:before="161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Síntese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</w:t>
      </w:r>
      <w:r>
        <w:rPr>
          <w:rFonts w:ascii="Times New Roman" w:hAnsi="Times New Roman" w:eastAsia="Times New Roman"/>
          <w:b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Julgamento</w:t>
      </w:r>
      <w:r>
        <w:rPr>
          <w:rFonts w:ascii="Arial" w:hAnsi="Arial" w:eastAsia="Arial"/>
          <w:b/>
          <w:i/>
          <w:color w:val="000000"/>
          <w:spacing w:val="-8"/>
          <w:sz w:val="24"/>
        </w:rPr>
        <w:t>: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“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A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Câmara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por</w:t>
      </w:r>
      <w:r>
        <w:rPr>
          <w:rFonts w:ascii="Arial" w:hAnsi="Arial" w:eastAsia="Arial"/>
          <w:b/>
          <w:i/>
          <w:color w:val="000000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unanimidade</w:t>
      </w:r>
      <w:r>
        <w:rPr>
          <w:rFonts w:ascii="Arial" w:hAnsi="Arial" w:eastAsia="Arial"/>
          <w:b/>
          <w:i/>
          <w:color w:val="000000"/>
          <w:spacing w:val="-9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acordou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6"/>
          <w:sz w:val="24"/>
        </w:rPr>
        <w:t>conhecer</w:t>
      </w:r>
      <w:r>
        <w:rPr>
          <w:rFonts w:ascii="Arial" w:hAnsi="Arial" w:eastAsia="Arial"/>
          <w:b/>
          <w:i/>
          <w:color w:val="000000"/>
          <w:spacing w:val="5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</w:p>
    <w:p>
      <w:pPr>
        <w:widowControl/>
        <w:wordWrap w:val="0"/>
        <w:autoSpaceDE w:val="0"/>
        <w:autoSpaceDN w:val="0"/>
        <w:spacing w:line="248" w:lineRule="exact" w:before="170" w:after="83"/>
        <w:ind w:left="40" w:right="0" w:firstLine="0"/>
        <w:jc w:val="left"/>
      </w:pPr>
      <w:r>
        <w:rPr>
          <w:rFonts w:ascii="Arial" w:hAnsi="Arial" w:eastAsia="Arial"/>
          <w:b/>
          <w:i/>
          <w:color w:val="000000"/>
          <w:spacing w:val="-4"/>
          <w:sz w:val="24"/>
        </w:rPr>
        <w:t>recurso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para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mérito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negar</w:t>
      </w:r>
      <w:r>
        <w:rPr>
          <w:rFonts w:ascii="Arial" w:hAnsi="Arial" w:eastAsia="Arial"/>
          <w:b/>
          <w:i/>
          <w:color w:val="000000"/>
          <w:spacing w:val="-3"/>
          <w:sz w:val="24"/>
        </w:rPr>
        <w:t>-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lhe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provimento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,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nos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termos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voto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do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eminente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 xml:space="preserve"> 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relator</w:t>
      </w:r>
      <w:r>
        <w:rPr>
          <w:rFonts w:ascii="Arial" w:hAnsi="Arial" w:eastAsia="Arial"/>
          <w:b/>
          <w:i/>
          <w:color w:val="000000"/>
          <w:spacing w:val="-5"/>
          <w:sz w:val="24"/>
        </w:rPr>
        <w:t>”</w:t>
      </w:r>
      <w:r>
        <w:rPr>
          <w:rFonts w:ascii="Arial" w:hAnsi="Arial" w:eastAsia="Arial"/>
          <w:b/>
          <w:i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66" w:after="90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6"/>
          <w:sz w:val="24"/>
        </w:rPr>
        <w:t>PROCESSOS</w:t>
      </w:r>
      <w:r>
        <w:rPr>
          <w:rFonts w:ascii="Times New Roman" w:hAnsi="Times New Roman" w:eastAsia="Times New Roman"/>
          <w:b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ADIADOS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RETIRADOS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MESA</w:t>
      </w:r>
      <w:r>
        <w:rPr>
          <w:rFonts w:ascii="Arial" w:hAnsi="Arial" w:eastAsia="Arial"/>
          <w:b/>
          <w:i w:val="0"/>
          <w:color w:val="000000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ALBERTO</w:t>
      </w:r>
    </w:p>
    <w:p>
      <w:pPr>
        <w:widowControl/>
        <w:wordWrap w:val="0"/>
        <w:autoSpaceDE w:val="0"/>
        <w:autoSpaceDN w:val="0"/>
        <w:spacing w:line="240" w:lineRule="exact" w:before="181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requereu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fossem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retirados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0051469</w:t>
      </w:r>
      <w:r>
        <w:rPr>
          <w:rFonts w:ascii="Arial" w:hAnsi="Arial" w:eastAsia="Arial"/>
          <w:b w:val="0"/>
          <w:i w:val="0"/>
          <w:color w:val="000000"/>
          <w:sz w:val="24"/>
        </w:rPr>
        <w:t>-</w:t>
      </w:r>
    </w:p>
    <w:p>
      <w:pPr>
        <w:spacing w:after="0"/>
        <w:sectPr>
          <w:pgSz w:w="11904" w:h="16838"/>
          <w:pgMar w:top="557" w:right="1022" w:bottom="655" w:left="1093" w:header="720" w:footer="720" w:gutter="0"/>
          <w:cols w:space="720" w:num="1" w:equalWidth="0">
            <w:col w:w="9789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02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2007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0889421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35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2014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0000036</w:t>
      </w:r>
      <w:r>
        <w:rPr>
          <w:rFonts w:ascii="Arial" w:hAnsi="Arial" w:eastAsia="Arial"/>
          <w:b w:val="0"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07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0111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0115648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27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2016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requereu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5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fossem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retirados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0005029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87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0045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8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0009744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10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0133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0168661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67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0200652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35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0029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QUENTAL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requereu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fossem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retirados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0542244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22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2012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0175325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85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6"/>
          <w:sz w:val="24"/>
        </w:rPr>
        <w:t>RETIRADOS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PAUTA</w:t>
      </w:r>
      <w:r>
        <w:rPr>
          <w:rFonts w:ascii="Arial" w:hAnsi="Arial" w:eastAsia="Arial"/>
          <w:b/>
          <w:i w:val="0"/>
          <w:color w:val="000000"/>
          <w:spacing w:val="-2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NETO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requereu</w:t>
      </w:r>
    </w:p>
    <w:p>
      <w:pPr>
        <w:widowControl/>
        <w:wordWrap w:val="0"/>
        <w:autoSpaceDE w:val="0"/>
        <w:autoSpaceDN w:val="0"/>
        <w:spacing w:line="240" w:lineRule="exact" w:before="176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fosse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retirado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pauta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4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0246050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61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2000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requereu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fossem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retirados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pauta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0005564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2013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0084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11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MELO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Times New Roman" w:hAnsi="Times New Roman" w:eastAsia="Times New Roman"/>
          <w:b w:val="0"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requereu</w:t>
      </w:r>
      <w:r>
        <w:rPr>
          <w:rFonts w:ascii="Times New Roman" w:hAnsi="Times New Roman" w:eastAsia="Times New Roman"/>
          <w:b w:val="0"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fossem</w:t>
      </w:r>
      <w:r>
        <w:rPr>
          <w:rFonts w:ascii="Times New Roman" w:hAnsi="Times New Roman" w:eastAsia="Times New Roman"/>
          <w:b w:val="0"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retirados</w:t>
      </w:r>
      <w:r>
        <w:rPr>
          <w:rFonts w:ascii="Times New Roman" w:hAnsi="Times New Roman" w:eastAsia="Times New Roman"/>
          <w:b w:val="0"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pauta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18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1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0181179</w:t>
      </w:r>
      <w:r>
        <w:rPr>
          <w:rFonts w:ascii="Arial" w:hAnsi="Arial" w:eastAsia="Arial"/>
          <w:b w:val="0"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89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7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Arial" w:hAnsi="Arial" w:eastAsia="Arial"/>
          <w:b w:val="0"/>
          <w:i w:val="0"/>
          <w:color w:val="000000"/>
          <w:sz w:val="24"/>
        </w:rPr>
        <w:t>: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requereu</w:t>
      </w:r>
      <w:r>
        <w:rPr>
          <w:rFonts w:ascii="Times New Roman" w:hAnsi="Times New Roman" w:eastAsia="Times New Roman"/>
          <w:b w:val="0"/>
          <w:color w:val="000000"/>
          <w:spacing w:val="2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2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fossem</w:t>
      </w:r>
      <w:r>
        <w:rPr>
          <w:rFonts w:ascii="Times New Roman" w:hAnsi="Times New Roman" w:eastAsia="Times New Roman"/>
          <w:b w:val="0"/>
          <w:color w:val="000000"/>
          <w:spacing w:val="2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retirados</w:t>
      </w:r>
      <w:r>
        <w:rPr>
          <w:rFonts w:ascii="Times New Roman" w:hAnsi="Times New Roman" w:eastAsia="Times New Roman"/>
          <w:b w:val="0"/>
          <w:color w:val="000000"/>
          <w:spacing w:val="2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pauta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2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Agravo</w:t>
      </w:r>
      <w:r>
        <w:rPr>
          <w:rFonts w:ascii="Times New Roman" w:hAnsi="Times New Roman" w:eastAsia="Times New Roman"/>
          <w:b w:val="0"/>
          <w:color w:val="000000"/>
          <w:spacing w:val="25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Interno</w:t>
      </w:r>
      <w:r>
        <w:rPr>
          <w:rFonts w:ascii="Times New Roman" w:hAnsi="Times New Roman" w:eastAsia="Times New Roman"/>
          <w:b w:val="0"/>
          <w:color w:val="000000"/>
          <w:spacing w:val="2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26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0636931</w:t>
      </w:r>
      <w:r>
        <w:rPr>
          <w:rFonts w:ascii="Arial" w:hAnsi="Arial" w:eastAsia="Arial"/>
          <w:b w:val="0"/>
          <w:i w:val="0"/>
          <w:color w:val="000000"/>
          <w:sz w:val="24"/>
        </w:rPr>
        <w:t>-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42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2022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0000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/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50000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Cível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0050552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95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2020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0075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0" w:lineRule="exact" w:before="173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requereu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fosse</w:t>
      </w:r>
      <w:r>
        <w:rPr>
          <w:rFonts w:ascii="Times New Roman" w:hAnsi="Times New Roman" w:eastAsia="Times New Roman"/>
          <w:b w:val="0"/>
          <w:color w:val="000000"/>
          <w:spacing w:val="5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retirado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pauta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Apelação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Cível</w:t>
      </w:r>
    </w:p>
    <w:p>
      <w:pPr>
        <w:widowControl/>
        <w:wordWrap w:val="0"/>
        <w:autoSpaceDE w:val="0"/>
        <w:autoSpaceDN w:val="0"/>
        <w:spacing w:line="241" w:lineRule="exact" w:before="168" w:after="88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0136558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12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2015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8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06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0001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6"/>
          <w:sz w:val="24"/>
        </w:rPr>
        <w:t>DIVERSOS</w:t>
      </w:r>
      <w:r>
        <w:rPr>
          <w:rFonts w:ascii="Arial" w:hAnsi="Arial" w:eastAsia="Arial"/>
          <w:b/>
          <w:i w:val="0"/>
          <w:color w:val="000000"/>
          <w:spacing w:val="-3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Os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demais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processos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pautados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esta</w:t>
      </w:r>
      <w:r>
        <w:rPr>
          <w:rFonts w:ascii="Times New Roman" w:hAnsi="Times New Roman" w:eastAsia="Times New Roman"/>
          <w:b w:val="0"/>
          <w:color w:val="000000"/>
          <w:spacing w:val="3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sessão</w:t>
      </w:r>
    </w:p>
    <w:p>
      <w:pPr>
        <w:widowControl/>
        <w:wordWrap w:val="0"/>
        <w:autoSpaceDE w:val="0"/>
        <w:autoSpaceDN w:val="0"/>
        <w:spacing w:line="240" w:lineRule="exact" w:before="176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foram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julgados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provisórios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agora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considerados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definitivos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unanimidade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acordo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com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relatores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Exm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Presidente</w:t>
      </w:r>
      <w:r>
        <w:rPr>
          <w:rFonts w:ascii="Times New Roman" w:hAnsi="Times New Roman" w:eastAsia="Times New Roman"/>
          <w:b w:val="0"/>
          <w:color w:val="000000"/>
          <w:spacing w:val="84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desta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convalidou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demais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antecipados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provisórios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pautados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para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esta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sessão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tornando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definitivos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acordo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com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eminentes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Na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foi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proposto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Presidente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em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exercício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desta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egrégia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pesar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solidariedade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aos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familiares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Ilma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Zélia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Fragoso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Ponte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pelo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seu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lamentável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desenlace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deliberou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por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unanimidade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nesses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termos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consignados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em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ata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Acostaram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voto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Exmos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5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Inácio</w:t>
      </w:r>
      <w:r>
        <w:rPr>
          <w:rFonts w:ascii="Times New Roman" w:hAnsi="Times New Roman" w:eastAsia="Times New Roman"/>
          <w:b w:val="0"/>
          <w:color w:val="000000"/>
          <w:spacing w:val="4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Alencar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Cortez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Neto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Fátima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Melo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Loureiro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Desa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Maria</w:t>
      </w:r>
      <w:r>
        <w:rPr>
          <w:rFonts w:ascii="Times New Roman" w:hAnsi="Times New Roman" w:eastAsia="Times New Roman"/>
          <w:b w:val="0"/>
          <w:color w:val="000000"/>
          <w:spacing w:val="-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Graças</w:t>
      </w:r>
      <w:r>
        <w:rPr>
          <w:rFonts w:ascii="Times New Roman" w:hAnsi="Times New Roman" w:eastAsia="Times New Roman"/>
          <w:b w:val="0"/>
          <w:color w:val="000000"/>
          <w:spacing w:val="-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Almeida</w:t>
      </w:r>
    </w:p>
    <w:p>
      <w:pPr>
        <w:widowControl/>
        <w:wordWrap w:val="0"/>
        <w:autoSpaceDE w:val="0"/>
        <w:autoSpaceDN w:val="0"/>
        <w:spacing w:line="240" w:lineRule="exact" w:before="177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Quental</w:t>
      </w:r>
      <w:r>
        <w:rPr>
          <w:rFonts w:ascii="Times New Roman" w:hAnsi="Times New Roman" w:eastAsia="Times New Roman"/>
          <w:b w:val="0"/>
          <w:color w:val="000000"/>
          <w:spacing w:val="3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Everardo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Lucena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Segundo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bem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Loraine</w:t>
      </w:r>
      <w:r>
        <w:rPr>
          <w:rFonts w:ascii="Times New Roman" w:hAnsi="Times New Roman" w:eastAsia="Times New Roman"/>
          <w:b w:val="0"/>
          <w:color w:val="000000"/>
          <w:spacing w:val="3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Jacob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Molina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Ministério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Público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Dra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Francilene</w:t>
      </w:r>
      <w:r>
        <w:rPr>
          <w:rFonts w:ascii="Times New Roman" w:hAnsi="Times New Roman" w:eastAsia="Times New Roman"/>
          <w:b w:val="0"/>
          <w:color w:val="000000"/>
          <w:spacing w:val="26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Gomes</w:t>
      </w:r>
    </w:p>
    <w:p>
      <w:pPr>
        <w:widowControl/>
        <w:wordWrap w:val="0"/>
        <w:autoSpaceDE w:val="0"/>
        <w:autoSpaceDN w:val="0"/>
        <w:spacing w:line="240" w:lineRule="exact" w:before="173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Brito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representando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Defensoria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Pública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Apresente</w:t>
      </w:r>
      <w:r>
        <w:rPr>
          <w:rFonts w:ascii="Times New Roman" w:hAnsi="Times New Roman" w:eastAsia="Times New Roman"/>
          <w:b w:val="0"/>
          <w:color w:val="000000"/>
          <w:spacing w:val="9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sessão</w:t>
      </w:r>
      <w:r>
        <w:rPr>
          <w:rFonts w:ascii="Times New Roman" w:hAnsi="Times New Roman" w:eastAsia="Times New Roman"/>
          <w:b w:val="0"/>
          <w:color w:val="000000"/>
          <w:spacing w:val="89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89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julgamento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3"/>
          <w:sz w:val="24"/>
        </w:rPr>
        <w:t>2ª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Privado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contou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com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competente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préstimos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2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policial</w:t>
      </w:r>
    </w:p>
    <w:p>
      <w:pPr>
        <w:widowControl/>
        <w:wordWrap w:val="0"/>
        <w:autoSpaceDE w:val="0"/>
        <w:autoSpaceDN w:val="0"/>
        <w:spacing w:line="240" w:lineRule="exact" w:before="177" w:after="84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Militar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0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estado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Ceará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Subtenente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Eudes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que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teve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sua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contribuição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reconhecida</w:t>
      </w:r>
      <w:r>
        <w:rPr>
          <w:rFonts w:ascii="Times New Roman" w:hAnsi="Times New Roman" w:eastAsia="Times New Roman"/>
          <w:b w:val="0"/>
          <w:color w:val="000000"/>
          <w:spacing w:val="65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</w:p>
    <w:p>
      <w:pPr>
        <w:widowControl/>
        <w:wordWrap w:val="0"/>
        <w:autoSpaceDE w:val="0"/>
        <w:autoSpaceDN w:val="0"/>
        <w:spacing w:line="241" w:lineRule="exact" w:before="168" w:after="85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agradecida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pela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presidência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mesa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/>
          <w:color w:val="000000"/>
          <w:spacing w:val="4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TÉRMINO</w:t>
      </w:r>
      <w:r>
        <w:rPr>
          <w:rFonts w:ascii="Times New Roman" w:hAnsi="Times New Roman" w:eastAsia="Times New Roman"/>
          <w:b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DOS</w:t>
      </w:r>
      <w:r>
        <w:rPr>
          <w:rFonts w:ascii="Times New Roman" w:hAnsi="Times New Roman" w:eastAsia="Times New Roman"/>
          <w:b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5"/>
          <w:sz w:val="24"/>
        </w:rPr>
        <w:t>TRABALHOS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: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Após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o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Exmo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Sr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Des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</w:p>
    <w:p>
      <w:pPr>
        <w:widowControl/>
        <w:wordWrap w:val="0"/>
        <w:autoSpaceDE w:val="0"/>
        <w:autoSpaceDN w:val="0"/>
        <w:spacing w:line="247" w:lineRule="exact" w:before="170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CARLOS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ALBERTO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MENDES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FORTE</w:t>
      </w:r>
      <w:r>
        <w:rPr>
          <w:rFonts w:ascii="Times New Roman" w:hAnsi="Times New Roman" w:eastAsia="Times New Roman"/>
          <w:b w:val="0"/>
          <w:color w:val="000000"/>
          <w:spacing w:val="43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–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Presidente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em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exercício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Segunda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Câmara</w:t>
      </w:r>
      <w:r>
        <w:rPr>
          <w:rFonts w:ascii="Times New Roman" w:hAnsi="Times New Roman" w:eastAsia="Times New Roman"/>
          <w:b w:val="0"/>
          <w:color w:val="000000"/>
          <w:spacing w:val="41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widowControl/>
        <w:wordWrap w:val="0"/>
        <w:autoSpaceDE w:val="0"/>
        <w:autoSpaceDN w:val="0"/>
        <w:spacing w:line="240" w:lineRule="exact" w:before="173" w:after="0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Direito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Privado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como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nada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mais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houvesse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tratar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agradeceu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todos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sob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bênçãos</w:t>
      </w:r>
      <w:r>
        <w:rPr>
          <w:rFonts w:ascii="Times New Roman" w:hAnsi="Times New Roman" w:eastAsia="Times New Roman"/>
          <w:b w:val="0"/>
          <w:color w:val="000000"/>
          <w:spacing w:val="1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de</w:t>
      </w:r>
    </w:p>
    <w:p>
      <w:pPr>
        <w:spacing w:after="0"/>
        <w:sectPr>
          <w:pgSz w:w="11904" w:h="16838"/>
          <w:pgMar w:top="563" w:right="1023" w:bottom="864" w:left="1093" w:header="720" w:footer="720" w:gutter="0"/>
          <w:cols w:space="720" w:num="1" w:equalWidth="0">
            <w:col w:w="9788" w:space="0"/>
          </w:cols>
          <w:docGrid w:linePitch="360"/>
        </w:sectPr>
      </w:pPr>
    </w:p>
    <w:p>
      <w:pPr>
        <w:widowControl/>
        <w:wordWrap w:val="0"/>
        <w:autoSpaceDE w:val="0"/>
        <w:autoSpaceDN w:val="0"/>
        <w:spacing w:line="14" w:lineRule="exact" w:before="0" w:after="281"/>
        <w:ind w:left="0" w:right="0"/>
      </w:pPr>
    </w:p>
    <w:p>
      <w:pPr>
        <w:widowControl/>
        <w:wordWrap w:val="0"/>
        <w:autoSpaceDE w:val="0"/>
        <w:autoSpaceDN w:val="0"/>
        <w:spacing w:line="240" w:lineRule="exact" w:before="589" w:after="86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Deus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declarou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encerrada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sessão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lavrando</w:t>
      </w:r>
      <w:r>
        <w:rPr>
          <w:rFonts w:ascii="Arial" w:hAnsi="Arial" w:eastAsia="Arial"/>
          <w:b w:val="0"/>
          <w:i w:val="0"/>
          <w:color w:val="000000"/>
          <w:spacing w:val="-8"/>
          <w:sz w:val="24"/>
        </w:rPr>
        <w:t>-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se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presente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ATA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qual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lida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e</w:t>
      </w:r>
      <w:r>
        <w:rPr>
          <w:rFonts w:ascii="Times New Roman" w:hAnsi="Times New Roman" w:eastAsia="Times New Roman"/>
          <w:b w:val="0"/>
          <w:color w:val="000000"/>
          <w:spacing w:val="7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aprovada</w:t>
      </w:r>
      <w:r>
        <w:rPr>
          <w:rFonts w:ascii="Arial" w:hAnsi="Arial" w:eastAsia="Arial"/>
          <w:b w:val="0"/>
          <w:i w:val="0"/>
          <w:color w:val="000000"/>
          <w:spacing w:val="-9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1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vai</w:t>
      </w:r>
    </w:p>
    <w:p>
      <w:pPr>
        <w:widowControl/>
        <w:wordWrap w:val="0"/>
        <w:autoSpaceDE w:val="0"/>
        <w:autoSpaceDN w:val="0"/>
        <w:spacing w:line="240" w:lineRule="exact" w:before="173" w:after="341"/>
        <w:ind w:left="40" w:right="0" w:firstLine="0"/>
        <w:jc w:val="left"/>
      </w:pP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adiante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assinada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.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Fortaleza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,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6"/>
          <w:sz w:val="24"/>
        </w:rPr>
        <w:t>01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5"/>
          <w:sz w:val="24"/>
        </w:rPr>
        <w:t>fevereiro</w:t>
      </w:r>
      <w:r>
        <w:rPr>
          <w:rFonts w:ascii="Times New Roman" w:hAnsi="Times New Roman" w:eastAsia="Times New Roman"/>
          <w:b w:val="0"/>
          <w:color w:val="000000"/>
          <w:spacing w:val="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de</w:t>
      </w:r>
      <w:r>
        <w:rPr>
          <w:rFonts w:ascii="Times New Roman" w:hAnsi="Times New Roman" w:eastAsia="Times New Roman"/>
          <w:b w:val="0"/>
          <w:color w:val="000000"/>
          <w:spacing w:val="-2"/>
          <w:sz w:val="24"/>
        </w:rPr>
        <w:t xml:space="preserve"> </w:t>
      </w:r>
      <w:r>
        <w:rPr>
          <w:rFonts w:ascii="Arial" w:hAnsi="Arial" w:eastAsia="Arial"/>
          <w:b w:val="0"/>
          <w:i w:val="0"/>
          <w:color w:val="000000"/>
          <w:spacing w:val="-4"/>
          <w:sz w:val="24"/>
        </w:rPr>
        <w:t>2023</w:t>
      </w:r>
      <w:r>
        <w:rPr>
          <w:rFonts w:ascii="Arial" w:hAnsi="Arial" w:eastAsia="Arial"/>
          <w:b w:val="0"/>
          <w:i w:val="0"/>
          <w:color w:val="000000"/>
          <w:spacing w:val="-7"/>
          <w:sz w:val="24"/>
        </w:rPr>
        <w:t>.</w:t>
      </w:r>
    </w:p>
    <w:p>
      <w:pPr>
        <w:widowControl/>
        <w:wordWrap w:val="0"/>
        <w:autoSpaceDE w:val="0"/>
        <w:autoSpaceDN w:val="0"/>
        <w:spacing w:line="230" w:lineRule="exact" w:before="682" w:after="91"/>
        <w:ind w:left="2820" w:right="0" w:firstLine="0"/>
        <w:jc w:val="left"/>
      </w:pPr>
      <w:r>
        <w:rPr>
          <w:rFonts w:ascii="Arial" w:hAnsi="Arial" w:eastAsia="Arial"/>
          <w:b/>
          <w:i w:val="0"/>
          <w:color w:val="000000"/>
          <w:w w:val="99"/>
          <w:sz w:val="23"/>
        </w:rPr>
        <w:t>INÁCIO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2"/>
          <w:sz w:val="23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2"/>
          <w:sz w:val="23"/>
        </w:rPr>
        <w:t>ALENCAR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3"/>
        </w:rPr>
        <w:t>CORTEZ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2"/>
          <w:sz w:val="23"/>
        </w:rPr>
        <w:t>NETO</w:t>
      </w:r>
    </w:p>
    <w:p>
      <w:pPr>
        <w:widowControl/>
        <w:wordWrap w:val="0"/>
        <w:autoSpaceDE w:val="0"/>
        <w:autoSpaceDN w:val="0"/>
        <w:spacing w:line="230" w:lineRule="exact" w:before="183" w:after="300"/>
        <w:ind w:left="2499" w:right="0" w:firstLine="0"/>
        <w:jc w:val="left"/>
      </w:pPr>
      <w:r>
        <w:rPr>
          <w:rFonts w:ascii="Arial" w:hAnsi="Arial" w:eastAsia="Arial"/>
          <w:b/>
          <w:i w:val="0"/>
          <w:color w:val="000000"/>
          <w:w w:val="99"/>
          <w:sz w:val="23"/>
        </w:rPr>
        <w:t>Presidente</w:t>
      </w:r>
      <w:r>
        <w:rPr>
          <w:rFonts w:ascii="Times New Roman" w:hAnsi="Times New Roman" w:eastAsia="Times New Roman"/>
          <w:b/>
          <w:color w:val="000000"/>
          <w:spacing w:val="13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3"/>
        </w:rPr>
        <w:t>da</w:t>
      </w:r>
      <w:r>
        <w:rPr>
          <w:rFonts w:ascii="Times New Roman" w:hAnsi="Times New Roman" w:eastAsia="Times New Roman"/>
          <w:b/>
          <w:color w:val="000000"/>
          <w:spacing w:val="5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3"/>
        </w:rPr>
        <w:t>2ª</w:t>
      </w:r>
      <w:r>
        <w:rPr>
          <w:rFonts w:ascii="Times New Roman" w:hAnsi="Times New Roman" w:eastAsia="Times New Roman"/>
          <w:b/>
          <w:color w:val="000000"/>
          <w:spacing w:val="10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3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3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3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3"/>
        </w:rPr>
        <w:t>Privado</w:t>
      </w:r>
    </w:p>
    <w:p>
      <w:pPr>
        <w:widowControl/>
        <w:wordWrap w:val="0"/>
        <w:autoSpaceDE w:val="0"/>
        <w:autoSpaceDN w:val="0"/>
        <w:spacing w:line="230" w:lineRule="exact" w:before="600" w:after="113"/>
        <w:ind w:left="3949" w:right="0" w:firstLine="0"/>
        <w:jc w:val="left"/>
      </w:pPr>
      <w:r>
        <w:rPr>
          <w:rFonts w:ascii="Arial" w:hAnsi="Arial" w:eastAsia="Arial"/>
          <w:b/>
          <w:i w:val="0"/>
          <w:color w:val="000000"/>
          <w:spacing w:val="-2"/>
          <w:sz w:val="23"/>
        </w:rPr>
        <w:t>KÁTIA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3"/>
        </w:rPr>
        <w:t>TEIXEIRA</w:t>
      </w:r>
    </w:p>
    <w:p>
      <w:pPr>
        <w:widowControl/>
        <w:wordWrap w:val="0"/>
        <w:autoSpaceDE w:val="0"/>
        <w:autoSpaceDN w:val="0"/>
        <w:spacing w:line="230" w:lineRule="exact" w:before="226" w:after="0"/>
        <w:ind w:left="2302" w:right="0" w:firstLine="0"/>
        <w:jc w:val="left"/>
      </w:pPr>
      <w:r>
        <w:rPr>
          <w:rFonts w:ascii="Arial" w:hAnsi="Arial" w:eastAsia="Arial"/>
          <w:b/>
          <w:i w:val="0"/>
          <w:color w:val="000000"/>
          <w:w w:val="99"/>
          <w:sz w:val="23"/>
        </w:rPr>
        <w:t>Coordenadora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3"/>
        </w:rPr>
        <w:t>da</w:t>
      </w:r>
      <w:r>
        <w:rPr>
          <w:rFonts w:ascii="Times New Roman" w:hAnsi="Times New Roman" w:eastAsia="Times New Roman"/>
          <w:b/>
          <w:color w:val="000000"/>
          <w:spacing w:val="5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pacing w:val="-1"/>
          <w:sz w:val="23"/>
        </w:rPr>
        <w:t>2ª</w:t>
      </w:r>
      <w:r>
        <w:rPr>
          <w:rFonts w:ascii="Times New Roman" w:hAnsi="Times New Roman" w:eastAsia="Times New Roman"/>
          <w:b/>
          <w:color w:val="000000"/>
          <w:spacing w:val="10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3"/>
        </w:rPr>
        <w:t>Câmara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sz w:val="23"/>
        </w:rPr>
        <w:t>de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w w:val="99"/>
          <w:sz w:val="23"/>
        </w:rPr>
        <w:t>Direito</w:t>
      </w:r>
      <w:r>
        <w:rPr>
          <w:rFonts w:ascii="Times New Roman" w:hAnsi="Times New Roman" w:eastAsia="Times New Roman"/>
          <w:b/>
          <w:color w:val="000000"/>
          <w:spacing w:val="9"/>
          <w:sz w:val="23"/>
        </w:rPr>
        <w:t xml:space="preserve"> </w:t>
      </w:r>
      <w:r>
        <w:rPr>
          <w:rFonts w:ascii="Arial" w:hAnsi="Arial" w:eastAsia="Arial"/>
          <w:b/>
          <w:i w:val="0"/>
          <w:color w:val="000000"/>
          <w:w w:val="101"/>
          <w:sz w:val="23"/>
        </w:rPr>
        <w:t>Privado</w:t>
      </w:r>
    </w:p>
    <w:sectPr w:rsidR="00FC693F" w:rsidRPr="0006063C" w:rsidSect="00034616">
      <w:pgSz w:w="11904" w:h="16838"/>
      <w:pgMar w:top="563" w:right="1025" w:bottom="1440" w:left="1093" w:header="720" w:footer="720" w:gutter="0"/>
      <w:cols w:space="720" w:num="1" w:equalWidth="0">
        <w:col w:w="9786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/>
  <w:saveSubsetFonts/>
  <w:proofState w:spelling="clean" w:grammar="clean"/>
  <w:defaultTabStop w:val="720"/>
  <w:noPunctuationKerning/>
  <w:characterSpacingControl w:val="compressPunctuationAndJapaneseKana"/>
  <w:savePreviewPicture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LightPDF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LightPDF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LightPDF</dc:creator>
  <cp:keywords/>
  <dc:description>generated by LightPDF 20250911</dc:description>
  <cp:lastModifiedBy>LightPDF</cp:lastModifiedBy>
  <cp:revision>1</cp:revision>
  <dcterms:created xsi:type="dcterms:W3CDTF">2026-04-09T11:30:36Z</dcterms:created>
  <dcterms:modified xsi:type="dcterms:W3CDTF">2026-04-09T11:30:36Z</dcterms:modified>
  <cp:category/>
</cp:coreProperties>
</file>