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63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381000</wp:posOffset>
            </wp:positionV>
            <wp:extent cx="1308100" cy="2032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5753100</wp:posOffset>
            </wp:positionH>
            <wp:positionV relativeFrom="page">
              <wp:posOffset>381000</wp:posOffset>
            </wp:positionV>
            <wp:extent cx="1384300" cy="889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622300</wp:posOffset>
            </wp:positionV>
            <wp:extent cx="965200" cy="1143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939800</wp:posOffset>
            </wp:positionV>
            <wp:extent cx="6743700" cy="2159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1181100</wp:posOffset>
            </wp:positionV>
            <wp:extent cx="6743700" cy="2286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3606800</wp:posOffset>
            </wp:positionH>
            <wp:positionV relativeFrom="page">
              <wp:posOffset>1549400</wp:posOffset>
            </wp:positionV>
            <wp:extent cx="355600" cy="889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1676400</wp:posOffset>
            </wp:positionV>
            <wp:extent cx="457200" cy="10160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1892300</wp:posOffset>
            </wp:positionV>
            <wp:extent cx="6845300" cy="25400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54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2171700</wp:posOffset>
            </wp:positionV>
            <wp:extent cx="762000" cy="20320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2413000</wp:posOffset>
            </wp:positionV>
            <wp:extent cx="495300" cy="10160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2171700</wp:posOffset>
            </wp:positionV>
            <wp:extent cx="1689100" cy="34290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42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2540000</wp:posOffset>
            </wp:positionV>
            <wp:extent cx="596900" cy="34290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42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2908300</wp:posOffset>
            </wp:positionV>
            <wp:extent cx="381000" cy="7620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2540000</wp:posOffset>
            </wp:positionV>
            <wp:extent cx="914400" cy="7620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2654300</wp:posOffset>
            </wp:positionV>
            <wp:extent cx="1003300" cy="8890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2781300</wp:posOffset>
            </wp:positionV>
            <wp:extent cx="1219200" cy="8890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2895600</wp:posOffset>
            </wp:positionV>
            <wp:extent cx="1790700" cy="8890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3022600</wp:posOffset>
            </wp:positionV>
            <wp:extent cx="304800" cy="22860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3022600</wp:posOffset>
            </wp:positionV>
            <wp:extent cx="1943100" cy="21590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3276600</wp:posOffset>
            </wp:positionV>
            <wp:extent cx="762000" cy="7620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3479800</wp:posOffset>
            </wp:positionV>
            <wp:extent cx="6845300" cy="38100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81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3886200</wp:posOffset>
            </wp:positionV>
            <wp:extent cx="596900" cy="34290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42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3886200</wp:posOffset>
            </wp:positionV>
            <wp:extent cx="1358900" cy="7620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4000500</wp:posOffset>
            </wp:positionV>
            <wp:extent cx="1104900" cy="8890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4127500</wp:posOffset>
            </wp:positionV>
            <wp:extent cx="1219200" cy="8890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4254500</wp:posOffset>
            </wp:positionV>
            <wp:extent cx="381000" cy="7620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4254500</wp:posOffset>
            </wp:positionV>
            <wp:extent cx="1790700" cy="7620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4368800</wp:posOffset>
            </wp:positionV>
            <wp:extent cx="304800" cy="22860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4368800</wp:posOffset>
            </wp:positionV>
            <wp:extent cx="1892300" cy="8890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4483100</wp:posOffset>
            </wp:positionV>
            <wp:extent cx="1943100" cy="10160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4622800</wp:posOffset>
            </wp:positionV>
            <wp:extent cx="762000" cy="7620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4838700</wp:posOffset>
            </wp:positionV>
            <wp:extent cx="6845300" cy="12700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4991100</wp:posOffset>
            </wp:positionV>
            <wp:extent cx="431800" cy="7620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5105400</wp:posOffset>
            </wp:positionV>
            <wp:extent cx="495300" cy="22860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5359400</wp:posOffset>
            </wp:positionV>
            <wp:extent cx="469900" cy="20320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4991100</wp:posOffset>
            </wp:positionV>
            <wp:extent cx="1460500" cy="21590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4991100</wp:posOffset>
            </wp:positionV>
            <wp:extent cx="50800" cy="7620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5232400</wp:posOffset>
            </wp:positionV>
            <wp:extent cx="1308100" cy="8890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5346700</wp:posOffset>
            </wp:positionV>
            <wp:extent cx="977900" cy="8890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5473700</wp:posOffset>
            </wp:positionV>
            <wp:extent cx="1790700" cy="8890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5600700</wp:posOffset>
            </wp:positionV>
            <wp:extent cx="762000" cy="33020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5600700</wp:posOffset>
            </wp:positionV>
            <wp:extent cx="1943100" cy="20320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6057900</wp:posOffset>
            </wp:positionV>
            <wp:extent cx="6845300" cy="25400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54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6337300</wp:posOffset>
            </wp:positionV>
            <wp:extent cx="495300" cy="343535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435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6705600</wp:posOffset>
            </wp:positionV>
            <wp:extent cx="495300" cy="20320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6337300</wp:posOffset>
            </wp:positionV>
            <wp:extent cx="1854200" cy="20320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6565900</wp:posOffset>
            </wp:positionV>
            <wp:extent cx="2273300" cy="10160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6692900</wp:posOffset>
            </wp:positionV>
            <wp:extent cx="1308100" cy="8890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6819900</wp:posOffset>
            </wp:positionV>
            <wp:extent cx="1790700" cy="8890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6946900</wp:posOffset>
            </wp:positionV>
            <wp:extent cx="762000" cy="330200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6946900</wp:posOffset>
            </wp:positionV>
            <wp:extent cx="1943100" cy="20320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7188200</wp:posOffset>
            </wp:positionV>
            <wp:extent cx="4394200" cy="11430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7404100</wp:posOffset>
            </wp:positionV>
            <wp:extent cx="6845300" cy="25400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54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7683500</wp:posOffset>
            </wp:positionV>
            <wp:extent cx="495300" cy="10160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7810500</wp:posOffset>
            </wp:positionV>
            <wp:extent cx="495300" cy="21590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7683500</wp:posOffset>
            </wp:positionV>
            <wp:extent cx="2552700" cy="7620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7797800</wp:posOffset>
            </wp:positionV>
            <wp:extent cx="1778000" cy="21590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8051800</wp:posOffset>
            </wp:positionV>
            <wp:extent cx="584200" cy="203200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8051800</wp:posOffset>
            </wp:positionV>
            <wp:extent cx="1219200" cy="8890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8166100</wp:posOffset>
            </wp:positionV>
            <wp:extent cx="1790700" cy="8890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8293100</wp:posOffset>
            </wp:positionV>
            <wp:extent cx="304800" cy="10160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8420100</wp:posOffset>
            </wp:positionV>
            <wp:extent cx="762000" cy="20320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8293100</wp:posOffset>
            </wp:positionV>
            <wp:extent cx="1943100" cy="20320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9867900</wp:posOffset>
            </wp:positionV>
            <wp:extent cx="6845300" cy="114300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797051</wp:posOffset>
            </wp:positionV>
            <wp:extent cx="6847840" cy="10160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8761476</wp:posOffset>
            </wp:positionV>
            <wp:extent cx="6847840" cy="7620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76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608" w:right="522" w:bottom="1440" w:left="522" w:header="720" w:footer="720" w:gutter="0"/>
          <w:cols w:space="720" w:num="1" w:equalWidth="0">
            <w:col w:w="10863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63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381000</wp:posOffset>
            </wp:positionV>
            <wp:extent cx="1308100" cy="203200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5753100</wp:posOffset>
            </wp:positionH>
            <wp:positionV relativeFrom="page">
              <wp:posOffset>381000</wp:posOffset>
            </wp:positionV>
            <wp:extent cx="1397000" cy="88900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622300</wp:posOffset>
            </wp:positionV>
            <wp:extent cx="965200" cy="114300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914400</wp:posOffset>
            </wp:positionV>
            <wp:extent cx="6845300" cy="482600"/>
            <wp:wrapNone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82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1435100</wp:posOffset>
            </wp:positionV>
            <wp:extent cx="711200" cy="203200"/>
            <wp:wrapNone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1435100</wp:posOffset>
            </wp:positionV>
            <wp:extent cx="774700" cy="76200"/>
            <wp:wrapNone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1549400</wp:posOffset>
            </wp:positionV>
            <wp:extent cx="1219200" cy="88900"/>
            <wp:wrapNone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1676400</wp:posOffset>
            </wp:positionV>
            <wp:extent cx="584200" cy="101600"/>
            <wp:wrapNone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1676400</wp:posOffset>
            </wp:positionV>
            <wp:extent cx="355600" cy="88900"/>
            <wp:wrapNone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1803400</wp:posOffset>
            </wp:positionV>
            <wp:extent cx="381000" cy="76200"/>
            <wp:wrapNone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1803400</wp:posOffset>
            </wp:positionV>
            <wp:extent cx="1790700" cy="76200"/>
            <wp:wrapNone/>
            <wp:docPr id="77" name="Picture 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1917700</wp:posOffset>
            </wp:positionV>
            <wp:extent cx="304800" cy="228600"/>
            <wp:wrapNone/>
            <wp:docPr id="78" name="Picture 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1917700</wp:posOffset>
            </wp:positionV>
            <wp:extent cx="1892300" cy="88900"/>
            <wp:wrapNone/>
            <wp:docPr id="79" name="Picture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2032000</wp:posOffset>
            </wp:positionV>
            <wp:extent cx="1943100" cy="101600"/>
            <wp:wrapNone/>
            <wp:docPr id="80" name="Picture 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2171700</wp:posOffset>
            </wp:positionV>
            <wp:extent cx="762000" cy="76200"/>
            <wp:wrapNone/>
            <wp:docPr id="81" name="Picture 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2387600</wp:posOffset>
            </wp:positionV>
            <wp:extent cx="6845300" cy="127000"/>
            <wp:wrapNone/>
            <wp:docPr id="82" name="Picture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2540000</wp:posOffset>
            </wp:positionV>
            <wp:extent cx="431800" cy="76200"/>
            <wp:wrapNone/>
            <wp:docPr id="83" name="Picture 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2654300</wp:posOffset>
            </wp:positionV>
            <wp:extent cx="495300" cy="228600"/>
            <wp:wrapNone/>
            <wp:docPr id="84" name="Picture 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2540000</wp:posOffset>
            </wp:positionV>
            <wp:extent cx="1905000" cy="330200"/>
            <wp:wrapNone/>
            <wp:docPr id="85" name="Picture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2908300</wp:posOffset>
            </wp:positionV>
            <wp:extent cx="495300" cy="330835"/>
            <wp:wrapNone/>
            <wp:docPr id="86" name="Picture 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08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2908300</wp:posOffset>
            </wp:positionV>
            <wp:extent cx="1054100" cy="215900"/>
            <wp:wrapNone/>
            <wp:docPr id="87" name="Picture 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3149600</wp:posOffset>
            </wp:positionV>
            <wp:extent cx="1790700" cy="88900"/>
            <wp:wrapNone/>
            <wp:docPr id="88" name="Picture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3263900</wp:posOffset>
            </wp:positionV>
            <wp:extent cx="304800" cy="228600"/>
            <wp:wrapNone/>
            <wp:docPr id="89" name="Picture 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3263900</wp:posOffset>
            </wp:positionV>
            <wp:extent cx="1943100" cy="215900"/>
            <wp:wrapNone/>
            <wp:docPr id="90" name="Picture 9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3517900</wp:posOffset>
            </wp:positionV>
            <wp:extent cx="762000" cy="88900"/>
            <wp:wrapNone/>
            <wp:docPr id="91" name="Picture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3886200</wp:posOffset>
            </wp:positionV>
            <wp:extent cx="520700" cy="101600"/>
            <wp:wrapNone/>
            <wp:docPr id="92" name="Picture 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4102100</wp:posOffset>
            </wp:positionV>
            <wp:extent cx="6845300" cy="127000"/>
            <wp:wrapNone/>
            <wp:docPr id="93" name="Picture 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4254500</wp:posOffset>
            </wp:positionV>
            <wp:extent cx="431800" cy="76200"/>
            <wp:wrapNone/>
            <wp:docPr id="94" name="Picture 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4368800</wp:posOffset>
            </wp:positionV>
            <wp:extent cx="495300" cy="228600"/>
            <wp:wrapNone/>
            <wp:docPr id="95" name="Picture 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4622800</wp:posOffset>
            </wp:positionV>
            <wp:extent cx="596900" cy="342900"/>
            <wp:wrapNone/>
            <wp:docPr id="96" name="Picture 9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42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4991100</wp:posOffset>
            </wp:positionV>
            <wp:extent cx="381000" cy="76200"/>
            <wp:wrapNone/>
            <wp:docPr id="97" name="Picture 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4254500</wp:posOffset>
            </wp:positionV>
            <wp:extent cx="38100" cy="76200"/>
            <wp:wrapNone/>
            <wp:docPr id="98" name="Picture 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4368800</wp:posOffset>
            </wp:positionV>
            <wp:extent cx="508000" cy="88900"/>
            <wp:wrapNone/>
            <wp:docPr id="99" name="Picture 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2590800</wp:posOffset>
            </wp:positionH>
            <wp:positionV relativeFrom="page">
              <wp:posOffset>4254500</wp:posOffset>
            </wp:positionV>
            <wp:extent cx="431800" cy="10160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4254500</wp:posOffset>
            </wp:positionV>
            <wp:extent cx="50800" cy="7620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4495800</wp:posOffset>
            </wp:positionV>
            <wp:extent cx="1409700" cy="8890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4610100</wp:posOffset>
            </wp:positionV>
            <wp:extent cx="558800" cy="8890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4737100</wp:posOffset>
            </wp:positionV>
            <wp:extent cx="1778000" cy="8890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4864100</wp:posOffset>
            </wp:positionV>
            <wp:extent cx="1968500" cy="20320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5105400</wp:posOffset>
            </wp:positionV>
            <wp:extent cx="304800" cy="22860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5105400</wp:posOffset>
            </wp:positionV>
            <wp:extent cx="2400300" cy="21590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5359400</wp:posOffset>
            </wp:positionV>
            <wp:extent cx="762000" cy="7620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5715000</wp:posOffset>
            </wp:positionV>
            <wp:extent cx="635000" cy="11430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5930900</wp:posOffset>
            </wp:positionV>
            <wp:extent cx="6858000" cy="76200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2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6819900</wp:posOffset>
            </wp:positionV>
            <wp:extent cx="2819400" cy="21590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9867900</wp:posOffset>
            </wp:positionV>
            <wp:extent cx="6845300" cy="11430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797051</wp:posOffset>
            </wp:positionV>
            <wp:extent cx="6847840" cy="1016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3736848</wp:posOffset>
            </wp:positionV>
            <wp:extent cx="6847840" cy="762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76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5574791</wp:posOffset>
            </wp:positionV>
            <wp:extent cx="6847840" cy="1016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01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608" w:right="522" w:bottom="1440" w:left="522" w:header="720" w:footer="720" w:gutter="0"/>
          <w:cols w:space="720" w:num="1" w:equalWidth="0">
            <w:col w:w="10863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63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381000</wp:posOffset>
            </wp:positionV>
            <wp:extent cx="1308100" cy="20320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5753100</wp:posOffset>
            </wp:positionH>
            <wp:positionV relativeFrom="page">
              <wp:posOffset>381000</wp:posOffset>
            </wp:positionV>
            <wp:extent cx="1397000" cy="8890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622300</wp:posOffset>
            </wp:positionV>
            <wp:extent cx="965200" cy="11430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939800</wp:posOffset>
            </wp:positionV>
            <wp:extent cx="6743700" cy="21590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1181100</wp:posOffset>
            </wp:positionV>
            <wp:extent cx="6743700" cy="22860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2349500</wp:posOffset>
            </wp:positionH>
            <wp:positionV relativeFrom="page">
              <wp:posOffset>1536700</wp:posOffset>
            </wp:positionV>
            <wp:extent cx="2844800" cy="11430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1676400</wp:posOffset>
            </wp:positionV>
            <wp:extent cx="457200" cy="10160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1892300</wp:posOffset>
            </wp:positionV>
            <wp:extent cx="6845300" cy="25400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54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2171700</wp:posOffset>
            </wp:positionV>
            <wp:extent cx="762000" cy="20320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2413000</wp:posOffset>
            </wp:positionV>
            <wp:extent cx="495300" cy="10160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2171700</wp:posOffset>
            </wp:positionV>
            <wp:extent cx="1689100" cy="34290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42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2540000</wp:posOffset>
            </wp:positionV>
            <wp:extent cx="596900" cy="34290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42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2908300</wp:posOffset>
            </wp:positionV>
            <wp:extent cx="381000" cy="7620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2540000</wp:posOffset>
            </wp:positionV>
            <wp:extent cx="914400" cy="7620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2654300</wp:posOffset>
            </wp:positionV>
            <wp:extent cx="1003300" cy="8890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2781300</wp:posOffset>
            </wp:positionV>
            <wp:extent cx="1219200" cy="8890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2895600</wp:posOffset>
            </wp:positionV>
            <wp:extent cx="1790700" cy="8890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3022600</wp:posOffset>
            </wp:positionV>
            <wp:extent cx="304800" cy="22860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3022600</wp:posOffset>
            </wp:positionV>
            <wp:extent cx="1943100" cy="21590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3276600</wp:posOffset>
            </wp:positionV>
            <wp:extent cx="762000" cy="7620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3479800</wp:posOffset>
            </wp:positionV>
            <wp:extent cx="6845300" cy="38100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81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3886200</wp:posOffset>
            </wp:positionV>
            <wp:extent cx="596900" cy="34290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42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3886200</wp:posOffset>
            </wp:positionV>
            <wp:extent cx="1358900" cy="7620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4000500</wp:posOffset>
            </wp:positionV>
            <wp:extent cx="1104900" cy="8890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4127500</wp:posOffset>
            </wp:positionV>
            <wp:extent cx="1219200" cy="8890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4254500</wp:posOffset>
            </wp:positionV>
            <wp:extent cx="381000" cy="7620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4254500</wp:posOffset>
            </wp:positionV>
            <wp:extent cx="1790700" cy="7620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4368800</wp:posOffset>
            </wp:positionV>
            <wp:extent cx="304800" cy="22860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4368800</wp:posOffset>
            </wp:positionV>
            <wp:extent cx="1892300" cy="8890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4483100</wp:posOffset>
            </wp:positionV>
            <wp:extent cx="1943100" cy="10160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4622800</wp:posOffset>
            </wp:positionV>
            <wp:extent cx="762000" cy="7620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4838700</wp:posOffset>
            </wp:positionV>
            <wp:extent cx="6845300" cy="12700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4991100</wp:posOffset>
            </wp:positionV>
            <wp:extent cx="431800" cy="7620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5105400</wp:posOffset>
            </wp:positionV>
            <wp:extent cx="495300" cy="22860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5359400</wp:posOffset>
            </wp:positionV>
            <wp:extent cx="469900" cy="20320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4991100</wp:posOffset>
            </wp:positionV>
            <wp:extent cx="1460500" cy="21590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4991100</wp:posOffset>
            </wp:positionV>
            <wp:extent cx="50800" cy="7620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5232400</wp:posOffset>
            </wp:positionV>
            <wp:extent cx="1308100" cy="8890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5346700</wp:posOffset>
            </wp:positionV>
            <wp:extent cx="977900" cy="8890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5473700</wp:posOffset>
            </wp:positionV>
            <wp:extent cx="1790700" cy="8890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5600700</wp:posOffset>
            </wp:positionV>
            <wp:extent cx="762000" cy="33020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5600700</wp:posOffset>
            </wp:positionV>
            <wp:extent cx="1943100" cy="20320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6057900</wp:posOffset>
            </wp:positionV>
            <wp:extent cx="6845300" cy="25400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54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6337300</wp:posOffset>
            </wp:positionV>
            <wp:extent cx="495300" cy="343535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435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6705600</wp:posOffset>
            </wp:positionV>
            <wp:extent cx="495300" cy="20320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6337300</wp:posOffset>
            </wp:positionV>
            <wp:extent cx="1854200" cy="20320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6565900</wp:posOffset>
            </wp:positionV>
            <wp:extent cx="2273300" cy="10160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6692900</wp:posOffset>
            </wp:positionV>
            <wp:extent cx="1308100" cy="8890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6819900</wp:posOffset>
            </wp:positionV>
            <wp:extent cx="1790700" cy="8890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6946900</wp:posOffset>
            </wp:positionV>
            <wp:extent cx="762000" cy="33020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6946900</wp:posOffset>
            </wp:positionV>
            <wp:extent cx="1943100" cy="20320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7188200</wp:posOffset>
            </wp:positionV>
            <wp:extent cx="4394200" cy="11430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7404100</wp:posOffset>
            </wp:positionV>
            <wp:extent cx="6845300" cy="25400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54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7683500</wp:posOffset>
            </wp:positionV>
            <wp:extent cx="495300" cy="10160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7810500</wp:posOffset>
            </wp:positionV>
            <wp:extent cx="495300" cy="21590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7683500</wp:posOffset>
            </wp:positionV>
            <wp:extent cx="2552700" cy="7620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7797800</wp:posOffset>
            </wp:positionV>
            <wp:extent cx="1778000" cy="21590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8051800</wp:posOffset>
            </wp:positionV>
            <wp:extent cx="584200" cy="20320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8051800</wp:posOffset>
            </wp:positionV>
            <wp:extent cx="1219200" cy="8890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8166100</wp:posOffset>
            </wp:positionV>
            <wp:extent cx="1790700" cy="8890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8293100</wp:posOffset>
            </wp:positionV>
            <wp:extent cx="304800" cy="10160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8420100</wp:posOffset>
            </wp:positionV>
            <wp:extent cx="762000" cy="20320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8293100</wp:posOffset>
            </wp:positionV>
            <wp:extent cx="1943100" cy="20320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9867900</wp:posOffset>
            </wp:positionV>
            <wp:extent cx="6845300" cy="11430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797051</wp:posOffset>
            </wp:positionV>
            <wp:extent cx="6847840" cy="1016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8761476</wp:posOffset>
            </wp:positionV>
            <wp:extent cx="6847840" cy="762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76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608" w:right="522" w:bottom="1440" w:left="522" w:header="720" w:footer="720" w:gutter="0"/>
          <w:cols w:space="720" w:num="1" w:equalWidth="0">
            <w:col w:w="10863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63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381000</wp:posOffset>
            </wp:positionV>
            <wp:extent cx="1308100" cy="20320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5753100</wp:posOffset>
            </wp:positionH>
            <wp:positionV relativeFrom="page">
              <wp:posOffset>381000</wp:posOffset>
            </wp:positionV>
            <wp:extent cx="1397000" cy="8890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622300</wp:posOffset>
            </wp:positionV>
            <wp:extent cx="965200" cy="11430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914400</wp:posOffset>
            </wp:positionV>
            <wp:extent cx="6845300" cy="48260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82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1435100</wp:posOffset>
            </wp:positionV>
            <wp:extent cx="711200" cy="203200"/>
            <wp:wrapNone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1435100</wp:posOffset>
            </wp:positionV>
            <wp:extent cx="774700" cy="7620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1549400</wp:posOffset>
            </wp:positionV>
            <wp:extent cx="1219200" cy="8890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1676400</wp:posOffset>
            </wp:positionV>
            <wp:extent cx="584200" cy="101600"/>
            <wp:wrapNone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1676400</wp:posOffset>
            </wp:positionV>
            <wp:extent cx="355600" cy="8890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1803400</wp:posOffset>
            </wp:positionV>
            <wp:extent cx="381000" cy="7620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1803400</wp:posOffset>
            </wp:positionV>
            <wp:extent cx="1790700" cy="7620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1917700</wp:posOffset>
            </wp:positionV>
            <wp:extent cx="304800" cy="228600"/>
            <wp:wrapNone/>
            <wp:docPr id="193" name="Picture 1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1917700</wp:posOffset>
            </wp:positionV>
            <wp:extent cx="1892300" cy="8890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2032000</wp:posOffset>
            </wp:positionV>
            <wp:extent cx="1943100" cy="101600"/>
            <wp:wrapNone/>
            <wp:docPr id="195" name="Picture 1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2171700</wp:posOffset>
            </wp:positionV>
            <wp:extent cx="762000" cy="76200"/>
            <wp:wrapNone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2387600</wp:posOffset>
            </wp:positionV>
            <wp:extent cx="6845300" cy="127000"/>
            <wp:wrapNone/>
            <wp:docPr id="197" name="Picture 1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2540000</wp:posOffset>
            </wp:positionV>
            <wp:extent cx="431800" cy="76200"/>
            <wp:wrapNone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2654300</wp:posOffset>
            </wp:positionV>
            <wp:extent cx="495300" cy="228600"/>
            <wp:wrapNone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2540000</wp:posOffset>
            </wp:positionV>
            <wp:extent cx="1905000" cy="330200"/>
            <wp:wrapNone/>
            <wp:docPr id="200" name="Picture 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2908300</wp:posOffset>
            </wp:positionV>
            <wp:extent cx="495300" cy="330835"/>
            <wp:wrapNone/>
            <wp:docPr id="201" name="Picture 2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08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2908300</wp:posOffset>
            </wp:positionV>
            <wp:extent cx="1054100" cy="215900"/>
            <wp:wrapNone/>
            <wp:docPr id="202" name="Picture 2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3149600</wp:posOffset>
            </wp:positionV>
            <wp:extent cx="1790700" cy="88900"/>
            <wp:wrapNone/>
            <wp:docPr id="203" name="Picture 2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3263900</wp:posOffset>
            </wp:positionV>
            <wp:extent cx="304800" cy="228600"/>
            <wp:wrapNone/>
            <wp:docPr id="204" name="Picture 2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3263900</wp:posOffset>
            </wp:positionV>
            <wp:extent cx="1943100" cy="215900"/>
            <wp:wrapNone/>
            <wp:docPr id="205" name="Picture 2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3517900</wp:posOffset>
            </wp:positionV>
            <wp:extent cx="762000" cy="88900"/>
            <wp:wrapNone/>
            <wp:docPr id="206" name="Picture 2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3886200</wp:posOffset>
            </wp:positionV>
            <wp:extent cx="520700" cy="101600"/>
            <wp:wrapNone/>
            <wp:docPr id="207" name="Picture 2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4102100</wp:posOffset>
            </wp:positionV>
            <wp:extent cx="6845300" cy="127000"/>
            <wp:wrapNone/>
            <wp:docPr id="208" name="Picture 2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4254500</wp:posOffset>
            </wp:positionV>
            <wp:extent cx="431800" cy="76200"/>
            <wp:wrapNone/>
            <wp:docPr id="209" name="Picture 2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4368800</wp:posOffset>
            </wp:positionV>
            <wp:extent cx="495300" cy="228600"/>
            <wp:wrapNone/>
            <wp:docPr id="210" name="Picture 2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4622800</wp:posOffset>
            </wp:positionV>
            <wp:extent cx="596900" cy="342900"/>
            <wp:wrapNone/>
            <wp:docPr id="211" name="Picture 2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42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4991100</wp:posOffset>
            </wp:positionV>
            <wp:extent cx="381000" cy="76200"/>
            <wp:wrapNone/>
            <wp:docPr id="212" name="Picture 2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4254500</wp:posOffset>
            </wp:positionV>
            <wp:extent cx="38100" cy="76200"/>
            <wp:wrapNone/>
            <wp:docPr id="213" name="Picture 2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4368800</wp:posOffset>
            </wp:positionV>
            <wp:extent cx="508000" cy="88900"/>
            <wp:wrapNone/>
            <wp:docPr id="214" name="Picture 2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2590800</wp:posOffset>
            </wp:positionH>
            <wp:positionV relativeFrom="page">
              <wp:posOffset>4254500</wp:posOffset>
            </wp:positionV>
            <wp:extent cx="431800" cy="101600"/>
            <wp:wrapNone/>
            <wp:docPr id="215" name="Picture 2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4254500</wp:posOffset>
            </wp:positionV>
            <wp:extent cx="50800" cy="76200"/>
            <wp:wrapNone/>
            <wp:docPr id="216" name="Picture 2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4495800</wp:posOffset>
            </wp:positionV>
            <wp:extent cx="1409700" cy="88900"/>
            <wp:wrapNone/>
            <wp:docPr id="217" name="Picture 2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4610100</wp:posOffset>
            </wp:positionV>
            <wp:extent cx="558800" cy="88900"/>
            <wp:wrapNone/>
            <wp:docPr id="218" name="Picture 2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4737100</wp:posOffset>
            </wp:positionV>
            <wp:extent cx="1778000" cy="88900"/>
            <wp:wrapNone/>
            <wp:docPr id="219" name="Picture 2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4864100</wp:posOffset>
            </wp:positionV>
            <wp:extent cx="1968500" cy="203200"/>
            <wp:wrapNone/>
            <wp:docPr id="220" name="Picture 2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5105400</wp:posOffset>
            </wp:positionV>
            <wp:extent cx="304800" cy="228600"/>
            <wp:wrapNone/>
            <wp:docPr id="221" name="Picture 2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5105400</wp:posOffset>
            </wp:positionV>
            <wp:extent cx="2400300" cy="215900"/>
            <wp:wrapNone/>
            <wp:docPr id="222" name="Picture 2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5359400</wp:posOffset>
            </wp:positionV>
            <wp:extent cx="762000" cy="76200"/>
            <wp:wrapNone/>
            <wp:docPr id="223" name="Picture 2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5715000</wp:posOffset>
            </wp:positionV>
            <wp:extent cx="635000" cy="114300"/>
            <wp:wrapNone/>
            <wp:docPr id="224" name="Picture 2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5930900</wp:posOffset>
            </wp:positionV>
            <wp:extent cx="6858000" cy="762000"/>
            <wp:wrapNone/>
            <wp:docPr id="225" name="Picture 2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2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6819900</wp:posOffset>
            </wp:positionV>
            <wp:extent cx="2819400" cy="215900"/>
            <wp:wrapNone/>
            <wp:docPr id="226" name="Picture 2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9867900</wp:posOffset>
            </wp:positionV>
            <wp:extent cx="6845300" cy="114300"/>
            <wp:wrapNone/>
            <wp:docPr id="227" name="Picture 2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797051</wp:posOffset>
            </wp:positionV>
            <wp:extent cx="6847840" cy="10160"/>
            <wp:wrapNone/>
            <wp:docPr id="228" name="Picture 2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3736848</wp:posOffset>
            </wp:positionV>
            <wp:extent cx="6847840" cy="7620"/>
            <wp:wrapNone/>
            <wp:docPr id="229" name="Picture 2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76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5574791</wp:posOffset>
            </wp:positionV>
            <wp:extent cx="6847840" cy="10160"/>
            <wp:wrapNone/>
            <wp:docPr id="230" name="Picture 2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01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608" w:right="522" w:bottom="1440" w:left="522" w:header="720" w:footer="720" w:gutter="0"/>
          <w:cols w:space="720" w:num="1" w:equalWidth="0">
            <w:col w:w="10863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3325" cy="10692765"/>
            <wp:wrapNone/>
            <wp:docPr id="231" name="Picture 2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7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11906" w:h="16838"/>
      <w:pgMar w:top="0" w:right="0" w:bottom="0" w:left="0" w:header="720" w:footer="720" w:gutter="0"/>
      <w:cols w:space="720" w:num="1" w:equalWidth="0">
        <w:col w:w="119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LightPDF</cp:lastModifiedBy>
  <cp:revision>1</cp:revision>
  <dcterms:created xsi:type="dcterms:W3CDTF">2026-03-20T12:35:06Z</dcterms:created>
  <dcterms:modified xsi:type="dcterms:W3CDTF">2026-03-20T12:35:06Z</dcterms:modified>
  <cp:category/>
</cp:coreProperties>
</file>