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0111089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Margarida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Aloisio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BORINI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SP276512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3027888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URQUETA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SC52867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0009238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0009238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0274882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CORIOLANO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CE3493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RS54014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ERNESTO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ERIKA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ERIKA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ERNESTO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CE42107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AGIPLAN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SCOPEL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RS40004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NELGIDIO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0095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CE46807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CE39640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CE50831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UNIVERSO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REGIMES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SOCIAL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RS75798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SOFIA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DF40407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3012532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CE48367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HOZANA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CE50322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MG76696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RONNERIA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DF62386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3013573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CHEYLLA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9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SABEMI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MANSUR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RJ113786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VENTURA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RECEBIMENTOS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PRISCILA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SCHMIDT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CASEMIRO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MS13312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RS75798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3002781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NOEMI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PCM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0260044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25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0260044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GEDEON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MA14371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ALVERNE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MOYSES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BARJUD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0241059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HYOHANA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MALIZA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CE35907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YGOR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3011106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Responsabilidade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sócios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VINCI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GIANESSI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3011106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SANIELLY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CE53949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GILDERLAN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PB24358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GODENA</w:t>
            </w:r>
          </w:p>
        </w:tc>
      </w:tr>
      <w:tr>
        <w:trPr>
          <w:trHeight w:hRule="exact" w:val="14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EURIJANE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CE16326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CE33315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CE22902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GREYNE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CE28569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NAPOLEAO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CE21231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0203726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MERCANTIL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FEIGELSON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RJ164272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EMILIA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RUEDA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PE23748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ANDREATTA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0275382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0216271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53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0216271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BRIGIDA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CE36494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CE36494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BRIGIDA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KOROSUE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SP258928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KOROSUE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SP258928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0229545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GLAYCEANNE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CHRISTINNE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CE32962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CLUB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Abatimento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proporcional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preço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DUTRA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0050491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CE22882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CE29556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0050491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Consumidor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CDC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PB33901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3026445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HIRAN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0160896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Franquia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DUCKBILL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FRANCHISING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CHRISTIAN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SP155277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TATIANE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CE18778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GHIDINI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EDGAR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MULLER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BUONO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0285110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0285110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DREAM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NIKOLAS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CORTEZ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APRIGIO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0249215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ADENAUER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JOYCE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0177777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MOISES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CE8012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VALMIR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OLIMPIO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CE39955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0226686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MOISES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JARDEL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EUCLIDES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Usucapião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Ordinária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CE27794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CE48969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RHAFAEL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GERMANO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Sucumbenciais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CE8522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ALDEMIR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CE48374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0270853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0270853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HAMPEL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MS18025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0234773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Irredutibilidade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Vencimentos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CE39175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CE10108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0202128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0264124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Água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ADENAUER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JOYCE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3021318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3021318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SKRZYSZOWSKI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ARTUR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0202534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Exoneração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BRIGIDO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BRIGIDO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CE36564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BRIGIDO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RJ249908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BRIGIDO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CE46807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CE39640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CE50831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0203689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IGREJA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ADVENTISTA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MISSIONARIA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AIAMIS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BAYAS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DRAUZIO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CORTEZ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MESSIAS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0006147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ARCANJO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IMACULADA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GORDIANO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0246733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Despesas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SCALA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DANNY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MEMORIA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VIP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EPP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PASCHOAL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NUBIA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SP370898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MARYKELLER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SP336677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BV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3017537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CE43758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3004259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0263216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CE24632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60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AGIPLAN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3002391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3004866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URQUETA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SC52867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AGIPLAN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MG103082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0263442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VIAGENS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TURISMO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MG129459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0263442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3012716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Gratuidade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RUBIA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SP502845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AEREAS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3044530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0261827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Herança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CE8640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jurisdicao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voluntaria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3013603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3013603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Citação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ANEZI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FLORIVAL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LOGLIO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WESLLEYM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VALDECIR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ES19462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DF35877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VENTURA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ANTHONY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CE53196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CE36869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HIRAN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0060148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CE5786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CATERINE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CE13806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Celulares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0637616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Omega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Terceirizacao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GLAUBER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CE23317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Anulatória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NATHANIEL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CE9813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RECEBIMENTOS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RS75798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PRISCILA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SCHMIDT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CASEMIRO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MS13312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FAZENDARIOS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ESTADUAIS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DENYSON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CE19995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ZECH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SYLVESTRE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CE19215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ALESSANDRINY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CE50146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0229500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FILOMENA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JANAINA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CE25435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CE55114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0056462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Requerimento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Reintegração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CE35205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Arlindo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CE26991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0002868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EISAUTO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0279594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LUZANIRA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ADALRERISSON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CE53468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AGIPLAN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ALVARENGA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MG99054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0204240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RONNERIA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DF62386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IRENEIDE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3004005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BISPO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CE53952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LIDUINA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CE40472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CE40472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LIDUINA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CE40086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CE50186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MARDEN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CE19808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0635071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Responsabilidade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sócios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OLEOS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CIONE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0635071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4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HUDSON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LIZIANE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3010428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Superendividamento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ELLERY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ELLERY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WELLYN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CE10662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0004815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Usucapião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Extraordinária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0269616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CARPIL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0269616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CE31338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CE19603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RUI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NASSER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HISSA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WANDERLEY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SP507017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BARBIERI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SP419209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GALDAO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SP138646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0209287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MORILLO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MG91567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FAUSTINO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BENVINDA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CE18748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0238877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SOLIMAR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TANAKA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CE20663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0238877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CE36683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MUTUALISTA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COLETIVOS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AMBEC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GONZAGA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CE53526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CE43192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102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UNIVERSO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REGIMES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HYARA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CE49061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3038428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CRESPO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SP115665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OGRICIO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CE48890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CE46938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CIDADE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ONOFRE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FRANCIEIDE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ACIOLY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0915291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CONSTRUCTION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MULTIPLO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SCHMITT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SC20875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CLINICA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PEDIATRICA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PI10449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PI12534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PORCIUNCULA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BENGHI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HIRAN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ILOMAR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CE38185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3003993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DAYCOVAL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HIRAN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GISLANE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CAPISTRANO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RN18979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RN11195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MAPFRE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CE27954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0248140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Assinatura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Básica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Mensal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ARTHUR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CALDAS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TELEFONICA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DF513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GUTEMBERG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CE54319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0050500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Paternidade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JOSILANDIA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DUAVY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CE32887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0001739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LEOCADIA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Leocadia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0244653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DESENVOLVIMENTO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SECRETARIAS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MUNICIPAIS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DF45495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MEIRELES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FENELON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DF21291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CE27551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3024437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ADALGISA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ENOC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CE39968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CE45882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0260583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CE45573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PARAGUACU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GERMANO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CE24001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CE10856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CE30872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Levantamento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Valor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Neiliane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0027116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0027116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ERVEDOSA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CE21104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ALLYSSON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ERVEDOSA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THYAGO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EDGAR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CE39738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CE36186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0274071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Capesaude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capesesp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RJ94228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WANDERLO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SIEBRA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0244380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COVID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PARAFUSOS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IMPORTADORA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LOGISTICS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TUSSI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SC20783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0271926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GLAYSON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STHEFANY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FACEBOOK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SCARANO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CE26832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SCARANO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CE26832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0271926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FACEBOOK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GLAYSON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STHEFANY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0145526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HONORATO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CE18018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CE22373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CE6972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DESENVOLVIMENTO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ECONOMICO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GIANNCARLO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MYRLA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QUALICORP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WILFRIDO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GRANGEIRO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WILFRIDO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GRANGEIRO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QUALICORP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MYRLA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RJ95502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RJ95502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0251587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0251587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BIEVENIDO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CE48516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BIEVENIDO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CE48516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NERES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ISAAC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ISAAC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0222321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SP229548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0050534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Acidente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Trânsito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TELEFONICA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GRACIELE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CE40220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EZENTIS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FALIDO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HONORATO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ZILMAR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FIRMINO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DONAIRE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SP147015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DPVAT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LASARO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CE37502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DPVAT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ROSTAND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0003964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CULTURA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JAGUARIBE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GAZZINEO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NAGILA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SIEBRA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CE53143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Serviços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Saúde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ISAAC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0270023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LOCADORA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SP312715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CRISOSTOMO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0273256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0273256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VEICULOS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SCHMITT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SC20875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ALUMINITECH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MOACIR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0283757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DEVELOPMENT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6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CE44513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CE34172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JOHANN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CE46723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CE40100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WANDERLEY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CE38011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CE53361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HERBSTER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CE33214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CE19603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CE31338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RUI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NASSER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HISSA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ROZAL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CE41787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CE35902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0009923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Reivindicação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CE19876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EIRELI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EPP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CE22941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0218898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0218898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Usucapião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Extraordinária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IVANEUZA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CE37688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VIRGINIA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CE50655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0608543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ALVORADA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BEC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GISALDO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DF8971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DF27275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Vilejack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Guerino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Cipolla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NASSER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HISSA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RIBAMAR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CE24136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RUI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SABOYA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CE9123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0277405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RODOBENS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SP193114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NICHOLE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EMMILY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MONCAYO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CE49733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NOVUM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MARACANAU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MOZART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JARDINS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GUTEMBERG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URBANO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CE28242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0012037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Usucapião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Extraordinária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ADONAI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ANCHIETA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IVONETE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SARQUIS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ADEODATO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ACCIOLY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CE12376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0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Oleilson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Targino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Salomao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Gutemberg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0246355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RESIDENCE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CE26157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CE33949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0203334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IVANEUZA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0203334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CE37688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0622284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Antecipação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Tutela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Recebimento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Cautelar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COLMEIA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DECIMA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COLMEIA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NORPAR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AGROPECUARIA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SAGITARIUS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MAJOPLAN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PROJETO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CRIANCA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COMUNIDADE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CE15610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Água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JENNIEIRE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PR105820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0138842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Dinamyca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Negocios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Diagonal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Construcao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CE18181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CE18956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KLEBIA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0138842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CE50720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3010384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Urgência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3011531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CE35179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ESMERALDO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CE26202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0265722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SP422056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MERCADOPAGO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PERPETUO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0226634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0226634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JOSEPH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CABRAL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03356964305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MOACIR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PROSPERITY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ADMINISTRATIVOS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MISAEL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SP279861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VENANCIO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REGIS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Loteamento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OZARINA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CE29613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CE6622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3029762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EDINICE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DF35877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0250447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CE33348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3051116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SP129134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0458774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TROMBONE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PADRONIZADOS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SIGWALT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SALGADO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Ubaldo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3026925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CE28222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3026925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KAZUYOSHI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KAWASAKI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CE27567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LEEUNG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SUZIDARLY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GALVAO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SP395147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0051737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0241308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ESTUDOS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SC53282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CE23383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3008111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Curatela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EUNIDES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ERONEIDE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CE12833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0250054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Mútuo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GUALTER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CE21432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GUALTER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CE21432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GEDEON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MA14371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GEDEON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MA14371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Acessão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EXPANSION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LICURGO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TERTULINO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XAVIER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LUHANNA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URYA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GUALTER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CE21432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EGEDEMO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MG76696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0635747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CE17488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CE43185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CE40940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3004014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BISPO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0202127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0202127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VILAROUCA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CE39524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CE32851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0254204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CE6324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GISELIA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0284631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PROMOTORA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ME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0266645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DRUMONT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AM2032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0266645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3010962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CONFESSOR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PB26735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PB13250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CE34888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3012775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AGIPLAN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ALVARENGA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MG99054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HERCULANO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CONAFER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CONFEDERACAO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AGRICULTORES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FAMILIARES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XAVIER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CONAFER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CONFEDERACAO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AGRICULTORES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FAMILIARES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IBRAHIM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MT13296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CONAFER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CONFEDERACAO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AGRICULTORES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FAMILIARES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IBRAHIM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MT13296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UNSBRAS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SHEILA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SHIMADA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MIGLIOZI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SP322241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HELOISA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BRANDAO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SP468156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CE34157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CE34157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VITURINO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CE24902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CE29387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ISEUDA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CE34912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MG76696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SP478803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MADUREIRA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SP188483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SP221386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0202972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ABRAHAO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MG151701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SP478803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3006978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Penhora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Depósito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Avaliação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GORETE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GRANGEIRO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CE43458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SP124809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MG76696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GERMANO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RONNERIA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DF62386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0135036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AGRIPINO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CE40989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CE22543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LINDOMAR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TALLISSON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MG169804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DAYCOVAL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CE34157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3002582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0201943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RONNERIA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DF62386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BAPTISTA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RJ153999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DARYL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CASTILLO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OBERTO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3001894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medicamentos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MELGACO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CE43325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0278710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FAUSTINO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CE12723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ROSIMEIRE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AMERICA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3007227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3007227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SP525814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3009045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VALMERIA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AM16981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AM12939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AGAMENON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CE24295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CE30976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0055243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FACANHA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NEGREIROS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CE23889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CE37592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CE22623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ADAIL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Habacuc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0203593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Oposição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TORQUATO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CE27794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0211688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SCORTECCI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SP248970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ARCHANJO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WALBER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NUVENS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CE12997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RAKEL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CE38722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CE42553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0054740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0054740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LUCIVANIA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CE35534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EDNICE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DAYANI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CE43590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0204920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DF35877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RUFINO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RJ152121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RJ237726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IZEQUIEL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RJ245274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0202630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PALOMA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CE35357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EIRELI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CE11160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ODONTOPREV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0238467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EDINUZIA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0007635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MULLER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0202537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0202537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CE22737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CE44838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PE21233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0030604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CE6587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CE10042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MABEL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CE13727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SEVERO</w:t>
            </w:r>
          </w:p>
        </w:tc>
      </w:tr>
      <w:tr>
        <w:trPr>
          <w:trHeight w:hRule="exact" w:val="14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EVELYN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CE31791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CE16755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CE15205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WEYNE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CE18934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THEREZA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CE33711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Especial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Ausentes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Defensoria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3010383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SUNWAVE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CE38209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0602387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MICHELE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BATTISTA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ESPOSITO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VINCENZO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0602387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BCN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3004197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SERAFIM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0623606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HEMPEL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CE48162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0208108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3007941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3007941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FAUSTINO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TACOLA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BECKER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M2D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0244997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0207059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PISCINAS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ACESSORIOS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LUXPAG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HERMOGENES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0010235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VEICULOS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EIRELI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0268107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CE26624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DENNYS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CE41362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LARYSSA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PAMELA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KAYATT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ZACHARIAS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MARYLIA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CE39535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0155934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Família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Voluntário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CE23849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CE7631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0223830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Acidente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Trânsito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CE34400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TOKIO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JOCIMAR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ESTALK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SP247302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3007937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Arrematação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VENANCIO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3007937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SP422056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MALTZ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NAHON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RS51657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3009776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Adjudicação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HITZSCHKY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CE17561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CLEMILDA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CE25934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MOESIO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MOESIO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230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ROZEMBERGUE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CE35655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PE21233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3035712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SCHULZE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0203555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THAUI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CE51567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NOVUM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PACATUBA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MOZART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Adjudicação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COBRANCAS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MADEIREIRA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TUPI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SANDILEUZA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CE15294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ANTINOLFI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RS25812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OSIRIS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ANTINOLFI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RS22189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DAIANY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CE16942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0206194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DARLE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AUTOBEM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CE43468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0276021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HAYNE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DEIJLA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MONTINEGRO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BOOKING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RESERVA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Inexequibilidade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Título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Inexigibilidade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VIDROBUS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ONIBUS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WALTER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SP235276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0217589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ALDENIR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VILANOVA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LUSTOSA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CLUBE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CONECTAR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RS75798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SOFIA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DF40407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0217709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TELEFONICA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ESBROGLIO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RS80851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0217709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JORDAO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CE15108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CE37482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CE24606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3005252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Urgência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ANYA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CE19162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YOHANNA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CE23295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Anya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registrado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civilmente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ANYA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3010126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MASSILON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BARATA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CE35728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Próprio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EDELARDO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CE17495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PLATAIS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ES15134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3009892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MENSALIDADES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PAROQUIAL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SENHORA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PLATINI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3008545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Antecipada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Antecedente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DAYCOVAL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RONEELY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RIBAMAR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CE50322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MS5871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Descontos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benefícios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ESTEVAM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CE47125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BEVENUTO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CE34157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EAGLE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PATROCINIO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MG210808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CONFEDERACAO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IDOSOS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MG140482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73</w:t>
      </w:r>
    </w:p>
    <w:sectPr w:rsidR="00FC693F" w:rsidRPr="0006063C" w:rsidSect="00034616">
      <w:pgSz w:w="11906" w:h="16838"/>
      <w:pgMar w:top="0" w:right="0" w:bottom="0" w:left="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2026-03-20T14:01:58Z</dcterms:created>
  <dcterms:modified xsi:type="dcterms:W3CDTF">2026-03-20T14:01:58Z</dcterms:modified>
  <cp:category/>
</cp:coreProperties>
</file>