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7620</wp:posOffset>
            </wp:positionH>
            <wp:positionV relativeFrom="page">
              <wp:posOffset>0</wp:posOffset>
            </wp:positionV>
            <wp:extent cx="7553325" cy="10692765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27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1906" w:h="16838"/>
          <w:pgMar w:top="1440" w:right="1440" w:bottom="1440" w:left="144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0200745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0181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ARLINDA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ERICLES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PIANCO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CE42491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0288689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Competência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Justiça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Estadual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COSME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BOMFIM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CE31076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0219300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Despesas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Condominiais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HUDSON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LIVIA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CE35594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VENICIUS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RODOLFO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CONSTRUTORA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APICE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CONDOMINIO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RAVELLO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RESIDENCE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3000616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5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3000616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EUGENIA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FILGUEIRAS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MILFONT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CE52483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PROCOPIO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CE52620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JHYULLY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CE42362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0229157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CAMILA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IWARA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CE26759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KELLY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3000634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AURELIO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RJ130403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LYRA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CE29481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0277846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CLEYRTON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CE42598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33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0200743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BIANCA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BREGANTINI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PR114340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ASSOCIACAO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APOSENTADOS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PENSIONISTAS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AAPB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CE49244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RISALVA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LAYARA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CAMURCA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CE47248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APDAP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ASSOCIACAO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PROTECAO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DEFESA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APOSENTADOS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PENSIONISTAS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VARGAS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RS75798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GERBER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RS39879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SOFIA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DF40407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FABRICIO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SE14828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3019498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Tarifas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LARISSA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CE39149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ROSINE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CE22838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RS54014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3002638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3002638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OLE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BONSUCESSO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GIOVANNA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MORILLO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VIGIL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MG91567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0203858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CENTRO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EDUCACIONAL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GIRASSOL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LIVIA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ARRUDA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CE21136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CERQUEIRA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CE1997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FONSECA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I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FABRICIA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CALISTO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CE37384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0009451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SALVADOR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VALDEMIRO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CE141458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0200280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VILMAR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FONSECA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VOLEIDE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BEATRIZ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CE47070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CBSS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5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0000068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HYPERA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SP287652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FIGUEREDO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RJ179019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BERNARDI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SP390170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DISTRIBUIDORA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GAZZINEO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CE23495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0017976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Nova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America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Factoring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RUI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SOBRINHO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SP73891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RUBENS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BIASI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SP209381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BLIKSTEIN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SP154894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DISTRIBUIDORA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FACANHA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CE7948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0908671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Esbulho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Turbação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Ameaça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ESTACIONAMENTOS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CONDOMINIO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TOWER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CLAILSON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CE13125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3014940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Cobrança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Aluguéis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despejo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ARARIPE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VEICULOS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3014940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CE20581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LYS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BOMFIM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CE34299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3005548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CANDIDO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MARCOSORRITE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CE38659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SAFRA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3015435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PAIXAO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CE41287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0048668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MAIORANA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TOWER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INCORPORADORA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TADEU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FRANCEZ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PA13179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ATEX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LOCACAO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EQUIPAMENTOS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TROTTA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SP144402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BERNARDES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DINIZ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MG113513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3003461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3003461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PAGSEGURO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INTERNET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THOMAZ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PRAZERES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CE53036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APRIGIO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PIERRE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CE24478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3000276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MISSIAS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ERNESTO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ALCANTARA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CE14181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HIRAN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CE10422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3020712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Fraude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CRUZ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JORDANA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AL19891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99PAY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INSTITUICAO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3020411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Recurso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RABELO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REZENDE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VINICIUS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3012130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Oferta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PACHECO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FIGUEIREDO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CE14140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FIGUEIREDO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LARISSA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CE20256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PIMENTEL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CE20680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0621123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Penhora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Depósito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Avaliação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SANDRA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TAVARES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LAVOR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CE8831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TAVARES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CONTABEIS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TAVARES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0200659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HARIANA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CELESTINO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MILERIO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CE26001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GLAIDSON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ACACIO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MIRELIS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YOSELINE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ZERPA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CONSULTORIA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&amp;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TECNOLOGIA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3008315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Antecipação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Tutela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Recebimento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Cautelar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CONSTRUCTION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BANK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MULTIPLO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3008315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SCHMITT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SC20875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JFIL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TERCEIRIZACAO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3018490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Causas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Supervenientes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Sentença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CONSTRUTORA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RUI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FORTEX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INDUSTRIA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QUIMICA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CE25232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CE43027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3012828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medicamentos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AMIL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INTERNACIONAL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AZULAY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RJ176637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ABREU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EUGENIO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XIMENES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CE12528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0201060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Serviços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Saúde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QUALICORP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BENEFICIOS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PAIXAO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CE41287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GREGORIO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RJ205439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APARECIDA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ROSANGELA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CE40023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CAMILA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CE29165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0200574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ALUMINIO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INDUSTRIA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CE26053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3034340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medicamentos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CAUBY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ANSELMO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CE16610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3001628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SP153447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CONFECCOES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VESTUARIO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ROBERLANIA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0202219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Elétrica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CLIMEG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SEGURANCA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0202219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GLEDSON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CE33192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3030079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SCHULZE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SC7629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ROSANGELA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CE21901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CE21899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3013497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CONFLITO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COMPETÊNCIA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Conflito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Competência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7ª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Vara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Comarca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JUÍZO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3005285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PIANCO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CE42491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ERICLES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AGIBANK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ALVARENGA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VELOSO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MG99054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0242669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0242669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MONTEZUMA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RUBENS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STUDART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CE16081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MILFONT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CE15248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CUIABA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0200786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Repetição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Indébito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CASPFE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CAIXA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SERVIDORES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FEDERAIS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CE49244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RODOLFO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TORRES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CATUNDA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CE46595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3000807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NAZARE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RODOLFO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CE45449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LORENA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PIANCO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CE50322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BA17023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3000790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MANUEL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HONORATO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0201185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Tarifas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CE42289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0050129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FAUSTINO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TORRES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CE35202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3003049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DOMINGOS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MAKSON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CE25361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AGIBANK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PETERSON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SP336353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3001751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PIANCO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CE42491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ERICLES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OLE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BONSUCESSO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3001751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GLAUCO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MADUREIRA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SP188483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0006130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Reivindicação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HELLOSMAN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LACERDA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PHILIPE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LACERDA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CE24707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ERIVALDO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CE6964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CE24548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Jasvan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CE14942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3002695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Imagem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ANDREZZA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CE33333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PATRICIA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CAJASEIRA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CE25193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ANDREZZA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CE33333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PATRICIA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CAJASEIRA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CE25193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BA17023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BA17023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3001487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RODOLFO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TORRES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CATUNDA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CE46595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AMERICA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VANDERLEI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PE21678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2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3000232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NILSA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CE15942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3000944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CILDA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CE30385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3003384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G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>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CARIRI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AC5653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AC5653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CARIRI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G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>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SHALON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MICHAELLI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TAVARES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CE24016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SHALON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MICHAELLI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TAVARES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CE24016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0200675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0200675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BIANCA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BREGANTINI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PR114340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3000693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JAIRO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CE19091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3044060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Análise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ZAQUEU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CE46742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CE46611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JOELZA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CE28698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0201409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DEOCRECIO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GARIBALDE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CE22179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0204137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0204137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ARNOU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WALLAS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CE46673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PIMENTEL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ARCHANJO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CE41822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VOLKSWAGEN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SP153447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0236970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BRADESCARD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PAURILO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PACHECO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VASQUEZ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CE18090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3005455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Multa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Inadmissível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Infundado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BORGES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NAYARA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CE39505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NEUMA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CE24871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0216381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Serviços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Saúde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ERIC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CE25341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ERIC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CE25341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LIRA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0216381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3017414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RODOLFO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CUNHA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CE32467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3021555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RJ87929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3003872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Perdas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PIMENTEL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CE18523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GIANMARCO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COSTABEBER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CE49862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3010188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3010188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BEATRIZ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SP192649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HILDEBERTO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XAVIER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LITUAN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SANSSARA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CE42297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0263018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Repetição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Indébito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CIDRAO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CIDRAO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CE42841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TELES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CE16461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ESGOTO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CAGECE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XIMENES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ARAGAO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CE14456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CE20746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0201886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Cartão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CRENILDA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AMELIA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DAMAS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GRELLA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PR92239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0254340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ALLIANZ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SP200427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3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0200238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Tarifas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ODETE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16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PROCOPIO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CE52620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JHYULLY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CE42362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JHYULLY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CE42362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PROCOPIO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CE52620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ODETE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3003528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SEVERINA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JHAN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PIERRI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CE54462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GARIBALDE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CE22179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0200859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ALGUSTINHO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3018430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3018430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COVOLAN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DAUM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SC34979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PE32766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3005013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LIDUINA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ABREU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HARNESSON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CE21656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GIOVANNA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MORILLO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VIGIL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MG91567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3001685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Remuneratórios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Capitalização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Anatocismo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EVANDRO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ROLIM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DJACI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CE13014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CE40597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AGIBANK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DENNER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MASCARENHAS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CE41218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3000837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DEBORA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BELEM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MENDONCA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CE34734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3000837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0203592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SOCORRO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MERCANTIL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GIOVANNA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MORILLO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VIGIL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MG91567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0202483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BA17023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AQUINO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CICERO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DEILLYSON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CE31649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0206421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IZADORA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AM2032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3001083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LEANDRO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CE19091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3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3001083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3041617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Atualização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MAIRDES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DAMASCENO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IKEDA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MANUELLA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GUIMARAES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CE23167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3002187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CONCEICAO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ROSENDO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CE48218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ABRANTES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PEQUENO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CE23178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3001484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RODOLFO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TORRES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CATUNDA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CE46595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SEGURADORA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DELESPORTE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TUNALA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RJ174180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NORONHA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RS95975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3004488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3004488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Repetição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Indébito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BA17023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SOCORRO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GUANABARA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CE22669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JONAS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CE33638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0201604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VICENTE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CE19091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CE19091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VICENTE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3001830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Repetição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Indébito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TOMAZ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CE5917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3000405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Tarifas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EMANUEL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CE53206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BINCLUB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PROGRAMAS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FIDELIDADE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3000405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0070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SP237340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CINTIA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SP498530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3000893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GAZOLA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CE30071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ANUNCIACAO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NORONHA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EVANGELISTA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CE24619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0249776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Dissolução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HILDENIR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GIRAO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BERGSON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GIRAO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CE14497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TORRES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CE14911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BERGSON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GIRAO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CE14497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TORRES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CE14911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HILDENIR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GIRAO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JORGE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CE9768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JORGE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CE9768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UMBELINO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GEOVANI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SABINO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CE30804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ASENAS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ASSOCIACAO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SERVIDORES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NACIONAIS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VIVIANI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SP410071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SP237340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2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3010661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Sucessão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Provisória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MAURICIO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PROENCA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JOCICLEIDE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SALVATERRA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PROENCA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LEANDRO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CE20073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</w:tc>
      </w:tr>
      <w:tr>
        <w:trPr>
          <w:trHeight w:hRule="exact" w:val="12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RABELO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CE21041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ROMMEL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CE13921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MARDONES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CE15768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RIBAMAR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CE24136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JUSSIEU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ALCANTARA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CE30203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CE15324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3002665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JOSEFA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ELOI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CE50332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3000890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SP113887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CE15942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0050386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0050386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Usucapião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Extraordinária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CLAUDIO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RABELO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DAYANI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CE43590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0271115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AUXILIADORA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NATHALIA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GUILHERME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BENEVIDES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BORGES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CE28463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0200491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VALMIRA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NEWTON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CE24754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LAZARO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CE40334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NEWTON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CE24754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LAZARO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CE40334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VALMIRA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Repetição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Indébito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2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0171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RACHEL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APARECIDA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CE40546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CE31521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0200817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Partilha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OTACILIO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CE33004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3003468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ALUIZIO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FURTADO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BORGO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CE46072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3004852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CIRCLEIDE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JHAN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PIERRI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CE54462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GARIBALDE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CE22179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INBURSA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PENELOPE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SP463324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3000981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3000981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Análise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VALDERLENE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TERTULINO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KELLY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CE42814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3017481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DALL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CE18889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HISMAEL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CE20988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CE18831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ASSOCIACAO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PETROBRAS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SAUDE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MG44243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0119760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Imagem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RESIDENCIAL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ADRIANO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MARCHI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CE11060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MARVIN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MILENA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VIDAL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CE22453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WAGNER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CE17785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EDNALDO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CE33148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MAVINIER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3022327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Liminar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AMIL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INTERNACIONAL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CE8678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3022327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3045882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LIANDA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BRANDAO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CE33504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NU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PERPETUO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SOCORRO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PE21449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JERFFERSON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CE45426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3020066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NOTRE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DAME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INTERMEDICA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SAUDE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BIANCHI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SP177046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KATIA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KALLYNE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SAMANTHA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MG125578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3010432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B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CE44772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0281063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0281063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GEORGEVANIA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TABOSA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FONSECA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GEORGE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GLEISON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TABOSA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SANDRA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CE10641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BB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CORRETORA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3020465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Reajuste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contratual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MENESCAL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RUAN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BORGES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CE18590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3012366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Atualização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IVONEIDE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EUGENIO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ADRYU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ROLIM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CE24916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GADELHA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CE22125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0201028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CHARLES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00670349348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3" name="Pictur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0245558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Resolução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ADRIANO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ROGERIO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CE28624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Derlin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Emanuelly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Bibiano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3006651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CONVALIDAÇÃO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ESTUDOS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RECONHECIMENTO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DIPLOMA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DAMIAO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MEZADRI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LAYBER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FRANCIELE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DF54950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MAGNÍFICA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SENHORA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ROSELY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LEYLIANE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REITORA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GRADUAÇÃO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UNIVERSIDADE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REGIONAL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CARIRI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URCA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UNIVERSIDADE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REGIONAL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CARIRI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URCA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UNIVERSIDADE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REGIONAL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CARIRI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URCA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3002726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CONSORCIO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NACIONAL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HIRAN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CE10422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SOCORRO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0115377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0115377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RICHELITA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CHRISTIANE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CE50227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TAMIRIS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CE39040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0227934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GADELHA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BOYADJIAN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CE38828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ZURICH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0201677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DAIANY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CE16942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OSIRIS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ANTINOLFI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RS22189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INSUNG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0206385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Imissão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Posse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LB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LOBATO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CONSTRUTORA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ARANILDO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CE49011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CE8427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3020273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3020273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Busca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Apreensão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CE39708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ITAUCARD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CE23747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3012508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CONTABILIDADE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ASSOCIADOS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KLEYTON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LIMA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MAURICIO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CE17550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SICREDI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0135603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PIMENTEL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ABREU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TACOLA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BECKER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CE15911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CE31818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0203375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Perdas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Danos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LENIN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VALENTE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TECHNOBRAS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IMPORTACAO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EXPORTACAO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FIAT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CHRYSLER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AUTOMOVEIS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TECHNOBRAS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IMPORTACAO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EXPORTACAO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FIAT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CHRYSLER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AUTOMOVEIS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LENIN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VALENTE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6" name="Pictur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0203375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12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FANUCCHI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MG107124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MG88573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VINICIUS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DORNELLAS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LOTT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MG157308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FANUCCHI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MG107124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MG88573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VINICIUS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DORNELLAS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LOTT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MG157308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3000622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Elétrica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MAYARA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MAYARA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ACACIO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CE54650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ACACIO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CE54650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3043401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YGOR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GARCEZ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NATHALIA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GUILHERME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BENEVIDES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BORGES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CE28463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0108381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INSTITUTO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DESENVOLVIMENTOS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CAPACITACAO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CE30457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CYSNE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CE30140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Alemao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Cooperacao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Tecnica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Social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Ded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Deutsche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Gesellschad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Internacionale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Zusammenarbeit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giz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Escritorio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Anexo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Embaixada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BRUNILO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7" name="Picture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0108381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0181594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Guarda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HEIDER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CE46651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CAJASEIRA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ETHEL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ALCANTARA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WEYNE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SOFIA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0236422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ABREU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CE22131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BRIGIDO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CE18031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0204669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ITAUCARD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JANAINA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SP370898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0229900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Despejo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Inadimplemento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8" name="Picture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0229900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LEYRIANE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MUNIZ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LEYRIANE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representada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bastante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procuradora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TELES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IMOVEIS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YOHANNA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CE37250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ANYA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PENHA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CE19162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IMOVEIS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0228985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Água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CONDOMINIO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CENTER</w:t>
            </w:r>
          </w:p>
        </w:tc>
      </w:tr>
      <w:tr>
        <w:trPr>
          <w:trHeight w:hRule="exact" w:val="12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LARRY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JOHN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RABB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CE26529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RAÍSSA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TIMBÓ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CE32114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FELIX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CE31540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VIVIANE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CE9880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JEOVA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CE27709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ATAIDE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CE21725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ESGOTO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CAGECE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SHEILA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BANDEIRA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CE14439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CE20746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XIMENES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ARAGAO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CE14456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0207669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LIDINALDO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TAVARES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PALOMA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ALCANTARA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CRUZ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CE50434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MARCOSORRITE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CE38659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0200394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ALYSSON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ASSUNCAO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CE48019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MINERVINO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CE45695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9" name="Picture 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0200394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SCHULZE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SC7629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3002941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Elétrica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MERCES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MACKSON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CE31841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MACKSON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CE31841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MERCES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0143544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Elétrica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BEATRIZ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TEXTIL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PARENTE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CE31347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BIEVENIDO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CE15372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FIRMIANO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CE32909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CE48516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0005164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Elétrica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CARBOMIL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QUIMICA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HEBER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QUINDERE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CE4328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2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0" name="Picture 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3003008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WILLIAN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CRUZ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BOECHAT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RJ206210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RJ58450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0142503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MARAPONGA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INCORPORADORA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SPE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Espolio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WALBER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ELIZABETH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WALBER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0230453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Dissolução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ESTEFANNY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CE22953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HANNA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YASMIN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MEIRELES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LIMA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MARILAC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SALVADOR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CE8753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ASSUNCAO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CE8234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14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CAMARA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EULALIO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CATARINA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BARBOZA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GLORIA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0202379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1" name="Picture 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0202379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DAMASCENO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NILTON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CE20090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CONDOMINIO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SUMMERVILLE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CUMBUCO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YURY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GAGARY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CE34982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0200025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MARGARIDA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AMANCIO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PORTELA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CE49892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OTAVIANO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CE50333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THOMAZ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PRAZERES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CE53036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CERQUEIRA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0266634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KLEBER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CASTELO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BOYADJIAN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CE38828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EUGENIO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MG103082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3052618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HOLDING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BELINATI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CE23649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CENTRO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FORMACAO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CONDUTORES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MESSIAS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CUNHA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CE36681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2" name="Picture 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0014293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Busca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Apreensão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CALIXTO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CE27349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HIRAN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CE10422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ELIETE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CE10423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JORGE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MATTAR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SP184114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Leila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Crisostomo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3001542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CE15942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0240533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Locação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Móvel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LOJAS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SHOPPING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DOMINGUES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SP174336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DOMINGUES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SP174336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SHOPPING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LOJAS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GAZZINEO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CE23495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GAZZINEO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CE23495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RANDAL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POMPEU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0261540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Cláusulas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3" name="Picture 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0261540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BA17023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IZADORA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AM2032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0249414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OTOCLINICA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GURGEL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ALCANTARA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CE37183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ALCANTARA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CE37183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GURGEL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OTOCLINICA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CE24797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CE24797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PATRICIA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GURGEL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0200368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Resolução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HELDER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ATILA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CE37501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SINTUR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CE30662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SP285891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Aniceto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Caramujo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3000887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RUFINO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CE47149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4" name="Picture 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3000887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0200177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PETIÇÃO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Competência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Justiça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Estadual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VOLKSWAGEN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VANDERLEI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PE21678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CE21695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3016839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MANUEL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3005667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Tarifas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JAKSON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CE36809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3015468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3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5" name="Picture 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3015468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ROGERIO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GLAUCIO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CANUTO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CE43849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0268470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LEMOS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0202586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RIBAMAR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PIMENTA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CE24246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CASPFE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CAIXA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SERVIDORES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FEDERAIS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CE49244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3001071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GARIBALDE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CE22179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CE15942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SOCIEDADE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0200284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159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6" name="Picture 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0200284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AISLAN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CE30486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AISLAN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CE30486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BA17023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BA17023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TATIANA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0010086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Usucapião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Ordinária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LUCILENE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CE44674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ISABEL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BARATTA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CE6427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12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SEBASTIAO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FERRER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YURI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MAGNUM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IVONIZE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3015695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XEREZ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RODOLFO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TORRES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CATUNDA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CE46595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DOUGLAS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WILLIAN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CE40461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LYRA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CE29481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0221361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7" name="Picture 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0221361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CIRIACO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CE10680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LAURA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COIMBRA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CE22371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LEIRIANA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CE45722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0290783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Cartão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ARNALDO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AZEVEDO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MENDONCA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ANGELONI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CE25695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THYAGO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IBIAPINA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CE46532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CETELEM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BONSUCESSO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THOMAZ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PRAZERES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CE53036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0208550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ITAUCARD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CHALFIN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CE33640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GERISIA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WILDABERTO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CE7921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0214566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Imissão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Posse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FONTENELE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AMORIM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GADELHA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CE45976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TOBIAS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NAZARIO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AMORIM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8" name="Picture 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0214566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NAIDE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RAQUEL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KOPPE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0200963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CE42289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0169871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LUZIA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JESUS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LUZIA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JESUS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0205005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Impugnação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PENHA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ABREU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CE11331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MATHEUS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ANDERSON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XIMENES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CE26624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0839959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9" name="Picture 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0839959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Esbulho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Turbação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Ameaça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GIUBERTO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PARENTE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COUTINHO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CE25351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PAROMA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CONSTRUCOES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MADRUGA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CE15797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GAUDENIO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CARMO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CE20944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CE36333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SOBRINHO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CE50323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CE30348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0257371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JOVENTINO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CE46541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STONE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SAFRA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DOMICIANO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NORONHA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RJ123116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0200106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DEBORA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BELEM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MENDONCA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CE34734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GAZOLA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CE30071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0" name="Picture 5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0200106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0050205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CORDULINO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CE15942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CE50541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ERINEUDA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JEOVA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VERIDIANA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0375916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Overbooking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TRANSPORTES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AEREOS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PORTUGUESES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ESPÓLIO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BERNADET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IVAN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CE8159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IVAN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CE8159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TRANSPORTES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AEREOS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PORTUGUESES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ESPÓLIO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BERNADET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CE30771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CE30771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0200461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LINHARES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TAVARES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CE24902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RUDINEI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CE23240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SIQUEIRA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1" name="Picture 5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0247017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RJ60359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CECILIA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CE12480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3003905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CHAGAS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0201377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BEATRIZ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CE54204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MICAELE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CE43593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0248200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LUCIA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FIRMINO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CAIXA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FUNCS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DINIZ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RS63407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DINIZ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RS63407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2" name="Picture 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0248200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CAIXA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FUNCS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LUCIA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FIRMINO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MIZZI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GEDEON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MA14371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MIZZI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GEDEON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MA14371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YURI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RJ241459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3002256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VALDECI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0200006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Separação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Corpos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GEORGELIA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CE40282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HILTON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RANKLIN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FONTENELE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CE39459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3018670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AFONSO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0226067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3" name="Picture 5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0226067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Reconhecimento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Dissolução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WAGNER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JOAQUIM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CE10593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TACOLA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BECKER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CE15911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EMANUELLA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CE27160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CE18811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CARTORIO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CIVIL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NATURAIS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Maciliana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CARTORIO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CIVIL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QUARTA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ZONA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3001296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3004309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ADALVA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CE44908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CE30348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0252190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GEORGE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HIDASI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GO39612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MAHFUZ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VEZZI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CE31478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4" name="Picture 5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0252190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3000784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FELIZARDO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CE19091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3000974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CE40860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GRANDE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CUNHA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RS80327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3019417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J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CUNHA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CE29928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0202384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Cartão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NELY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DIOGO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3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0202384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MURILO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ARAGAO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CE39562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0265233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MRV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ENGENHARIA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PARTICIPACOES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JACQUES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MG80055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MG108654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EMANUELA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NORONHA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CE45372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3009280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Fixação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NAZARE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ARRAIS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CE52924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RENALDA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LEITAO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DELMA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BRITO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CE9275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3008834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Adjudicação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JESSICA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CONSTRUCOES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FONSECA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ASSOCIACAO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ADVOGADOS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EUGENIO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CE15324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0224638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6" name="Picture 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0224638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PMINAS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CIVIL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RECUPERACAO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JUDICIAL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ESCOSSIA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CE43150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HACHEM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CE31232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INGRID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HITZSCHKY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LOBO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CE49673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CE19409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JOTADOIS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CLOVIS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MAPURUNGA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3007266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Impugnação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ESPACO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CONSTRUTORA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NERILDO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CE20982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CONDOMINIO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EUSEBIO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CENTER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WELLINGTON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CE25274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SANEVA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THAYANA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CE28496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KAMILLA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CE52413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EVELYNE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PB30197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3021603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3000803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YARA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GUIA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7" name="Picture 5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3000803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CLEUDIVANIA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CE21560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3002754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RN11195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0258344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BIANCA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BREGANTINI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PR114340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AAPB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ASSOCIACAO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APOSENTADOS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PENSIONISTASDO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GILMAR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CUNHA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CE49670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CE40538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0201606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FUNDACAO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ECONOMIARIOS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FEDERAIS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FUNCEF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QUEIROGA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DF16625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BUZZO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SP220958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BICUDO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SP222546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RANGEL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SARKIS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DF29241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ESTEFANIA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VIVEIROS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DF11694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VALDIRLEY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SUZY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CE10051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3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8" name="Picture 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3057736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VOTORANTIM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BELINATI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CE23649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CHAGAS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0246802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JOELIA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V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SIMONE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BOCHNIA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ANJOS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SP425045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SP423551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0220400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Promessa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REJANE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SOLANGE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LINHARES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CE28434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GOUVEIA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CE45292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0048160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25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9" name="Picture 5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0048160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0034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CONDOMINIO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ATLANTIC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PALACE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APART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HOTEL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ATLANTIC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APART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HOTEL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EPP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LISANI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TERESINHA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PRIMIO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EMERSON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GILBERTO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PRIMIO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SANSIGOLO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KERR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LETICIA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CAMARGOS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ROSSINI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HELDER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ROSSINI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LEAL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DIONISIO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VINICIUS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CUNHA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MARILDA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TAVARES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BERNARD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KENDALL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AURELIO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PARENTE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CHEN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ADELINO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PACHECO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DELFINO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CE28597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AVELINO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CE13531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0243458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Impugnação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DELMAR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OPPELT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CIBELE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RN13229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AVERALDO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AMBROSINA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POMPEU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MAGI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GURGEL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CE18476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0203981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COBERTURA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TOTAL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BENEFICIOS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SOCORRO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MUTUO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MURILO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LINHARES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CE44802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CE46965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3004850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0" name="Picture 6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3004850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CIRCLEIDE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GARIBALDE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CE22179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JHAN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PIERRI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CE54462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0203679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HOLDING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SKRZYSZOWSKI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CE26502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LAURINDA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0202477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Industrial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TERESA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NEGREIROS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CE9555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LINHARES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GRADVOHL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CE12788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CE8151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IBERVAN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MOISES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KELLYANO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CE44553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3004843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CANDIDO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MARCOSORRITE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CE38659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NATHALIA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SATZKE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SP393850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1" name="Picture 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3004843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3026685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Honorários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Advocatícios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TAGGESELL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GIOSTRI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RS93192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BELMONTE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BA44111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EDMILSON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FRANCELINO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CE15320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0200020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Alimentos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CHAGAS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SILVA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CE8913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CESARINY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CE38885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NATASHA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CE46053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CARILA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Richarlisson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CE28711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0200003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Fixação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VANDERLEIA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CE43427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ALEIXON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CE28119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ADRIANO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SARAIVA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FIGUEIREDO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CE20879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0200044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5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2" name="Picture 6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0200044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Telefonia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CASSIA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PENHA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CE24029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SUL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VANDERLEI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PE21678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3003821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Elétrica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LUZINETE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NORONHA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CE49769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YAN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CE46453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0205765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Substituição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Produto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YAMAHA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>C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ROLIM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GERAIS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PE21162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CE39857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NAYRTON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COLARES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CE43940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0250410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RS80173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CLAUDIO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FURTADO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RS62718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SERVIARM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VIGILANCIA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ARMADA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3" name="Picture 6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0250410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ADENAUER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JOYCE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GURGEL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CE10591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3046510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FRANCELI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CE30610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LEITAO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SALLES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MARGARETH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THATCHER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CE37268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0226395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Promessa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Venda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COUTINHO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BERENICE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COUTINHO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CONSTRUTORA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COUTINHO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ADRYU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ROLIM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CE24916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XIMENES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CE26755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3014501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HRH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HOTELEIRO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CE25742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GEOVANE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PUCCI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BENEVIDES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CE24062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NEGREIROS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CE30328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4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4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0051922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Reivindicação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Galdencio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CE20402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CE20402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Galdencio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RAVYCK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CE41608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XAXANDRE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CE38361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RAVYCK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CE41608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XAXANDRE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CE38361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0225695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NEWTON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SUELY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ARAGAO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CE34535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QUEZADO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CE36159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WILIANS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FRATONI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CE16599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0200842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LEILIANE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MADEIRO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CE32928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CE32927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CE32927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MADEIRO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CE32928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LEILIANE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5" name="Picture 6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3002247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EDNALDO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GUILHERME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SARAIVA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CE50704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AGIBANK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PETERSON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SP336353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3014308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BOYADJIAN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CE38828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UBER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TECNOLOGIA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CE30086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0638727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Alimentos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JUCIARA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PARENTE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MONIK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PARENTE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CE23612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CE28147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PARENTE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KARINA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TORQUATRO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MARANHAO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PA30963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3012003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RONNEY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SANDRA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6" name="Picture 6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3012003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RN3061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CE29852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3009462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Fixação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GLORIA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CRUZ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CE47138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LEMOS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ALEKSSANDRA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AMORIM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CE10840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3023880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SP153447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CANDIDO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HAROLDO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LOBO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CE15166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3014592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CONSORCIO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NACIONAL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BEATRIZ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SP192649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0620795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7" name="Picture 6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0620795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Recurso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WALBENE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CE15486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Iarne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Chagas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NEWTON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EUNICE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CE6798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0107734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Alessandro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REJANE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CE18434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LEVIR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CE30938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CE28939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0264727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GERCI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3004785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IZABEL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JHAN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PIERRI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CE54462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GARIBALDE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CE22179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8" name="Picture 6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3004785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0200725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DIRCEU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DENILSON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CE22505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CREDITORIOS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PADRONIZADOS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NPL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3038211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JESSICA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CE47997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MENESCAL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0550612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representada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Zileneide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CE19187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Representada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Zileneide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3038923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9" name="Picture 6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3038923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JAIANE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PADUA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CE50637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CE45569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PABLO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KELLERMANN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CE46497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CE48040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SOCORRO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INFANTIL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WILIANS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FRATONI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CE16599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MENESCAL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3014420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Serviços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Saúde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ARNAUD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GALDINO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FABRICIA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NATASHA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CE49701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0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69</w:t>
      </w:r>
    </w:p>
    <w:sectPr w:rsidR="00FC693F" w:rsidRPr="0006063C" w:rsidSect="00034616">
      <w:pgSz w:w="11906" w:h="16838"/>
      <w:pgMar w:top="0" w:right="0" w:bottom="0" w:left="0" w:header="720" w:footer="720" w:gutter="0"/>
      <w:cols w:space="720" w:num="1" w:equalWidth="0">
        <w:col w:w="11906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embedTrueTypeFonts/>
  <w:saveSubsetFonts/>
  <w:proofState w:spelling="clean" w:grammar="clean"/>
  <w:defaultTabStop w:val="720"/>
  <w:noPunctuationKerning/>
  <w:characterSpacingControl w:val="compressPunctuationAndJapaneseKana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LightPDF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20250911</dc:description>
  <cp:lastModifiedBy>LightPDF</cp:lastModifiedBy>
  <cp:revision>1</cp:revision>
  <dcterms:created xsi:type="dcterms:W3CDTF">2026-03-20T15:50:00Z</dcterms:created>
  <dcterms:modified xsi:type="dcterms:W3CDTF">2026-03-20T15:50:00Z</dcterms:modified>
  <cp:category/>
</cp:coreProperties>
</file>