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3325" cy="10692765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7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1440" w:right="1440" w:bottom="1440" w:left="144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3006411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0003537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ITAPAJE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SARAH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CE37288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CE24571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0201819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SIEBRA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0273861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0273861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0050517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CE16246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SIGISFREDO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HOEPERS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CE27363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trajano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Facundo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3002950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3008726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medicamentos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CE35686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BELARMINO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RAYONARA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CE50060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CE26246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3008377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Acidente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Trânsito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COPA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GAS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SEVERINA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SUZANA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MARUSSI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CE11028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3051942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GLICIA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CE15118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3051942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RUTH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CBSS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0207320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CREFISA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PR111602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MS28166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SC72358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PR111602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SC72358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MS28166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CREFISA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MS8125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MS8125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3016414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3016414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Condômino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CONJUNTO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JARDIM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MARAPONGA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TALITA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AZIN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CE31662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NUBIA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PACIFICO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SEVERIANO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3001879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CE53206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MORILLO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VIGIL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MG91567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ROSANGELA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CE27988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NAELITON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0009669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HONORIO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CE141458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Análise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VALDERLENE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TERTULINO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CE42814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CE40797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0278524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CYSNE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CYSNE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CYSNE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CYSNE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0154073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Reivindicação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ACCETE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BELINTANI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IBIAPINA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NIKOLAS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CORTEZ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CE17749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IBIAPINA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CE23644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LOBATO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PR112231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WILIANS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ADVOGADOS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ASSOCIADOS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WILIANS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FRATONI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3036055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3036055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IURI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CE45601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CE21918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3010359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FALCAO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BORELLI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CE24895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3014908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Urgência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CE6105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CE44636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0201581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Exoneração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ALISSON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DEHON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WERTON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CE31822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Fialho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Fialho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0201581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3004667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3005857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CE29529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PETROBRAS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MG44243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3012803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Busca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Apreensão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CE46673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SP226657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CE40797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ABILIO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INAJOSA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3008937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Ausência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Penhoráveis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CE14379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NUCLEO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ATIVIDADES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PEDAGOGICAS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CE40582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BRIGIDO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CE49060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SABOIA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CE48150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HUGO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3002147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CE30504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CE30504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VITIELLO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WINK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RS54018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VITIELLO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WINK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RS54018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3002147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3005493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Superendividamento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SANGELA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CELESTINO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ORTIZ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JORDANI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SP222729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ECONOMICA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FEDERAL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CREFISA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EMPRESTIMO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ENTRE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Interpretação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VOTORANTIM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CASSIANO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DOMINIK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CE37479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0203211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DEUSDETE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PAOLO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QUEZADO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CE16629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0259572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0259572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CIRURGICOS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ISAAC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BRINGEL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CE20715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GEAP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AUTOGESTAO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ALESSANDRO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CALAF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DF17161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FLORENTINO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SP343181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DF24923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FURQUIM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DF36545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OSTERNO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CE23048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MOYSES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BARJUD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CE13496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3006016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Judiciária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Gratuita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justiça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MONALIZA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CE45803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3006016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0200872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0205901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Atraso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vôo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SP458298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AEREAS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PAIXAO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Fixação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GILDASIO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VILEMAR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CE18773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POVOA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CE40582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3012796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Inventário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Partilha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3012796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CABRAL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CE24076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CE11449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P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CE36608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CE39027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ARTUR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CE35633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3014011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0206710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Consórcio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ACIOLY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CE21281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VALDEMIZIO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ACIOLY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CE12068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ALESSANDRA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CE23348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CE29623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ALIANCA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WILIANS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FRATONI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0206710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3017889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CREFISA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MS8125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AM14002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AM19018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0203443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Roubo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CE6150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DELEGACIA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POLÍCIA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CIVIL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CAUCAIA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3002716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DOUGLAS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RJ62192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0000412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0000412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Taua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Taua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Osmar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Valdelice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3014256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7ª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0250724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HELIANDRO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CE33324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0050297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Requerimento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Reintegração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Posse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PAGEU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CE35627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DIOGENES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QUEZADO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NAPOLEAO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QUEZADO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Espolio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Erisson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0050297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Delegacia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Municipal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Icapuí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3007977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Expurgos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Inflacionários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Econômicos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AGENOR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DUTRA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CLEMENTINO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ZULIANI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GODOI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SP119384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CE15519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0276669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IVANILDA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CE46775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0002815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NEGREIROS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CE9555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WELTTON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LOIOLA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CE14683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GODOY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MG77167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Espolio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Marluce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3014467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medicamentos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AMIL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AZULAY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RJ176637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CBSS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CE40797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3012158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Expurgos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Inflacionários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Econômicos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WANDER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NUVENS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CE141458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0266624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CE53176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0266624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3018541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MARLUCE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COSME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INBURSA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3013995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Expurgos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Inflacionários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Econômicos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0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AUXILIADORA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MINERVINA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ROSILDA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VERDE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SILVESTRE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OZANILDO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CE19341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CE20258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CE15833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ECATERINE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FALCAO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CE29706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ANELIDE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DELFINO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3002511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IRANI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DJACI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CE13014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3014836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JOSINO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CE24621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CE29525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CE6481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3006674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Desconsideração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Personalidade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Jurídica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ELDER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ELDER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GAUDENIO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3006674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WILGIMAR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CE9388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RUTH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SABOIA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CE21168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0267770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ROSANGELA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CE27988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3003457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3007653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ISABEL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CE45110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CE8151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3012707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GLAUBER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PASCHOAL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SE3800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CE23994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CE12817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3003530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NEUBA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MARDEN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CE22915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0203431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CARIRI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SHALON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MICHAELLI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CE24016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CE34374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FILGUEIRAS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CE45154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CE53790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0202173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CE44942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3019927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herança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3019927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Análise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VALDERLENE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TERTULINO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CE42814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CE40797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Cumprimento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Provisório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Sentença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HILUY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CE14567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3013522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GODOY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MG77167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CRISTOPHER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0281213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85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0281213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IBIAPINA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CE23644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BRQUALY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PA33844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3011884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IGREJA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ADVENTISTA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MISSIONARIA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AIAMIS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BAYAS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CE25961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DRAUZIO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CORTEZ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CE49405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3012339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MG108504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RESTAURANTE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0636680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Responsabilidade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sócios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TARCISIO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ROMMEL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CE13921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CAEMA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ALVORADA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AGRICOLAS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0636680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0219255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HRH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BRANDAO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CE51786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0251571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SAMYA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CARDINS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WILLIAMS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GRANGEIRO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CE34425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LORENA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GRANGEIRO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CE32383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URBANIA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PACAJUS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LOTEAMENTOS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3006871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Requerimento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Reintegração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Posse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GESTAO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ME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VALDENER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CE32537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MARCILANE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CALISTA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0498429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0498429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Nasareno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RIGONY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CE12659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CE45530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Edilson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3010608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HRH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WELLINGTON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LORENA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NORMANDO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3029899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SP153447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0140477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Sucumbenciais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LIDIANNE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0140477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DAYCOVAL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PORCIUNCULA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BENGHI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CE32401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3012160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Acessão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WEMERSON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CE10307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PR16948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ITAPEVA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XI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MULTICARTEIRA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PADRONIZADOS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CRESPO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SP115665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WELLINGTON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3011389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WIGENIS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CE15166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3009515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3009515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CE14544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ALZIRA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CE36868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CE36897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3012813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Requerimento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Reintegração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Posse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NAPOLEAO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QUEZADO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RANIELLY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CE15499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0247649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Devedor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FA2F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ORLANDO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0070527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Erika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Deckers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DECKERS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ERIKA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0070527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Titular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Cartorio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Oficio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Notas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CHARLES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CE13394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FEDERAL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ADVOCACIA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UNIAO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0281932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REBECCA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CE16689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CE16689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REBECCA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BUOSI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SP227541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BUOSI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SP227541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3011817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Acessão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Despejo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Próprio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ODETE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TIMBO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EDELARDO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CE17495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TELECOM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PLATAIS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ES15134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RNI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450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RNI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NEGOCIOS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NAVARRO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SP376309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CE32626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LEONIDAS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CE36443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3015087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Partilha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JOHNNES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CE38585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EUFRAZIO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CE37761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3013890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Alimentos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ISABELA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RANDAL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ANYA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CE19162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YOHANNA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CE37250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WAGNER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JOVENTINO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CE33893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3012062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3012062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Antecipada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Antecedente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LUCIVANDO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CE52312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3006050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Fixação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CLARICE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CE14750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CE33719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EUDENES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CE16103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XAVIER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CE30552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ALZERINA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URSULINO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OSTERNO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CE23048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3008302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Exoneração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KEGILA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CE44432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REBONATTO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CE51000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EDWING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CE39801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REBECA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NARCELIA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CE12119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3008302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0209287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Acidente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Trânsito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JEOVA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SUPPORT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AUTOMOTIVA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CE31251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CE31252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IONE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CE31251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CE31252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IONE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SUPPORT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AUTOMOTIVA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JEOVA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EDMILSON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CE29121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CE32506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LAVOR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CE31262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EDMILSON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CE29121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CE32506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LAVOR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CE31262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3005577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VOTORANTIM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0232099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INTELIGENTES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ATENCAO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MALAQUIAS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0232099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0261541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Telefonia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CE24440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CE39450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CE35692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TELEFONICA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ESBROGLIO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RS80851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ODETE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10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FILGUEIRAS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PROCOPIO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3015793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DRUMOND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GRUPPI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SP163781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0282040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0282040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JONATAS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CE30878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SHEILA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TASSIA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CE22226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3011663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LELIS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CE36117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3006388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HITZSCHKY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CE17561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0201148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AGABATAN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MERCADOLIVRE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ATIVIDADES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INTERNET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MERCADOPAGO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0051132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Reconhecimento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GRAZIELE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CE39208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MURIELL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CE36428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CLEIDIANE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FREDERICO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PE51721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DAYCOVAL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PORCIUNCULA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BENGHI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CE32401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Bloqueio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Desbloqueio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Valores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TARCISIO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CE7216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3020756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3020756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0055820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Guarda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JUCIVANHA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WAGNER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CABRAL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CE5219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3001136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TAILANDIA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0219338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ORGANIZACAO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EDUCACIONAL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CE18476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EDUCACIONAL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MASTER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EPP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0286046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0286046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JVS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IMPORTADORA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GREGGIO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CE16661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TRIGUEIRO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NBLOG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LOGISTICA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CE43277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LEOGILDO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UNASPUB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AUXILIO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DF22748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FIDALGO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SP172650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CIDRAO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DEZIDERIO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TORQUATO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CE46100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CLEUDIVANIA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CE21560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0000606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Cheque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CLIMARCOS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MOVEMENT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CE17284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CE15254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CE19790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CE6433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3000116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CE32928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ROSICLER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THALYA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CE54823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0227831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0227831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BELINATI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WILLAMS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FILGUEIRAS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PROCOPIO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3055873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COVOLAN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DAUM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SC34979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3001988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MARCOSORRITE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3022298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141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3022298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URQUETA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SC52867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FRASATO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CE29282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3005009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VALDECI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SECON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CORRETORA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CE40086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BINCLUB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PROGRAMAS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FIDELIDADE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VIVIANI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SP410071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CHRISTOVAM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ES33083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4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RIANNE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KARLENY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CE33518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ALISSON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CE42856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INGRYD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0203804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Guarda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DAIANY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I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I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0203476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0203476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Fixação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Rubens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Arcanjo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CE22931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CE40374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TORQUATO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CE15131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FRANCINALDA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VITALINO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0060608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Imagem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Mikaely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Benicio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CE8528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ADEIJA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VIANA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CE7059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CE33988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HELDER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CE22749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PASSOS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CE32582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CE21918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Benicio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3006269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VOTORANTIM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BELINATI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0213056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0213056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CE35900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ELOY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CE31183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CE35900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ELOY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CE31183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12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OLE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BONSUCESSO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Grupo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Negocios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SUELLEN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PONCELL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PE28490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Gobatti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rep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Fox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Eireli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Gobatti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rep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Fox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Eireli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0279318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Terceiro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PADRONIZADOS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NPL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NEILDES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GESU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SP217897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MARDHEN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NICACIO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JOSEMANO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NICACIO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0202630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PALOMA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FEIJAO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CE25092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JEFFERSON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CE35357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0281582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Partilha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0281582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Eclebio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Nonato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Firmino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Mafra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3016446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JACONIAS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0268897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GAZZINEO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CE43651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ROBERVAL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EGEDEMO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VITIELLO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WINK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RS54018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Inventário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Partilha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CE30612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0266227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CE50541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SP310465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RN19829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0202184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ESTUDOS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SHEILA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SHIMADA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MIGLIOZI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SP322241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GERBER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RS39879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KESSIA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REGIA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SP312375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3009027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Fixação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TAREK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SAYJARI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3009027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JOYCE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CE46618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RASHA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MANSOUR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CE47740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3010313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THAISA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RAQUEL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CE52167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ARTHUR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JAQUELINE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JAQUELINE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CE35743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0050454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ROKYLANE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CE31058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ROKYLANE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CE31058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0050454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CE40797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0282250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CE40811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FIRMINO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RJ62192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0107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DELVALUZ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CE50208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TAMIRA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CE50208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TAMIRA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DELVALUZ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OSMARINA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CE50172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JANOCA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CINTIA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CE52760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BINCLUB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PROGRAMAS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FIDELIDADE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3046694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GORETE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MACAMBIRA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LUSTOSA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SC63128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3046694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0285567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Imagem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CAETANO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CE17272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RJ113872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CAETANO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CE17272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RJ113872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ORLANDO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CE6324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ORLANDO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CE6324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0000722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HARNESSON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CE21656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PORDEUS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CE22270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0295129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SAMYA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CE41221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SAMYA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CE41221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PAIXAO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CORTES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DF15553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LIDIA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LETICIA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GO57191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PAIXAO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CORTES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DF15553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LIDIA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LETICIA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GO57191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0295129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0009585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CE141458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0201630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LISIANE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FOGACA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RS119268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FRASATO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CE29282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3028674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ZURICH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MS6835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0212218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Interpretação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0212218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CINTIA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CE39280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CREFISA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MS8125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0022102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DEBUS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SP200902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SP200902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DEBUS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BOAVENTURA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PACIFICO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SP75081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BOAVENTURA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PACIFICO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SP75081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0288598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THYAGO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IBIAPINA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CE46532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0241371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RJ60359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JEFFERSON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0241371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0200928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CE46807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CE39640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CE22505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CE50831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SECON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CORRETORA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FRANCIELLE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MG166006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0163154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DJACI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CE13014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GODOY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MG77167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0034502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0034502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PLUXEE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COBRA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SP158743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KANG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SP310825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ORBRAL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ORGANIZACAO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CE47780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CE24754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CE40334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0281906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Serviços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Saúde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AMIL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NATASHA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CE49701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MELGACO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CE43325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NATASHA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CE49701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MELGACO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CE43325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AMIL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0281906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CE32851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0203291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CE28611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CE28611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ELVIRA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JARBAS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CE43139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JARBAS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CE43139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ELVIRA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0032284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SEVERINO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CE26381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CE26381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SEVERINO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1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0032284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ROSSI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CE45388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ROSSI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CE45388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3013323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3014370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DELMIRO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SP484777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3014745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3009455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3009455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Imissão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WELLINSON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CE38368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3009813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Ausência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Penhoráveis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CLEITON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WILIANS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ADVOGADOS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0202629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CE44942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RJ87929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0039516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CE10284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0039516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3005058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0247942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REZENDE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SP77460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BRAZIL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PARTNER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TURISMO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NEGOCIOS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RACHEL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3014383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3014383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BAPTISTA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RJ153999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3014178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Taxa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SELIC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HOSKEN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CONSTRUCOES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COLUCCINI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MG76700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CE17695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3013878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EDIFICIO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BLUE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OCEAN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JERUSA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ALLAN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THEREZA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HEDIEWILTON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BELEM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LETICIA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LETICIA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NILCENEA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NAZARE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XAVIER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SCOTT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KERWIN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JONATAS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CE30878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3008210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3008210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PROMOCOES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SALVIANO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SEBRAE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3012459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Urgência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CE39303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TABOSA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MOHAMEDE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TAUMATURGO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PASSOS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3014909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QUIRINO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WADY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CE34106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3014337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BASILIO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CE18456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RAULINO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TACOLA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BECKER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Nicole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Felizardo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FELIZARDO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3012391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CÍVEL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CAUCAIA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Juízo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IURY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BIZARRIA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NAJMA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SAID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TOKIO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0129238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Inibitória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TERESINHA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FORTCASA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GAUDENIO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CE44118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BELIZARINA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ERIK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ELAINE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CE29580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0002429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Reivindicação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0002429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TOTALIZE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CONSULTORIA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ASSESSORIA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EMPRESARIAL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CE32111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CE7479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CARTORIO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TERCEIRO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OFICIO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ITAPIPOCA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CE11160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Hamilton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0008510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Reivindicação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TNL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PCS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AZULAY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RJ176637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HABITACAO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COHAB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CE22964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VALESKA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propriedade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Resolução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HELDER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CE37501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SINTUR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CE30662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SP285891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Aniceto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Caramujo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3014825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Inadmissível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Infundado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LILIAN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CIDRAO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ORUOL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AMPARO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CE9731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0016535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Vizinhança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EURIAN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ASSUNCAO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CE6252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NIEFSON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CE27438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SOLANGE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CE5542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3014502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VYTOR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POLICARPO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GO49370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SIQUEIRA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GO64194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GO75527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RC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CE34566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CE20433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0050124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Aquisição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GEZEBEL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MELLINAS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RUTH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SABOIA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CE21168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SERENI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GESTER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PR69584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EDIVAR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SUZY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CE10051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CE10058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0272183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0272183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Causas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Supervenientes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Sentença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CE43412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32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64</w:t>
      </w:r>
    </w:p>
    <w:sectPr w:rsidR="00FC693F" w:rsidRPr="0006063C" w:rsidSect="00034616">
      <w:pgSz w:w="11906" w:h="16838"/>
      <w:pgMar w:top="0" w:right="0" w:bottom="0" w:left="0" w:header="720" w:footer="720" w:gutter="0"/>
      <w:cols w:space="720" w:num="1" w:equalWidth="0">
        <w:col w:w="1190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20250911</dc:description>
  <cp:lastModifiedBy>LightPDF</cp:lastModifiedBy>
  <cp:revision>1</cp:revision>
  <dcterms:created xsi:type="dcterms:W3CDTF">2026-03-20T15:09:50Z</dcterms:created>
  <dcterms:modified xsi:type="dcterms:W3CDTF">2026-03-20T15:09:50Z</dcterms:modified>
  <cp:category/>
</cp:coreProperties>
</file>