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LUCINETE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UNASPUB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AUXILIO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Extraordinária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EDINEUSA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ADVOCACIA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RUSSAS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0003120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BRADESCARD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0285238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SP336353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0285238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CE25987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FRANCIVAL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CE37686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ACADEMIA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GAVIOES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FITNESS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ELENIR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RIMI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SP427945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PGM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TRABALHADORES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TRABALHADORAS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NA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3007792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EMPRESARIAL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ETEVALDO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ADOLPHO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ARARIPE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CE20519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5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3006199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3003961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CE35141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CE12294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Recurso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3040437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0107092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MCJ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AUDISIO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CE6387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proporcional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preço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0009526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ROKYLANE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PORCIUNCULA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BENGHI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3015526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0215582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FRANCIVAL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CE37686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ELENIR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WESLEY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MUNICIPIO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PGM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FONTINELE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CE32836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Nomeação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SIMIAO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SIMIAO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3004395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TAYTALA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VIRGINIA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CE36521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3004395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3022300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3018292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Retificação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Nome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0011140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Fraude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0011140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0119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RIEDEL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ELIZABETE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FAVELA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CE19581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0205565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Consórcio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SP86475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3016652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3019005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3019005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KENNEDY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CE43701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MS6171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3013341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PE33659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SUSYANE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CE41962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CE22219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Superendividamento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SCIPIAO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CE25575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CE11299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NIETO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MOYA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SP235738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3017698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PASCOAL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CE46526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VLADIA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SAMYA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PAVANI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SP402561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FACEBOOK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SP138436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0000348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TADEU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RONDINA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MANDALITI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HARNESSON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CE24164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0275013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39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0275013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OZORIO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3015235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Reajuste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CE27751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3018655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FACEBOOK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SP138436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MECEU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CELESTINO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CE34373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0264124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Água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CE14437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0264124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ADENAUER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COMUNICACAO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VISUAL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IZAAC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0009185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MOISES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ALFA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ELIENNAY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0356386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TENORIO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TICIANE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CRISPINO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CE5705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CRISPINO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CONSIPEL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CE14080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SERAFIM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CE41377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0010310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NEILTON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RUFINO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CE42627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AGAMENON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CE24295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SABOIA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CE48150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BRANDAO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CE48242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0164085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CE39808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ATLANTICA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EPP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CE32917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0000556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JEANBOURQUIN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0004824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0004824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REBOLSO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CE29712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CE28933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CE15833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0190690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CONFECCOES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CE24625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TENORIO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NURYANA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0224420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INTERMEDIACOES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0224420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PB21861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JUCELINO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SANDOVAL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CE19207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ULISSES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CE9426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3002276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DELFINO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0203689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0203689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IGREJA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ADVENTISTA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MISSIONARIA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AIAMIS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BAYAS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DRAUZIO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CE32295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0244550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EOLLIC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PROJETOS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AGROPECUARIA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CE45724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CE45724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AGROPECUARIA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EOLLIC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PROJETOS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0153533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0153533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CAPIBARIBE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CE11208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FREDERICO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PETERS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AMAZONIA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MOTOCICLETAS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Acessorios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BELMONTE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SP254122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SP21376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SP203728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IBANEZ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SP168812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0247477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THAYNA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CE39815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COOTRAPS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TRANSPORTADORES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AUTONOMOS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PASSAGEIROS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3017763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SKRZYSZOWSKI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3017763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QUITERIA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CE39591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ANELIDE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DELFINO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3003602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IZABELI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12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DALGE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MONTALVERNE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LINCOLN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SP329848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DALGE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MONTALVERNE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LINCOLN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SP329848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IZABELI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21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0238240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ROMMEL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CE13921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JUSSIEU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ROMMEL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CE13921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JUSSIEU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TRABALHADORES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AGRICULTORAS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RANULFO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ERNESTO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3052037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CRISTOVAO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3011048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0248711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3016519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TARSILA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PE53156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CLICKBANK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3011039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EQUIPAMENTOS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CE27488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LUSITANO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CYSNE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CE6459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Paolo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Giorgio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registrado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civilmente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GIORGIO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REATA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ARQUITETURA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CLOUDWALK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MG96154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CAETANO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CE48355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CE44570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CE41978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0148264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0008105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0239642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0239642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PE27270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CESGRANRIO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RJ127204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RJ127610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0634660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Antecedente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LEIDIANA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CE22624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0180998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MEIRILANE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PB33901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BARINAS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HONORATO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0243345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MONALIZA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0202996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SP113887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IVANILDE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CE41520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3018801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3018801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EUCLIDES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0050296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CE36159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0245357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CE45044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ELIZEIDE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CE47347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0255191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LINDOMAR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3058004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3058004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LUSTOSA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PASCOAL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CE46526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0623469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CAMERON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BINCLUB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PROGRAMAS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FIDELIDADE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BINCLUB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PROGRAMAS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FIDELIDADE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0150373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MAXIMAPLASTIC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PLASTICOS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PHILOMENO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CE12083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PHILOMENO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CE12083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0150373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MAXIMAPLASTIC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PLASTICOS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NYLSON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PRONESTINO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SP189146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NYLSON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PRONESTINO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SP189146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0212393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Nomeação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GLEICIANE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CE11720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QUINTANS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WYLLYAN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CE12850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CE34410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ARLEUDO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0206172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Prescrição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Decadência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CE45263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HOEPERS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DJALMA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GOSS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SC7717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3020352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101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3020352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CID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CE41927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BEACH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TURISMO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0237191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BOTTIN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PIOVESAN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CYNTHIA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CE42914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BEACH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TURISMO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BEACH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OHANA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CE50700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3005306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MERCADOPAGO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ES18694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CE48410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0010680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ROBERVAL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0010680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SOLIDARIA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CRESOL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NOROESTE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JOVANIO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SPERANDIO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RS51523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CORATO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RS82870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0255673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CE11331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0233663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WANDERLEY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0744383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0744383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Aquilino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CE36197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ESMERALDO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0638673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DEMOCRATICO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TRABALHISTA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CE6102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CE18157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DEMOCRATICO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TRABALHISTA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PE757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ALISSON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PE37719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CE11677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DAYANNE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PE61775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3005686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Desconsideração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Personalidade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Jurídica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OMNI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FONTELLES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RJ119910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0050092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ELIZABETE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MOHAMED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OLIMPIO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0050092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BERTOLACCINI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ABAD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SP236537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0068089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CARLOSNAITON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SUINOS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RN3061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PB12574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0221238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FUNCIONARIOS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0474895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Compromisso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BRASFILTER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ALFREDO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ZUCCA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SP154694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NOTTOLI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SP267432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3021559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EMPRESARIAL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</w:p>
        </w:tc>
      </w:tr>
      <w:tr>
        <w:trPr>
          <w:trHeight w:hRule="exact" w:val="12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DANNY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MEMORIA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ANANIAS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CE53886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EDINARA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CE56392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Espólio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3031988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UNICRED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EVOLUCAO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UNICRED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EVOLUCAO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0173825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CE14016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BLOKUS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CE18775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CE23085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URBANO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0123218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0123218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Adelino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ROMANHOLI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CE19528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Gessica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3004175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Mútuo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OMNI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FONTELLES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RJ119910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3016153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ALBAMAR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OLIMPIO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STUDART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GALDINO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REATA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ARQUITETURA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0240398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SUMUP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RIVELLI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CE41357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0631260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Ausência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Citação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KAROLINE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ADALGISA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CE38298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SP225061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SP120394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0182903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CE36618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0621697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0621697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CE45941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0261435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GERAIS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JOCIMAR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ESTALK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SP247302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0251556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Irregularidade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atendimento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ALDEISA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THEMOTHEO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OPERADORA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OPERADORA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ALDEISA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THEMOTHEO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0232639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3055626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3055626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VIANA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AGAPITO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ASPECIR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0050049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SANDERS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AGATONIO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MICROEMPREENDEDOR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EPP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PR87755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3015805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VIALLI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PB24374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MARINHO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RAQUEL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CE52194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IDOSOS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ALECLENIO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CE53935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SP484777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3072302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3072302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IZIDIO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3002184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HOZANA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SUELLEN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CE49428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ESTEVAM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DF39748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MADUREIRA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SP188483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BOMFIM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LAURENTINO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0008754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CE39917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PE33980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CE50496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CE53455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NEGREIROS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CE24492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ERMESON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CE29993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NEGREIROS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CE52393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0230238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SP352308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0203067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Desconto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Folha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Benefício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3036792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3036792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URQUETA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SC52867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MADALENA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0279695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Mútuo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SE1600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PASCHOAL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SE3800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CE9198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BATISTUCI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SP178033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3008582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0261487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Acidente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Trânsito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QUINTINA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AUTOGESTAO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VEICULAR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GRASIELLE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MG157314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SIPRIANO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WAYNE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CE34204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RAINILY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GARRIDO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BREXIO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CE28177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3043481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3016867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ARIMATEIA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MULLER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0268655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CLINICA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SEXUAL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MASCULINA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3015915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3015915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0203033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CONTIERI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IBRAHIM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AL15986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ZILENE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3045876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BRUNETTA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CE28102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3034156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proporcional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preço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ENOQUE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3018905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USLAR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PETRONI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FRATTINI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SP390329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CHIMERA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NPL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OPPORTUNITIES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8"/>
                <w:sz w:val="20"/>
              </w:rPr>
              <w:t>II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RESPONSABILI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ORLEANS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RJ132374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3005883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EGEDEMO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MULLER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0228827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DERMIVAL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JOVENTINO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CE33893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JOVENTINO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CE29677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DUQUESNE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NINON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ELIZABETH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TAUCHMANN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CELESTINO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STORE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SC15909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SWYANNE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HORRANNA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CE41416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CE36157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Jessyk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MARJORIE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CE51269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MILLENA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CE51894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PAMELLA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CE32857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CE35175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3017762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Inadmissível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Infundado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IRANILSON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MARIZZE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CE44561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PE20366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MARITZZA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ROSSITER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CE44562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3002881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VALDENIRA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DEILLYSON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SC72358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PR111602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0278515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3021934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SICREDI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CHAYB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CE24205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0050230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3012170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Judiciária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Gratuita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CE25955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3011966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CE41621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KAROLINE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3001989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KELVYSON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SP138436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0259809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KIRTES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CE30563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0259809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MG44243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0275041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BRANDAO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3014824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MARILAC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ADEODATO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GARRIDO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BA40730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MYRLA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QUALICORP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WILFRIDO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WILFRIDO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GRANGEIRO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QUALICORP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MYRLA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3017699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medicamentos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EMILY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ALLET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EMANOEL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RJ152814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0229483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MARJORIE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CE37307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Ausência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Penhoráveis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RONCALLI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CE12110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CE47404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LARGURA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CE47837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3013979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RESENDE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GLAYDSON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CE38215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0222321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SP229548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3017423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SP138436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3074148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3074148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0275652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ERNESTO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0223776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JANAINA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KEIVE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0110548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CLLT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PATRIMONIAL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BRAVEZA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TREVIA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BACELAR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NICHOLE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EMMILY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MONCAYO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IMOVEIS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OFICIO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IMOVEIS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HIPOTECA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0110548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3013829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Tauá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OMNI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ACESSIBILIDADE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CE44197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ELESBAO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CE12584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0163444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Protesto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LAURENTINO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CE20615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KARENN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AVILA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CE30299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CE22941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0290237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REGILANDIA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CE43148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CLUB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ROSIMEIRA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CE35179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0001156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NOEMI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3015775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Interpretação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Título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Executivo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STEFANIO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MA27972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VALDECY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3018636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MYCHELL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FRANKLIN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ARACELLY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RIVELLI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3017499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3017499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JACKELINE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CE18368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AGOSTINHO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CE8253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0006353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Próprio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CE20894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CE11730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MERCANTIL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MG98771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3001845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ODILIA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FIDALGO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SP172650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FIDALGO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SP172650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0202523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FRAUZINA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ISEUDA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0279615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0050219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CE14563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0728998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Claudius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Maximus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HAMILTON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CE15848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0213987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Apuração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haveres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0213987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ARRAES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TRAZZI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AFRANIO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CE7367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CE12296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OXIGENOTERAPIA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HIPERBARICA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SERPA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CE12363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Giordano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0050805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CE34648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WASHINGTON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CAETANO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FLORENTINO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3013278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SC72358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SC72358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SC15909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SC15909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III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III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CBSS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3005075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ES18694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CBSS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0204262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CE20450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ROSENIR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DEFENSORIA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Luís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TESTEMUNHA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Eronilton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ROZEMBERGUE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CE35655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3016067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ROKYLANE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CE31058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0204948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DF62386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3015134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3015134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SP484777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3015572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0256205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SP478803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MADUREIRA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SP188483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DF39748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0139425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MRV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MRL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MORATTA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MG80055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HEVILA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0263674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CE31530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CE26796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3018427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0449597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0449597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3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BA1141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KRISSIA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KRISSIA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CE27237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BA1141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3016167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CLEIBIANO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ES18694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0516065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CE36057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SORVETES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DERIVADOS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DF49290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KLAUS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SP182340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BEBIDAS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COLMEIA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GOLF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AMAZONIA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CE35289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0281721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CE24621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CE33485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3085055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SCORTECCI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SP248970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TARCISIO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3065406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CE14437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3062771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MIDWAY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>.-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MIDWAY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>.-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MAHFUZ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VEZZI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MAHFUZ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VEZZI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0634297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Cristy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Esther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Cristy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3008052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3008052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SKRZYSZOWSKI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12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CE25428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CE36200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CE36200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CE25428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CE14750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CE14750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0203581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MERCADOPAGO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SP128998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CE38715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0279928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TORTORO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SP247319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LINDELVANIO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CE51969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0279928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3031826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FRASSETTO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SC33416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NICOLADELLI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CE30961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0184838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CHASTINET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MAPURUNGA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ALCIMAR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0204431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Devedor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DF35877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0258894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PASQUALI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PARISE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SP155574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GASPARINI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SP116196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BATISTUCI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SP178033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0055171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SP120394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SP225061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GEOVANE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CE35179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CE21220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76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2026-03-20T15:31:45Z</dcterms:created>
  <dcterms:modified xsi:type="dcterms:W3CDTF">2026-03-20T15:31:45Z</dcterms:modified>
  <cp:category/>
</cp:coreProperties>
</file>