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9077812</wp:posOffset>
            </wp:positionV>
            <wp:extent cx="613283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67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vida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cartão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autor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consignação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folha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pagamento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benefício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previdenciário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até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realize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perícia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grafotécnica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contratuais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Expediente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necessário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DESEMBARGADOR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Matheus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Anderson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26624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0638459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Yasuda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Marítima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Saúde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Líder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Custos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legis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Estadual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posto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diante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fundamentos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delineados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extinto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sem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mérito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virtude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ausência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interesse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processual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recorrente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conforme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VI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restando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prejudicada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análise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recurso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fulcro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III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Expedientes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necessários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DESEMBARGADOR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Rostand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37246A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Erinalda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Cavalcante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Scarcela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7953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0850183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Carmen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Dolores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Iatagan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ENEL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exposto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CONHEÇO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presente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recurso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que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faço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fulcro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IIIe1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011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IdoCPC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XIV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RITJCE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Súmula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Expedientes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necessários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assinatura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DESEMBARGADOR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Daher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Mansour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Abbas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23079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0870106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Cleide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patrono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judicial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prazo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quinze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manifestar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acerca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recurso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epígrafe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consonância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dispõe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2º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1021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Código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Civil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outubro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Exmo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Sr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Rachel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14437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3"/>
          <w:sz w:val="16"/>
        </w:rPr>
        <w:t>DESPACHO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0635686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Lourenço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Rola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Marcus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Medeiros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Nessa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toada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num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juízo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cognição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sumária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não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vislumbro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plausibilidade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justificar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modificação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decisão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exposto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indefiro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efeito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suspensivo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recurso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Intimem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querendo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responder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prazo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quinze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conforme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Comunique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juiz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presente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decisão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DESEMBARGADORA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MARIA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LOUREIRO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Abimael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Clementino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Márcia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Luciana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15540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Rodolfo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Veloso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26337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Vitor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Rôla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29355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Katheriny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38214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0636628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Larissa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Faculdade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Uninassau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Parangaba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TODO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EXPOSTO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mediante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um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juízo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sumário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pretensão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recursal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impera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negativa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concessão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efeito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ativo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presente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artigo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Oficie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Juízo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Origem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Expedientes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Necessários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DESEMBARGADORA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FÁTIMA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LOUREIRO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44674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Macedo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44158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3"/>
          <w:sz w:val="16"/>
        </w:rPr>
        <w:t>DESPACHO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0632971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Humberto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Gleydson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Fontinele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Pollyanna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Fontinele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Abelardo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Luciana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Malgarisi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posto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2º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99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Processual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Civil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comprovar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preenchimento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pressupostos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relacionados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à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gratuidade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judiciária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juntando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autos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cópias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das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declarações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imposto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física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últimos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documentos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ficarão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segredo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assegurar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inviolabilidade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sigilo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fiscal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facultando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prazo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efetuar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pagamento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preparo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Expediente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necessário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DESEMBARGADOR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Edelardo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17495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Adrízio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45516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André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Arraes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Aquino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18568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Portela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24133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Vitor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19556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Matos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39909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3"/>
          <w:sz w:val="16"/>
        </w:rPr>
        <w:t>DESPACHO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Nº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0210817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Gleisman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Centrape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Central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Nacional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Aposentados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Pensionistas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querendo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apresentar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manifestação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CPC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Expediente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necessário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DESEMBARGADOR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Rudá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Juliano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Mansur</w:t>
      </w:r>
    </w:p>
    <w:p>
      <w:pPr>
        <w:widowControl/>
        <w:wordWrap w:val="0"/>
        <w:autoSpaceDE w:val="0"/>
        <w:autoSpaceDN w:val="0"/>
        <w:spacing w:line="160" w:lineRule="exact" w:before="40" w:after="304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113786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</w:p>
    <w:p>
      <w:pPr>
        <w:widowControl/>
        <w:wordWrap w:val="0"/>
        <w:autoSpaceDE w:val="0"/>
        <w:autoSpaceDN w:val="0"/>
        <w:spacing w:line="200" w:lineRule="exact" w:before="607" w:after="316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2"/>
          <w:sz w:val="20"/>
        </w:rPr>
        <w:t>PAUTA</w:t>
      </w:r>
      <w:r>
        <w:rPr>
          <w:rFonts w:ascii="Times New Roman" w:hAnsi="Times New Roman" w:eastAsia="Times New Roman"/>
          <w:b w:val="0"/>
          <w:color w:val="000000"/>
          <w:spacing w:val="1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6"/>
          <w:sz w:val="20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20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632" w:after="20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Câmara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Privado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-1"/>
          <w:sz w:val="16"/>
        </w:rPr>
        <w:t>PAUTA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240" w:after="181"/>
        <w:ind w:left="334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Número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Pauta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43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68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6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PRIMEIRA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ORDINÁRIA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DESIMPEDIDA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PARTIR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FORMA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ART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4º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CPC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HABILITADOS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SUSTENTAÇÃO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ORAL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KATIA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@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BR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0051340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Valdevan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Rita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Cássia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Dalvanira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Caldas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Sávio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Cassemiro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36695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Revisor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LOUREIRO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0427451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Charles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Magno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Rangel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Rufino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Dorivaldo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17361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Castelo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Branco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Juliana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Mavignier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0853610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37ª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Sociedade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Juliana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26623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Nayhara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25892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Sm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Fomento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Comercial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Sm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Pescados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Indústria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Exportação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Sm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Consultoria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Empresarial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Walter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Hubmann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28409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Yaskara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Girao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30993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Jacielly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Roseane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11885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0889014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&amp;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Monteiro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Miranda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Sá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8640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Benedita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Gardênia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André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15491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26466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0577930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Ulisses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Afonso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Junior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9840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Cialtra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Transportes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Marley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Campelo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Serra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30611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0556114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Condomínio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Edificio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Grimaud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Hamilton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13051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Rosa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8151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0192734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Campelo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23562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Schwanke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Jordanna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Bastos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Araújo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Feitoza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23795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0508217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Sônia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Ramos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Euclides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Pinheiro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26016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Miguel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Oscar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Viana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3648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Leitão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Revisor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0483921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Roque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Ênio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Mourão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12808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Vinícius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13299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FAELCE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¿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Fundação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Coelce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Seguridade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Modesto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10666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Adalgiza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Arrais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15645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Eliane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Pádua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13243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0023372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Nordeste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Junior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21658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0097592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0163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São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Benedito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São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Benedito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Caixa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Assistência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Funcionários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CASSI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Lourenço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Mello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24387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Ernando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Garcia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19253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Tarcísio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Rebouças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7216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Emanuel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Manoel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243740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0416074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20ª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Dunax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Lubrificantes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Valente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6433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Polo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Indústria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Calçados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Eurides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Rodrigues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5621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Sanzio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11683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0213133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Condominio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Edificio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Chanceler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Godoi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15365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Elias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Bacha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Enísio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Cordeiro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69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0621746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50007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Washington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Júnior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Katharine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29702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Negreiros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29703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Larissa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Porfírio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Leitão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37180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0114913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Eliane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Mattos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5305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Uchoa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6778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4977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0037568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0112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Silvio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Rui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Empreendimentos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Imobiliários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Helen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Luiza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Korobinski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24227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Macedo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26037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Cícero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Paolo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Giorgio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Quezado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16629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0739833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Diógenes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105813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Fundação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Sistel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Seguridade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Wilians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Fratoni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16599A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0503708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Iracilda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Feitosa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Vinicius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Vianna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9198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Associação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Poupança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Empréstimo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Poupex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Sombra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Leitão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0081554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APROVACE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Associação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Profissional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Vendedores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Ambulantes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Trabalhadores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Autônomos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Adahil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6843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Edilon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Margarida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Livelton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Marcelino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20045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0164188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Premium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Prestação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Serviços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Combinados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Condominios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Marcus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Vinícius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Lewinter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27205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Priscila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3"/>
          <w:sz w:val="16"/>
        </w:rPr>
        <w:t>Ye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Wenyan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Fontenele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28220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0058498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0112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Aielane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Dandara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Macedo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16650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Júlio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Mariudedith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Saraiva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8811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FAP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Facudade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Paraíso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Paolo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Giorgio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Quezado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Silva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16629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0207067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Cleyton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Justino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Lemos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Najma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Said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28394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Gerais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Antônio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0219007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Kelly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32766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Guimarães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32963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Emmanuela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Virginia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38150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Márcio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Flávio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Guanabara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12026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0459565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Elizabete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Thaís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42476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Incorporação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Recuperação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Judicial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Márcio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Gazzineo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23495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0194575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31818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0050169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0167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Rafaely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28938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Monik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Feitosa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0630446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Limoeiro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Limoeiro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Atacarejo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Aline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Chagas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Luzinete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Orlanildo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Diego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26053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Haroldo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Martinez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44565A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Maritzza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Fabiane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Martinez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Rossiter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44562A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Marizze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44561A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0631390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Adrião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32599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Campelo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23112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0457503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Alessandro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Savio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10117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Savile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Frota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24439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70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0273016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Dione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Duarte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Cabeleira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316658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Médica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0251000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Moma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Alice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Machado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38528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14447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Cicero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Samuel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Gois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29852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3061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0636945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Quixadá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Quixadá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Marcio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Tadeu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404036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0213429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David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Moma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Magis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Construções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14447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Alice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Machado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38528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Marcus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Flávio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Emmanoela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Ramalho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Karla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Fonteles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Cavalcanti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23086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0637247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21ª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Império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Construções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Arthur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Lourenço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Penaforte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27471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Suely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Katarine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Medeiros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44190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0637409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Marília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39119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0099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Itaitinga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Itaitinga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&amp;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Lima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Panificação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Alyne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Diogo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Luna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36057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’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Ávila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Haroldo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Martinez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Júnior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44565A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Maritzza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Fabiane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Martinez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Rossiter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44562A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Marizze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44561A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0199380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9ª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W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Vitor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Gérson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Chagas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INACIO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0639066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Cláudio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Catunda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Esmeraldo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40825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Jean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Miranda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27660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Flávia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Duarte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17798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0639066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Cláudio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Catunda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Esmeraldo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40825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Flávia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Duarte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17798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0470397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Lazaro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Medeiros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Cleuton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Monte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16527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0433014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Sociedade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Hartemilce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Nilton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11595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0639788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Ludma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Carvalho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Harisson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25185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SABEMI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Juliano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Mansur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113786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INVESTPREV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Previdência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Braga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97272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0503933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Nonato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Nascimento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Teles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Djalro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Dutra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Cordeiro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5152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Aurlélio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Lincoln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33249A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0121272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Fazenda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Imperial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Empreendimentos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Imobiliários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Rodolfo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Licurgo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Tertulino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10144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Gleylson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47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0247339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Sociedade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Vitor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Expedito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Neide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71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Amalia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Abreu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19829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48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0398956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Feliciano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Lilian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Lusitano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Cysne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6459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Comercio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Construcao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Ferragens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Jasil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Curadoria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Especial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Ausentes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1111A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49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0887358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Comercial</w:t>
      </w:r>
      <w:r>
        <w:rPr>
          <w:rFonts w:ascii="Times New Roman" w:hAnsi="Times New Roman" w:eastAsia="Times New Roman"/>
          <w:b w:val="0"/>
          <w:color w:val="000000"/>
          <w:spacing w:val="7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Bonde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Cesar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Staudinger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44966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SV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Elétrico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João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12585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Telecom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0795747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Sebastião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Inocêncio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3274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11299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Scipião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Mascarenhas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17000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Sousa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23968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25575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51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0621941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Roseane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Tenório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Albigenor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Instituto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Desenvolvimento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David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Benevides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Falcão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15118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52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0272738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Sul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América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Saúde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Van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Cleef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273843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Lucena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53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0622415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Independência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Independência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18954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Vandemberg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Feitosa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Whitiney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Furtado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Cedro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30001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54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0219531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Kamila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Cardoso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29545B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55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0800012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0070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Crateús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Cratéus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Estadual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56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0208887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Isaias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Brandão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26103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Saboya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Pires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24156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Brandão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22013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Líder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Tibério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15877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Clarissa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19722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0216447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Líder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Consórcios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Rostand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37246A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Tatiane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42610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0200406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Assis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Guerra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Fabrício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43412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Muniz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31449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59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0254383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Evangelista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Saulo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Régis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25269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Calderon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114904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0626261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0219932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Infância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Juventude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Gondim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Feitoza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41850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62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0200901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37066A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Chagas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Jakson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Rodrigues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36809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Maykson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Clemente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36788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Palmeira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Dantas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37626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72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63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0202370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Vaudenice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Uchoa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Amorim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Sobreira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9414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Josefa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Neuma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Joseimar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Uchoa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Diogo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28611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Mateus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Total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63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KÁTIA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CILENE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TEIXEIRA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forem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qualquer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motivo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mencionada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</w:p>
    <w:p>
      <w:pPr>
        <w:widowControl/>
        <w:wordWrap w:val="0"/>
        <w:autoSpaceDE w:val="0"/>
        <w:autoSpaceDN w:val="0"/>
        <w:spacing w:line="160" w:lineRule="exact" w:before="40" w:after="2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subsequente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independentemente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intimação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40" w:after="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Câmara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Privado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-1"/>
          <w:sz w:val="16"/>
        </w:rPr>
        <w:t>PAUTA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Número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Pauta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43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PRIMEIRA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ORDINÁRIA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DESIMPEDIDA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PARTIR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FORMA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ART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4º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CPC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HABILITADOS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SUSTENTAÇÃO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ORAL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KATIA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@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BR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64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0633156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31ª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Comercial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Lotérica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Pague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Fácil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Valente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6433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Antonio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Fábio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CORPVS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Segurança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Eletrônica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Benevides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Ferrer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Priscila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Ferrer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27777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Supermercado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Thays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19462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65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0003820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0053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Camocim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Camocim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Domingos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Rosa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21906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Sombra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66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0052831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0071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Luiza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Nóbrega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11724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Wilians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Fratoni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16599A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67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0050150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0101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Raimundo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Suely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34535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David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68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0050954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Demetrio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Suely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34535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Quezado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Santos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36159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69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0250479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Penha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Torres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7555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Peixoto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70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0623039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Maracanaú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Emidio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Bernardo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Ruy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22100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VIP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Gestão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LogŽstica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C6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Lorenzi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129134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Scheunemann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Longhi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222239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Getcar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Leiloes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Oficial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71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0639859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Empresarial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Recuperação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Falências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Rola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Bezerra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22373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Massa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Falida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Representação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Alimentos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Eireli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Claudia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24927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72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0553265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Solana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6972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Cezar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73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0621843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Ipiranga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Produtos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Catarina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29373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Posto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Esmeralda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73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Ritalice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Abreu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Jozimario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Fonseca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Marinho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74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0621886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Daycoval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Ivonete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Pacheco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23028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Renan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Abdon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20837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Vinicius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Maciel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22572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75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0054325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0064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Wilis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Aderaldo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Mendonca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33269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Filipe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Mendonca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34899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76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0228352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Master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Eletrônica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Brinquedos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Riomar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Shopping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Raphael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Ayres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16077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77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0622898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Ipiranga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Produtos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Catarina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29373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Henrique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78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0202264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Itaucard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Scortecci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37139A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Rogerio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79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0626660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Cascavel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Cascavel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Suzy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10051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0217863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Itaucard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Scortecci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248970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Ilson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Freires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0628405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50002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Eusebio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Eusébio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Lorena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Edner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Goulart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266217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82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0628615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Curador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Albano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83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0628699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Renata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Kelly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Iwara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26759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84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0227289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30ª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Líder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Álvaro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32405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Alberio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Wagner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29811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Sarah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Bastos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33781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85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0629091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Amparo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Arruda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Zacharias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40855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6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Soluções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Fabricia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Columbia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Participações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Braiscompany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Braiscompany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Braiscompany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Brais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Holding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Participações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Games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Software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Braistech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Centro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Inovação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Tecnologia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Braiscompany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Soluções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Digitais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Treinamentos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86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0629360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Mauricio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Laurentino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Mikaelly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47871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Hilo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87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0630467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Siga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Fibra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Vipnet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Solutions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Ibiapina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Nikolas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88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0630664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31239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181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89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0053362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74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INBOP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Indústria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Borracha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Polímeros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Geraldo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Dantas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Júnior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43349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0630725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Aracati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Aracati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Saulo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22281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Allan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Danísio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41958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91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0200462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Condomínio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Praça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Leandro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26157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Rayanne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Daiara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33181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Pablo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Buzato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Figueiredo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Douglas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Figueiredo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20590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92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0200462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Pablo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Buzato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Figueiredo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Douglas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Figueiredo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20590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Diagonal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Empreendimentos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Djacir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Parahyba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18567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Condomínio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Praça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Leandro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26157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Rayanne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Daiara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33181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0631074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27ª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Edneida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dos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Eufrasio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Dobel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Benigno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45012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Daycoval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Antônio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Lugus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Promoção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Vendas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Lugus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Cred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94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0631125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Katherine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Otoch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Simões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Vivian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Otoch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Simões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Inventariante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Vivian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Otoch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Simões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Marcus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Pessôa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Inês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Juraci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Mourão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14088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Isabelly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Cysne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34932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Renata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27057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Incorporadora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PIBB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Inês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Fontenele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Sophia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Fontenele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Esteves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Fontenele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13714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95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0202220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Nadir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Sinobilina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Torres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96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0631427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Lourdes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Procurador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97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0631546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25ª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20746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Magno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Mauricio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17550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98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0000190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Itapajé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Itapajé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Josefa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Saraiva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Sarah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Camelo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Camelo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24571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99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0200656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Infância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Juventude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Mônika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Portela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34139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Ari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42568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Estadual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OO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100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0015852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Dulce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Liana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Inventariante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Dulcilene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3373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Karol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Wojtyla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Frederico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7847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101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0130056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20ª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Raul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Shopping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Parangaba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102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0255083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Eliennay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Aline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Maciel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36005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103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0206113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Rafael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Mourisca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Rabelo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Lacerda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Vidal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38770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Apple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Computer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Renata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Malcon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24805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Badaró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22772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João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Muniz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203012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75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104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0664873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Seta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Micros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Claudia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Caetano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Beserra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Silvio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Attila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Lyra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Accioly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Miriam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Pimenta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Lyra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Augusto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Falcão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12414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Ivan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Falcão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18445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Jamila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Braga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38875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Eládio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Pamplona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44814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0053452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Elda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Napoleão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Quezado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Mateus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39774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106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0234959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Fabrizio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Porfirio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38525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Djanira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Mororó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18985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Luziane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34381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107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0257027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Sociedade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Lariane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Célio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9925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108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0175432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Clodoaldo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Sandra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Saraiva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39740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Natália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Reis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Paixão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28316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Aquarela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Magis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Construções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BSPAR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Marcus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Vinícius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Albuquerque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5530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109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0202356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Nadini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Felix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Weber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110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0208583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Caixa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Previdência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Assistência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Servidores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Fundação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Nacional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Saúde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CAPESESP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Salek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Ruiz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94228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Wellington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Dantas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43050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MENDES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3"/>
          <w:sz w:val="16"/>
        </w:rPr>
        <w:t>111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0200786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Maracanaú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Chagas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Botti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422056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Sky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Serviços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Larga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Denner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Mascarenhas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41218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112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0633439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20ª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Comercio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Representações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Ivan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Wania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Elano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4934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113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0200820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Araújo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Nathália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20796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Pan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Simões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114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0050771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0119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Maranguape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Maranguape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24314A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Ribamar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Olavo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Cerqueira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22322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115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0634919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Sheila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Dantas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Valeria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Vasconcelos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Eriberto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Rubens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Studart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16081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Norões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Milfont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15248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116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Recorrente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Sofia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15114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Aderlanne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30421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Felipe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Bessa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46489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39847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Recorrida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Norões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Milfont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15248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Rubens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Studart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16081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Rubens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Cézar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42725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117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0008554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Rogena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Weaver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Noronha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118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0201990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Antonio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Porfiro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Thiago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181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119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0050590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0140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Paracuru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Paracuru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76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Simões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120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0202272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Antonio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Olinda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Paes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38088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Pan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Simões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121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0051157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0121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Massapê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Massapê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Galdino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34096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Jesiel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Duarte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41194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Diego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Hyury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36038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122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0034464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Isabel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39866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123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0200697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Lusineuda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Daycoval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Bastos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Porciuncula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Benghi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32401A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124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0202597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Nazaré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Candido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Evangelista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Vital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Valdemiro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45911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125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0050254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0131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Mulungu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Mulungu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Liduina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Guilherme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Eliano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21516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Sales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126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0288101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Matias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Rosedson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Lôbo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44580A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Drummond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108112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127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0201336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0113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Neci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Batista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Douglas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Viana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21587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Consignado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Eny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Angé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Soledade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Bittencourt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40797A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128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0635770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Dall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35331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Isadora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Silva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37102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129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0200467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0133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2º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Otacilia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Jarbas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43139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130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0257166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10ª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Gall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Representações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Solon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5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26757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Shopping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Parangaba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Amanda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Arraes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32111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0252127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Infância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Juventude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Estadual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132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0200048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0058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Cariré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Cariré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Domingos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Macedo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30550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Larissa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Rossi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45388A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133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0219055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Rebeka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Asevedo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Abreu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Tranca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Pimentel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Archanjo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41822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46673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Unibanco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Holding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Lídio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134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0218020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7ª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Dominik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37479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Trino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87929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Pordeus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23599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135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0286323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Coutinho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Gadelha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22125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Adryu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Régis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Rolim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24916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Thales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Machado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29558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Ivone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Mikael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24800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136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0254514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Portoseg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Rosângela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205961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77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137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0015854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Compescal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Pescado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Aracatiense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Expedito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Perpetua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Clóvis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Ricardo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Caldas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Mapurunga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Evandro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Paz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18370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Safra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Júlio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Rolim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Joaquim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23134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138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0216689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Gerailton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39225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Gomes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139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0292713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Eugênio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103082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Lívia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Cunha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19074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140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0206651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0167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Isabela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Siqueira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Anchieta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Loiola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32121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Amaury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Dines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46731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0050285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0128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Crefisa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Lázaro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8125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Brena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Késsia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40763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Breno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Castro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26491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Manuel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142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0225504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Votorantim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Luma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Luma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28511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143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0235598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Brasilcrédito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Bonavides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Cunha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Bitar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19880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Condominio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Edificio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Jangada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Isabel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Pallynne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Portela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31377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0227177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Schulze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35635A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145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0200036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0071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Bradesco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Elisabete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11074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146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0122679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Nagela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Testemunha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Germana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BEATY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INDÚSTRIA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LTDA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‘’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CADIVEU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”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Elisabeth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Ramos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26135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INACIA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KARTJANNY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LOJAS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LINDONA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Preposta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Amanda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147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0256713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Zuila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José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148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0271730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Monteiro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60359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Wesley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Teles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Defensoria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149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0000556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0203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Ocara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Ocara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Ferreira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Olintho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24088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Embratel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TVSAT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Telecomunicações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Claro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TV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Cardoso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14503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0200133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0114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Lavras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Mangabeira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Lavras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Mangabeira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Lindoval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Renato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Jhyully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Beserra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42362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0224499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Beach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Bike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Distribuidora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Pecas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Bicicletas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Eireli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Helder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22692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Safra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Luciana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Amorim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152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0201220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0117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Maracanaú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Financiamentos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35179A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Eliane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Karolinne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Torquato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46879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153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0014921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0100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Itapajé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Itapajé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Bôa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Sarah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24571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78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Agência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Itapajé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Prado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24314A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154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0296498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Safra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23747A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155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0200031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0104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Itarema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Itarema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Bonifácio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Dyego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Rios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28565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Volkswagen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Fontelles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119910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Konstantinos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Jean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Andreopoulos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131758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MENDES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156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0225837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Ceará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Residência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Jocimar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Estalk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247302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157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0217937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Alessandra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Furtunato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25586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Roseany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Viana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10952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Agripina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Xaxa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MENDES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158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0255360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Wilians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Fratoni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16599A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MENDES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159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0278815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Votorantim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160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0224906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Financiamentos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Rosângela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Corrêa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27988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Pimentel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Archanjo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41822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46673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FORTE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Total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160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KÁTIA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CILENE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TEIXEIRA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forem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qualquer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motivo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mencionada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</w:p>
    <w:p>
      <w:pPr>
        <w:widowControl/>
        <w:wordWrap w:val="0"/>
        <w:autoSpaceDE w:val="0"/>
        <w:autoSpaceDN w:val="0"/>
        <w:spacing w:line="160" w:lineRule="exact" w:before="40" w:after="2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subsequente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independentemente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intimação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40" w:after="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Câmara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Privado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-1"/>
          <w:sz w:val="16"/>
        </w:rPr>
        <w:t>PAUTA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240" w:after="2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Número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Pauta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43</w:t>
      </w:r>
    </w:p>
    <w:p>
      <w:pPr>
        <w:widowControl/>
        <w:wordWrap w:val="0"/>
        <w:autoSpaceDE w:val="0"/>
        <w:autoSpaceDN w:val="0"/>
        <w:spacing w:line="160" w:lineRule="exact" w:before="4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PRIMEIRA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ORDINÁRIA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DESIMPEDIDA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PARTIR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FORMA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ART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4º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CPC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HABILITADOS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SUSTENTAÇÃO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ORAL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KATIA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@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BR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161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0049799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FCF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Administração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Imóveis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Imobiliária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Nossa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Senhora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Conceição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Flavia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Angert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19617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Teodulfo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Magalhaes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Teodulfo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5512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AIRTON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162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0055733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25ª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Gboex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Previdencia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Privada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Deborah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Sperotto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51634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Rego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163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0025748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Feliciano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1094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10042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Curadora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0477661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24ª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Táxi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Aéreo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Ademar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15786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Servnac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Segurança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Adenauer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Moreira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16029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Joyce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Marconi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79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0215807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15ª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Lindalva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Saraiva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Marinho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15807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Escritório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Jurídico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Espólio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Inventariante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Tânia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Miguel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Nasser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Hissa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Macêdo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Rui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Leal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Rui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Leal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16411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166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0213415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Wagner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Linhares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Karla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Vanessa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15087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Paz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AMIL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Assistência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Internacional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Vigna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167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0000013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0183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Milagres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Milagres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Vicente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Valdemiro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45911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Larissa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Rossi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16330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168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0052393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0071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Posto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Combustíveis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Derivados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Leopoldo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10129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Ipiranga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Produtos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Petróleo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Cavalcanti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193531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AIRTON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169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0006763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0064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DPA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Distribuidora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Lubrificantes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EIRELI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Ibiapina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Nikolas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Peixoto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Sofape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Fabricante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Filtros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Mischi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Castiglioni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274854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0186523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Locabrás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Segurança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Valores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31593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Junior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Kalina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Representada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Junior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Kalina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Luan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Sophia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Renata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23296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Yara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22518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Osmar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22771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0013417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0158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Valdilene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Rebouças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Yasmin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Rogério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35733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Adilson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Xavier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Evangelista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Evangelista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Pericles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Novais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19531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27845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172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0868321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Água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Esgoto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CAGECE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Alcides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0241522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Miguel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5712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Gaspar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Junior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Mauro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Júnior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Rios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5714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Ivonize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Gaspar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Vládia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Mamede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21499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Gaspar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174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0229988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Eneas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Bezerra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Junior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Matheus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Furtado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Eliana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Helder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7195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26091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175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0190830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Lustosa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Construções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EIRELI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EPP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Valdimiro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Bispo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36086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Meireles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44109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Ferrari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EIRELI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Alberto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Sudario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Meiriane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Sudário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21644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Sudario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24943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176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0260440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Josean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Justino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Halison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44462A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Vista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Serviços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Hélio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Yazbek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168204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177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0021864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Lúcia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Rokylane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31058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David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0000035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0178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Uruburetama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Uruburetama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Thyara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Barreto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26200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Companhia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ALBUQUERQUE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179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0050812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0161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Acaraú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Acaraú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Mykael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Vyctor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Xavier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Roberson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Penha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24029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Avon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Cosméticos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Ellen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131600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80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180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0234350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Osimar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Mendonça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Júlia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Acioly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44807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Sílvia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Helena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32139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Viação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Siará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Grande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ALBUQUERQUE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181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0638376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Sivalda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37877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Lizandra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Muniz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Santos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41401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Crefisa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Lázaro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31757A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182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0638376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6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Sivalda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37877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Crefisa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Lázaro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31757A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AIRTON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183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0200282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5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C6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Consignado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Rafaella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32766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Amanda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Ataide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59950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Francineide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Ruan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43870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Adriano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47780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184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0051424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0084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Consignado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William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Kleber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28587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185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0193066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Ceará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Beneficente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São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Hospital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’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Imaculada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Gordiano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8667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186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0050387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0084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Larissa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Sento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Rossi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16330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William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Kleber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28587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ALBUQUERQUE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187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0050004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Interno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Orós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Orós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Calderon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114904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Elsa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20417A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188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0246382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Unibanco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Eny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Angé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Soledade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Bittencourt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29442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Gilson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Alexandre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Aragão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189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0640790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Energética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Andressa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Caroliny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Nicácio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Deila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Thaíse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41770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0200707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Paraná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Manuela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Camers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32295A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Luíza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Ronneria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Lacerda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62386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191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0200413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Assis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Guerra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Fabrício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43412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Muniz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31449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Mendonça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22543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0171160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Federação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Unimeds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Amazônia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Cooperativas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Trabalho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"/>
          <w:sz w:val="16"/>
        </w:rPr>
        <w:t>AP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PA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RR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FAMA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Hermano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Gadelha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Sá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8463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Yago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Renan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Licarião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23230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Leidson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Flamarion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Torres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13040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Luís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Curadora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Rita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Cássia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Unimed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Cooperativa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David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Sombra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16477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193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0224081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Jaqueline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Venancio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Machado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25281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&amp;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Consultores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Associados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Frederico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15888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Said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Gadelha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Guerra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17631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Márcio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Rafael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Gazzineo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23495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194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z w:val="16"/>
        </w:rPr>
        <w:t>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0070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Crateús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Cratéus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Allan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Anderson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Acácio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31248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Votorantim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195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0002239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0098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Irauçuba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Iraucuba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Bcv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Credito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Varejo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Feres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Paixão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41287A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Lopes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81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196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0628043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Gilda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9419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Administradora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209551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197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0264287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Liana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29225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Procurador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198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0630613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Limoeiro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Limoeiro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Aldenir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Pierre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Fábio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Colares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41759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199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0003224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Reriutaba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Reriutaba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Orlando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Vale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Victor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46029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0200772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Companhia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Breno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Eurijane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16326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201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0202644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Defensoria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0201297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Felipe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Nacimento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203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0202075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0101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Santander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Siqueira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14326A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Ítalo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40247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204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0002681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0058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Cariré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Cariré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Thaynara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Ripardo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30550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Andréa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5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Linhares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Feijó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17937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0201337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Viagem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Viagem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Felix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Maciel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206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0201731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Cicero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Ruan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43870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Eugênio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Costa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103082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207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0297156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PAN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Lídio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208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0200272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0167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Crédito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Schulze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7629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Emanuel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209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0089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Icapuí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Icapuí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Seguradora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Lider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Consorcios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Rafaella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45542A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Seguradora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Líder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DPVAT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Luana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Iuri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40787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Felix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21907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Total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209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KÁTIA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CILENE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TEIXEIRA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forem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qualquer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motivo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mencionada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</w:p>
    <w:p>
      <w:pPr>
        <w:widowControl/>
        <w:wordWrap w:val="0"/>
        <w:autoSpaceDE w:val="0"/>
        <w:autoSpaceDN w:val="0"/>
        <w:spacing w:line="160" w:lineRule="exact" w:before="40" w:after="8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subsequente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independentemente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intimação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40" w:lineRule="exact" w:before="17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82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Câmara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Privado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-1"/>
          <w:sz w:val="16"/>
        </w:rPr>
        <w:t>PAUTA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240" w:after="2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Número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Pauta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43</w:t>
      </w:r>
    </w:p>
    <w:p>
      <w:pPr>
        <w:widowControl/>
        <w:wordWrap w:val="0"/>
        <w:autoSpaceDE w:val="0"/>
        <w:autoSpaceDN w:val="0"/>
        <w:spacing w:line="160" w:lineRule="exact" w:before="4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PRIMEIRA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ORDINÁRIA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DESIMPEDIDA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PARTIR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FORMA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ART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4º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CPC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HABILITADOS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SUSTENTAÇÃO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ORAL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KATIA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@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BR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219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0028316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50002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Libra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Ligas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Lourdes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Cândido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15324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Heber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Quinderé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Alfran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Enísio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Cordeiro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Ernando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Sobrinho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10054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Rafael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4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220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0060079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50002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Libra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Ligas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Lourdes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Cândido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Francisco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15324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Heber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Quinderé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4328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Alfran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Enísio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Cordeiro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Gurgel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Ernando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Sobrinho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10054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Rommel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Frota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13921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14403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0040439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Arnaldo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Rita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Cassia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Alencar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Diogenes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10721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Celia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SEGUNDO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Revisor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CORTEZ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NETO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222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0136072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Petros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Fundação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Petrobrás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Seguridade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Siqueira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14326A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Cesar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223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0022626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Elder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Júnior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Gaudênio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20944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Marielle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Alavachian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38293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BLP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Clóvis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Caldas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Mapurunga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224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0005664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Guaraciaba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Meirilene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Macedo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15324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Erika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Lacerda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Karenina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Nobre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Elisiário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Nobre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Júnior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Lorena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34908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225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0145747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31ª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Ceará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Loteamentos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Raul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13371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226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0002933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Canindé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Dairton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IPADE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Instituto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Desenvolvimento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Germana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Alcantara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14966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Erika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24020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Keline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Josué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30265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227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0212276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Delfar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Diagnosticos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Jean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Terto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Montenegro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27223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Saboya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12422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8030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Diagam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Industria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Comercial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Elaine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218716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Edilson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252615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228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0632589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Eliane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Leão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Mattos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5305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Lincoln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Mattos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15053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Wilber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26279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Priscila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Fonseca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32440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Scatena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Valle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175423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Clóvis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Caldas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Silveira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Mapurunga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Evandro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Paz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18370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Mapurunga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23554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229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0218108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Odecon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Militão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Sá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18144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Condomínio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Residence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Tour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Van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Piaget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Célia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Castro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11678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Fialho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11459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83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230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0156624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Filiciano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Gaudênio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20944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Danielle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Alves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Benevides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37406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231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0248108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APEL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-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Associação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Pró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Ensino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Livia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Passos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Benevides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Leitão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22779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Cardoso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232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0214184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31ª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Edna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Felismino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Tarso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Felismino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Djacir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Parahyba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18567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Raul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Amaral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13371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233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0637222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Itaú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Unibanco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Eny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Angé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Soledade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Bittencourt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29442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Gerbasi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25254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Farmácia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Samuel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Farma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Bruna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Geovanna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42993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234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0156424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Manhattan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Incorporação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Construção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Otávio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Arruda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5207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Larissa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Evelyn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31791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Adriano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16755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Thereza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Graça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19246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Berlindes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Bernaldo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Helder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Alves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8638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235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0290365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Gadelha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Reubem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Gabriel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39746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Companhia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Distribuição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Gallardo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Correia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247066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0152000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23ª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Aloisio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Advocacia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Aloisio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13167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Ximenes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Ávila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16391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Oi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Recuperação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Judicial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237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0639756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Sucessões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Haroldo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Pereira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Júnior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Clarice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Luciano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46775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Aníbal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Edilene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Maciel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44989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238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0640246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15ª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Marisa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Patricy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Sousa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11502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0269917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Infância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Juventude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Ministério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Estadual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240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0621113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Wagner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Rodrigues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Cesar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Bertosi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18902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Newland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Veiculos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Roque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22463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241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0152928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Lélia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Anaissi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Mello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18591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Darcy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Gonçalves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Administradora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Shopping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Centers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Inter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Empreendimentos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Imobiliários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BG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Ancar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Empreendimentos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Imobiliários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Igor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Lobato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34726A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242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0208318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Antônio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Felix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Luciano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França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Narcelio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Cinthia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Greyne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28569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Napoleão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Quezado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Josenalva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Guilherme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Albino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Luthiane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Quesado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30880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243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0052932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Sucessões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Alexander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Berlin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Arquimedes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Faustino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36578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Zeneide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Juvenal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Walmir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Medeiros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16977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Marianna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Gueiros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26792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244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0223703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Conceição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Romênia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Rafaella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19455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Renata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Ribeiro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28424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Pan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Simões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181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245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0622652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Maracanaú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Neuza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84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Massa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Falida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Cruzeiro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Sul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Oreste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Nestor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Laspro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98628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246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0136133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15ª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Isabel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Haroldo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Gutemberg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Urbano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Benevides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28242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Messer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Gases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Roncholi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72002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247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0094345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Neida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Elano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Medeiros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27380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Jesus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Freire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Helena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Patricia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Bessa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12193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Abneas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4618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248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0200243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0035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Aracati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Aracati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Itaucard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Cristina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Scortecci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248970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Caetano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249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0625494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Sandra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Lavor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8831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João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Mendonça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29500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&amp;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Comércio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Serviços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Locação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Veículos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Amorim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Edite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0625885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Helder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Coelho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Thiago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Emanuel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Alexandrino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Emanuel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Alexandrino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17028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251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0185138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35ª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LANDIM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Frederico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Brito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25967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Jacó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Eurivan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7488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Maurílio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38383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0007171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0117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Maracanaú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Aurineide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Kellyanny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37229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Jorge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Henrique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Frota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32626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MRV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Engenharia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Participações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André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Jacques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Luciano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Uchôa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325150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Leonardo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Fialho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108654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253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0212911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Cristiano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Cardoso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Giovanna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Valentim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Cozza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412625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254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0627895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Calderon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114904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113887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Alvares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Evandro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Lago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23560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255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0628429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Orivaldo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Limeira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Bruno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Ellery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24636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Suzete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Roberto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Aleksandra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Reis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Adriano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Geoffrey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Góis</w:t>
      </w:r>
      <w:r>
        <w:rPr>
          <w:rFonts w:ascii="Times New Roman" w:hAnsi="Times New Roman" w:eastAsia="Times New Roman"/>
          <w:b w:val="0"/>
          <w:color w:val="000000"/>
          <w:spacing w:val="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14714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256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0005116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0120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Tadeu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Carmen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Rios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28933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Newton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15833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Vasconcelos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29712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Glenda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Ulle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Neves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Leorne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33872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257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0628521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26ª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Safra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Ney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44243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Cleide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Honcy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Flávio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Fernandes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Tavares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89801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Renato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Raquello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Passos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133946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Vinicius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Garro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211380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258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0201384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BMG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Rafaella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32766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Farias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Bandeira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Leite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42107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259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0006640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0112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Aparecida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Aquino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Chaves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Filipe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Galvão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49166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Lázaro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Victor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40334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Continental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Factoring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Afrânio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7367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Socorro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Conceição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Moreira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12296B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260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0133722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Edilson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Queiroz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Junior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Custodio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29734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Campos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Viana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10576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Diógenes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Saldanha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Elton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Jonathas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13420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181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0241205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Remessa</w:t>
      </w:r>
      <w:r>
        <w:rPr>
          <w:rFonts w:ascii="Times New Roman" w:hAnsi="Times New Roman" w:eastAsia="Times New Roman"/>
          <w:b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Necessária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Elizabete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Bezerra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85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Crescêncio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Joaquim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Eduardo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Cavalcante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8876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Edifício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Twin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Tower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Residence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Danny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Memória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30539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262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0630139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</w:t>
      </w:r>
      <w:r>
        <w:rPr>
          <w:rFonts w:ascii="Times New Roman" w:hAnsi="Times New Roman" w:eastAsia="Times New Roman"/>
          <w:b w:val="0"/>
          <w:color w:val="000000"/>
          <w:spacing w:val="6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Bonzano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Francisca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Adenizia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Márcio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Clemente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Mello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28753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Venture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Capital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Participações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Investimentos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Residence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Club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At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Hard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Rock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Hotel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Hard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Rock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Brazil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Gerenciamento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Hoteis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263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0203357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0112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Juazeiro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Norte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Ruan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264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0052793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Quixadá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Quixadá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Paraná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Marissol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Jesus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Filla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17245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Fabiano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Xavier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Hárnesson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Carneiro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21656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265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0200117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0028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Acaraú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Acaraú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Itaucard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Cristiane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Belinati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Garcia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23649A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Elizeu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EVERARDO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266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0264228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5ª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Lojas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Riachuelo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Mahfuz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Vezzi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31478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Gerailton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Borges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Alex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Freitas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39225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267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0007075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0166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Senador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Pompeu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Senador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Pompeu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Rokylane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Gonçalves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31058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Dourado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268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0632407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65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Agravo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Instrumento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Vilani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Gaudênio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Santiago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Carmo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20944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Agravado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Nordeste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Inácio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8151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Cecília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Dias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35455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269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0222505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Empresarial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Recuperação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Empresas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Falências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Marília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Camelo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Abraão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40032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Arsênia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Breckenfeld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Doralúcia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Azevedo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45627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Abraão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Freire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7851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Giovana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Pedro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25266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Domingos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Sávio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17884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Testemunha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James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Lima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Testemunha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Testemunha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Angelina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Damasceno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Testemunha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Ringo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Lennon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270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0200691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0176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Ubajara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Ubajara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Itaucard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Cristiane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Belinati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Garcia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23649A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271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0051632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0154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Quixeramobim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Quixeramobim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Santander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Eugênio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Ferreira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103082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Raimunda</w:t>
      </w:r>
      <w:r>
        <w:rPr>
          <w:rFonts w:ascii="Times New Roman" w:hAnsi="Times New Roman" w:eastAsia="Times New Roman"/>
          <w:b w:val="0"/>
          <w:color w:val="000000"/>
          <w:spacing w:val="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Helena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Artur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Lourenço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35633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Beathriz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Lourenço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45718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272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0159755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39ª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Wilians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Fratoni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16599A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Calderon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114904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Cerle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Sá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Peixoto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273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0245951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Iatagan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Cavalcante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25680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274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0012057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2015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0075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Eusebio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Eusébio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Mendonça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Marcos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Vinicius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Vianna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9198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Itaucard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Sales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Belchior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17314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275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0220553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21ª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Danilo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Araujo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Hermano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Monteiro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Vieira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36512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Karla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Rebeca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Morais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Eventos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Sociais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..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276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0202169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0029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Acopiara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Antônio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Ednardo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Regios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25034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Vicente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Araújo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32897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Paes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38088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Bradesco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277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0200827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Companhia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Laila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Muniz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Anderson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Magalhães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Campelo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42934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40" w:lineRule="exact" w:before="3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86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4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278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0200034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96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0027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Redenção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Redenção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Ultra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Som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Serviços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Médicos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Nelson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Wilians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Fratoni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Rodrigues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16599A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Luzia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Eriziany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Batista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Feitosa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Andrade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39103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279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0202303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0091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Iguatu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Recorrente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Camilla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Vale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Jimene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222815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Recorrida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Luiza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Everton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44908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280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0268661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26ª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Priscila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Alexandre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Helderson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Barreto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7525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281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0200207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0158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Russas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-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Crédito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Sérgio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Schulze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7629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282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0263927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13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37ª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Allianz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Seguros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Conceição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Clemente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178171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BASANTE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BORBOLLA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321003</w:t>
      </w:r>
      <w:r>
        <w:rPr>
          <w:rFonts w:ascii="Arial" w:hAnsi="Arial" w:eastAsia="Arial"/>
          <w:b w:val="0"/>
          <w:i w:val="0"/>
          <w:color w:val="000000"/>
          <w:sz w:val="16"/>
        </w:rPr>
        <w:t>/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Débora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Domesi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238994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283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0262848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32ª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Honda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Hiran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Leão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Duarte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10422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Evandro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4448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Paiva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Sobrinho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23305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Lopes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18095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Eliete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Matos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10423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Kaue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Martins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Mesquita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284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0213799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7ª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Marco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Crespo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Barbosa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115665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285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0200116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0089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Icapuí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Icapuí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Itaucard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Roberta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Beatriz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Nascimento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192649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José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Lídio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35180A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Daniel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Camilo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Jovelino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Teobaldo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48686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EVERARDO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LUCENA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SEGUNDO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Total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285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4"/>
          <w:sz w:val="16"/>
        </w:rPr>
        <w:t>KÁTIA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CILENE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TEIXEIRA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forem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qualquer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motivo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mencionada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</w:p>
    <w:p>
      <w:pPr>
        <w:widowControl/>
        <w:wordWrap w:val="0"/>
        <w:autoSpaceDE w:val="0"/>
        <w:autoSpaceDN w:val="0"/>
        <w:spacing w:line="160" w:lineRule="exact" w:before="40" w:after="3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subsequente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independentemente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intimação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640" w:after="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Câmara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Privado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-1"/>
          <w:sz w:val="16"/>
        </w:rPr>
        <w:t>PAUTA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JULGAMENTO</w:t>
      </w:r>
    </w:p>
    <w:p>
      <w:pPr>
        <w:widowControl/>
        <w:wordWrap w:val="0"/>
        <w:autoSpaceDE w:val="0"/>
        <w:autoSpaceDN w:val="0"/>
        <w:spacing w:line="160" w:lineRule="exact" w:before="240" w:after="2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5"/>
          <w:sz w:val="16"/>
        </w:rPr>
        <w:t>Número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Pauta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2"/>
          <w:sz w:val="16"/>
        </w:rPr>
        <w:t>43</w:t>
      </w:r>
    </w:p>
    <w:p>
      <w:pPr>
        <w:widowControl/>
        <w:wordWrap w:val="0"/>
        <w:autoSpaceDE w:val="0"/>
        <w:autoSpaceDN w:val="0"/>
        <w:spacing w:line="160" w:lineRule="exact" w:before="4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SERÃO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PRIMEIRA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ORDINÁRIA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DESIMPEDIDA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1"/>
          <w:sz w:val="16"/>
        </w:rPr>
        <w:t>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PARTIR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DAS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00H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"/>
          <w:sz w:val="16"/>
        </w:rPr>
        <w:t>NA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FORMA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PRESENCIAL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ART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937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§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4º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CPC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RESOLUÇÃO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2020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AOS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HABILITADOS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REQUERIMENTO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SUSTENTAÇÃO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ORAL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PELO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KATIA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@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TJCE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BR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287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0626506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0000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Mandado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Segurança</w:t>
      </w:r>
      <w:r>
        <w:rPr>
          <w:rFonts w:ascii="Times New Roman" w:hAnsi="Times New Roman" w:eastAsia="Times New Roman"/>
          <w:b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Empresarial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Recuperação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Falências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Impetrante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Franklin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Holanda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Dalila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30325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Impetrado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Juiz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Direito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Recuperação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Empresas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Falências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288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0504842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3ª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Tania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Sousa</w:t>
      </w:r>
      <w:r>
        <w:rPr>
          <w:rFonts w:ascii="Times New Roman" w:hAnsi="Times New Roman" w:eastAsia="Times New Roman"/>
          <w:b w:val="0"/>
          <w:color w:val="000000"/>
          <w:spacing w:val="5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Bezerra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Raimundo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Malta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8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Araújo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11817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Companhia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Cearense</w:t>
      </w:r>
      <w:r>
        <w:rPr>
          <w:rFonts w:ascii="Times New Roman" w:hAnsi="Times New Roman" w:eastAsia="Times New Roman"/>
          <w:b w:val="0"/>
          <w:color w:val="000000"/>
          <w:spacing w:val="9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Transportes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Metropolitanos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METROFOR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Amanda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Arraes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Araripe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Nunes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32111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4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289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0191203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Luis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Alves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Cruz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Guilherme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Lucas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Ronaldo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Cassimiro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Lorenzen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Pippi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24424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Redasset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Rogério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Aquino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Elissa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Awada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132649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).</w:t>
      </w:r>
    </w:p>
    <w:p>
      <w:pPr>
        <w:widowControl/>
        <w:wordWrap w:val="0"/>
        <w:autoSpaceDE w:val="0"/>
        <w:autoSpaceDN w:val="0"/>
        <w:spacing w:line="160" w:lineRule="exact" w:before="40" w:after="2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Antunes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Ignacio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331963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40" w:lineRule="exact" w:before="5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47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7018019</wp:posOffset>
            </wp:positionH>
            <wp:positionV relativeFrom="page">
              <wp:posOffset>63500</wp:posOffset>
            </wp:positionV>
            <wp:extent cx="474980" cy="593725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93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778443</wp:posOffset>
            </wp:positionH>
            <wp:positionV relativeFrom="page">
              <wp:posOffset>191699</wp:posOffset>
            </wp:positionV>
            <wp:extent cx="6002020" cy="22098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09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713645</wp:posOffset>
            </wp:positionH>
            <wp:positionV relativeFrom="page">
              <wp:posOffset>10041849</wp:posOffset>
            </wp:positionV>
            <wp:extent cx="6132830" cy="1524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396875" cy="1524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15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6764851</wp:posOffset>
            </wp:positionH>
            <wp:positionV relativeFrom="page">
              <wp:posOffset>191301</wp:posOffset>
            </wp:positionV>
            <wp:extent cx="15240" cy="21590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6380620</wp:posOffset>
            </wp:positionH>
            <wp:positionV relativeFrom="page">
              <wp:posOffset>191301</wp:posOffset>
            </wp:positionV>
            <wp:extent cx="12700" cy="21590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108" w:after="0"/>
        <w:ind w:left="0" w:right="0"/>
      </w:pPr>
    </w:p>
    <w:tbl>
      <w:tblPr>
        <w:tblW w:type="auto" w:w="0"/>
        <w:tblInd w:type="dxa" w:w="126"/>
        <w:tblLayout w:type="fixed"/>
        <w:tblLook w:firstColumn="1" w:firstRow="1" w:lastColumn="0" w:lastRow="0" w:noHBand="0" w:noVBand="1" w:val="04A0"/>
      </w:tblPr>
      <w:tblGrid>
        <w:gridCol w:w="4886"/>
        <w:gridCol w:w="4886"/>
      </w:tblGrid>
      <w:tr>
        <w:trPr>
          <w:trHeight w:hRule="exact" w:val="424"/>
        </w:trPr>
        <w:tc>
          <w:tcPr>
            <w:tcW w:type="dxa" w:w="8896"/>
            <w:tcBorders>
              <w:top w:val="single" w:sz="19" w:color="000000"/>
              <w:left w:val="single" w:sz="19" w:color="000000"/>
              <w:bottom w:val="single" w:sz="19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42" w:after="0"/>
              <w:ind w:left="122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Disponibilização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segunda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feira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13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novembro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2023</w:t>
            </w:r>
            <w:r>
              <w:rPr>
                <w:rFonts w:ascii="Arial" w:hAnsi="Arial" w:eastAsia="Arial"/>
                <w:b/>
                <w:i w:val="0"/>
                <w:color w:val="000000"/>
                <w:spacing w:val="593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Caderno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2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: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Judiciario</w:t>
            </w:r>
            <w:r>
              <w:rPr>
                <w:rFonts w:ascii="Arial" w:hAnsi="Arial" w:eastAsia="Arial"/>
                <w:b/>
                <w:i w:val="0"/>
                <w:color w:val="000000"/>
                <w:spacing w:val="49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Fortaleza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Ano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XIV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Edição</w:t>
            </w:r>
            <w:r>
              <w:rPr>
                <w:rFonts w:ascii="Times New Roman" w:hAnsi="Times New Roman" w:eastAsia="Times New Roman"/>
                <w:b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14"/>
              </w:rPr>
              <w:t>3196</w:t>
            </w:r>
          </w:p>
        </w:tc>
        <w:tc>
          <w:tcPr>
            <w:tcW w:type="dxa" w:w="645"/>
            <w:tcBorders>
              <w:top w:val="single" w:sz="19" w:color="000000"/>
              <w:bottom w:val="single" w:sz="19" w:color="000000"/>
              <w:right w:val="single" w:sz="19" w:color="000000"/>
            </w:tcBorders>
            <w:shd w:fill="00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40" w:lineRule="exact" w:before="83" w:after="0"/>
              <w:ind w:left="184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FFFFFF"/>
                <w:sz w:val="24"/>
              </w:rPr>
              <w:t>87</w:t>
            </w:r>
          </w:p>
        </w:tc>
      </w:tr>
    </w:tbl>
    <w:p>
      <w:pPr>
        <w:widowControl/>
        <w:wordWrap w:val="0"/>
        <w:autoSpaceDE w:val="0"/>
        <w:autoSpaceDN w:val="0"/>
        <w:spacing w:line="160" w:lineRule="exact" w:before="226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290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0493943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2011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34ª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Iris</w:t>
      </w:r>
      <w:r>
        <w:rPr>
          <w:rFonts w:ascii="Times New Roman" w:hAnsi="Times New Roman" w:eastAsia="Times New Roman"/>
          <w:b w:val="0"/>
          <w:color w:val="000000"/>
          <w:spacing w:val="5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Rabelo</w:t>
      </w:r>
      <w:r>
        <w:rPr>
          <w:rFonts w:ascii="Times New Roman" w:hAnsi="Times New Roman" w:eastAsia="Times New Roman"/>
          <w:b w:val="0"/>
          <w:color w:val="000000"/>
          <w:spacing w:val="4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Moacir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Alencar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9800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Alysson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15526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Alyne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Juca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Aguiar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23187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Santander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Joaquim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Cabral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Neto</w:t>
      </w:r>
      <w:r>
        <w:rPr>
          <w:rFonts w:ascii="Times New Roman" w:hAnsi="Times New Roman" w:eastAsia="Times New Roman"/>
          <w:b w:val="0"/>
          <w:color w:val="000000"/>
          <w:spacing w:val="3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24196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Revisor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FÁTIMA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LOUREIRO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0124783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Administradora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de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Consórcios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Antinolfi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25812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Clayton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Möller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21483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Osíris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Antinolfi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22189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Carlos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Fernando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Almeida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Rocivanda</w:t>
      </w:r>
      <w:r>
        <w:rPr>
          <w:rFonts w:ascii="Times New Roman" w:hAnsi="Times New Roman" w:eastAsia="Times New Roman"/>
          <w:b w:val="0"/>
          <w:color w:val="000000"/>
          <w:spacing w:val="3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Erilúcia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Abreu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35468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292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0123906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w w:val="101"/>
          <w:sz w:val="16"/>
        </w:rPr>
        <w:t>11ª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Telefônica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Felipe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Esbroglio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Barros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310300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Carolina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Rosa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Roncatto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117752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Muza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Construtora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Thomas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20498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Natalia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Pinto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Torres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Melo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Romcy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27342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293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0113198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Fundo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Direitos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Créditorios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Padronizados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FIDC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NPL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Thiago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Mahfuz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Vezzi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31478A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Neide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dos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Patrícia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Monteiro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9993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294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0200381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50000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Embargos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Declaração</w:t>
      </w:r>
      <w:r>
        <w:rPr>
          <w:rFonts w:ascii="Times New Roman" w:hAnsi="Times New Roman" w:eastAsia="Times New Roman"/>
          <w:b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15ª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Embargante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Pitombeira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Sociedade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Individual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Advocacia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Caio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Cantal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Souza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31095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Embargado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Preferencial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Incorporações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Participações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Ltda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Juliana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Abreu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Teixeira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13463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PAULO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295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0401537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2010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6ª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Diesel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Brasil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Importadora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Exportadora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Produtos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Informatica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Eletronicos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Ltda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296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0216147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7ª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Marciana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Santos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4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Oliveira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Lilian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Vidal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340877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Nei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Calderon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114904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297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0202162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39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0173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Celia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Gonzaga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Jozué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Jesus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Nogueira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44473B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Losango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-4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Múltiplo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Sampaio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Menezes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Júnior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9075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298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0234738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53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7ª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Renata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Moura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Pinheiro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41051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Ricardo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Paula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Pontes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38724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Repr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Legal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16"/>
        </w:rPr>
        <w:t>TALYT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BRUNA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LIMA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SOARES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299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0289076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74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0001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4ª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Família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dos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Madeiro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Maciel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28360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T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6"/>
        </w:rPr>
        <w:t>V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-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6"/>
        </w:rPr>
        <w:t>P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6"/>
        </w:rPr>
        <w:t>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..</w:t>
      </w:r>
      <w:r>
        <w:rPr>
          <w:rFonts w:ascii="Times New Roman" w:hAnsi="Times New Roman" w:eastAsia="Times New Roman"/>
          <w:b w:val="0"/>
          <w:color w:val="000000"/>
          <w:spacing w:val="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300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0200803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42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0101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2ª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Itapipoca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Companhia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Energética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ENEL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Antônio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Cleto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Gomes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5864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Maria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Vanisse</w:t>
      </w:r>
      <w:r>
        <w:rPr>
          <w:rFonts w:ascii="Times New Roman" w:hAnsi="Times New Roman" w:eastAsia="Times New Roman"/>
          <w:b w:val="0"/>
          <w:color w:val="000000"/>
          <w:spacing w:val="2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Monteiro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Advogada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Cleudivânia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Braga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Veras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21560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301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0066837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41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2016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0064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Caucaia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Banco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Lúcia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Antinolfi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25812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Osíris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Antinolfi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Filho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22189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1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Matheus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Pessoa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38819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Filipe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Augusto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Costa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20587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Clayton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Möller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21483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Narciso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Carvalho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Marques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Defensoria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3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do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Ceará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302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0200558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09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0173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1ª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Tianguá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1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Aymoré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Crédito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Financiamento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Investimento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3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Gustavo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Rodrigo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Góes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Nicoladeli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8927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Requerido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3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Jose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Ubiratam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Rocha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303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0200093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-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8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06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.</w:t>
      </w:r>
      <w:r>
        <w:rPr>
          <w:rFonts w:ascii="Arial" w:hAnsi="Arial" w:eastAsia="Arial"/>
          <w:b/>
          <w:i w:val="0"/>
          <w:color w:val="000000"/>
          <w:spacing w:val="3"/>
          <w:sz w:val="16"/>
        </w:rPr>
        <w:t>0113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Apelação</w:t>
      </w:r>
      <w:r>
        <w:rPr>
          <w:rFonts w:ascii="Times New Roman" w:hAnsi="Times New Roman" w:eastAsia="Times New Roman"/>
          <w:b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Cível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-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Vara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Única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Comarca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Jucás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Antonia</w:t>
      </w:r>
      <w:r>
        <w:rPr>
          <w:rFonts w:ascii="Times New Roman" w:hAnsi="Times New Roman" w:eastAsia="Times New Roman"/>
          <w:b w:val="0"/>
          <w:color w:val="000000"/>
          <w:spacing w:val="2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Carlos</w:t>
      </w:r>
    </w:p>
    <w:p>
      <w:pPr>
        <w:widowControl/>
        <w:wordWrap w:val="0"/>
        <w:autoSpaceDE w:val="0"/>
        <w:autoSpaceDN w:val="0"/>
        <w:spacing w:line="160" w:lineRule="exact" w:before="40" w:after="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Silva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Antonio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Rozemir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Dutra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Pereira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53614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SC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Apelado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Banco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Bradesco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-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Advogado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Thiago</w:t>
      </w:r>
    </w:p>
    <w:p>
      <w:pPr>
        <w:widowControl/>
        <w:wordWrap w:val="0"/>
        <w:autoSpaceDE w:val="0"/>
        <w:autoSpaceDN w:val="0"/>
        <w:spacing w:line="160" w:lineRule="exact" w:before="40" w:after="120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Barreira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Romcy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OAB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23900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/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CE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).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Relator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6"/>
        </w:rPr>
        <w:t>PAULO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AIRTON</w:t>
      </w:r>
      <w:r>
        <w:rPr>
          <w:rFonts w:ascii="Times New Roman" w:hAnsi="Times New Roman" w:eastAsia="Times New Roman"/>
          <w:b w:val="0"/>
          <w:color w:val="000000"/>
          <w:spacing w:val="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ALBUQUERQUE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6"/>
        </w:rPr>
        <w:t>FILHO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1"/>
          <w:sz w:val="16"/>
        </w:rPr>
        <w:t>Total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julgar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3"/>
          <w:sz w:val="16"/>
        </w:rPr>
        <w:t>303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Fortaleza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13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novembro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2023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60" w:lineRule="exact" w:before="240" w:after="120"/>
        <w:ind w:left="333" w:right="0" w:firstLine="0"/>
        <w:jc w:val="left"/>
      </w:pPr>
      <w:r>
        <w:rPr>
          <w:rFonts w:ascii="Arial" w:hAnsi="Arial" w:eastAsia="Arial"/>
          <w:b/>
          <w:i w:val="0"/>
          <w:color w:val="000000"/>
          <w:spacing w:val="4"/>
          <w:sz w:val="16"/>
        </w:rPr>
        <w:t>KÁTIA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5"/>
          <w:sz w:val="16"/>
        </w:rPr>
        <w:t>CILENE</w:t>
      </w:r>
      <w:r>
        <w:rPr>
          <w:rFonts w:ascii="Times New Roman" w:hAnsi="Times New Roman" w:eastAsia="Times New Roman"/>
          <w:b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/>
          <w:i w:val="0"/>
          <w:color w:val="000000"/>
          <w:spacing w:val="4"/>
          <w:sz w:val="16"/>
        </w:rPr>
        <w:t>TEIXEIRA</w:t>
      </w:r>
    </w:p>
    <w:p>
      <w:pPr>
        <w:widowControl/>
        <w:wordWrap w:val="0"/>
        <w:autoSpaceDE w:val="0"/>
        <w:autoSpaceDN w:val="0"/>
        <w:spacing w:line="160" w:lineRule="exact" w:before="240" w:after="20"/>
        <w:ind w:left="333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processos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que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forem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julgados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por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qualquer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motivo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data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acima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mencionada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terão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seu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julgamento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adiado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</w:p>
    <w:p>
      <w:pPr>
        <w:widowControl/>
        <w:wordWrap w:val="0"/>
        <w:autoSpaceDE w:val="0"/>
        <w:autoSpaceDN w:val="0"/>
        <w:spacing w:line="160" w:lineRule="exact" w:before="40" w:after="581"/>
        <w:ind w:left="5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sessão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subsequente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independentemente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nova</w:t>
      </w:r>
      <w:r>
        <w:rPr>
          <w:rFonts w:ascii="Times New Roman" w:hAnsi="Times New Roman" w:eastAsia="Times New Roman"/>
          <w:b w:val="0"/>
          <w:color w:val="000000"/>
          <w:spacing w:val="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5"/>
          <w:sz w:val="16"/>
        </w:rPr>
        <w:t>intimação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</w:p>
    <w:p>
      <w:pPr>
        <w:widowControl/>
        <w:wordWrap w:val="0"/>
        <w:autoSpaceDE w:val="0"/>
        <w:autoSpaceDN w:val="0"/>
        <w:spacing w:line="140" w:lineRule="exact" w:before="1162" w:after="0"/>
        <w:ind w:left="172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Publicação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Oficial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Tribunal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Justiça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Estado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do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Ceará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-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Lei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Federal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nº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"/>
          <w:sz w:val="14"/>
        </w:rPr>
        <w:t>11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419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/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06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,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art</w:t>
      </w:r>
      <w:r>
        <w:rPr>
          <w:rFonts w:ascii="Arial" w:hAnsi="Arial" w:eastAsia="Arial"/>
          <w:b w:val="0"/>
          <w:i w:val="0"/>
          <w:color w:val="000000"/>
          <w:spacing w:val="4"/>
          <w:sz w:val="14"/>
        </w:rPr>
        <w:t>.</w:t>
      </w:r>
      <w:r>
        <w:rPr>
          <w:rFonts w:ascii="Times New Roman" w:hAnsi="Times New Roman" w:eastAsia="Times New Roman"/>
          <w:b w:val="0"/>
          <w:color w:val="000000"/>
          <w:spacing w:val="8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2"/>
          <w:sz w:val="14"/>
        </w:rPr>
        <w:t>4º</w:t>
      </w:r>
    </w:p>
    <w:p>
      <w:pPr>
        <w:spacing w:after="0"/>
        <w:sectPr>
          <w:pgSz w:w="11900" w:h="16840"/>
          <w:pgMar w:top="87" w:right="1044" w:bottom="308" w:left="1084" w:header="720" w:footer="720" w:gutter="0"/>
          <w:cols w:space="720" w:num="1" w:equalWidth="0">
            <w:col w:w="977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1440" w:right="1440" w:bottom="1440" w:left="144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2026-03-17T21:44:32Z</dcterms:created>
  <dcterms:modified xsi:type="dcterms:W3CDTF">2026-03-17T21:44:32Z</dcterms:modified>
  <cp:category/>
</cp:coreProperties>
</file>