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6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381000</wp:posOffset>
            </wp:positionV>
            <wp:extent cx="1308100" cy="2032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381000</wp:posOffset>
            </wp:positionV>
            <wp:extent cx="1397000" cy="889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622300</wp:posOffset>
            </wp:positionV>
            <wp:extent cx="965200" cy="1143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939800</wp:posOffset>
            </wp:positionV>
            <wp:extent cx="6743700" cy="2159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1181100</wp:posOffset>
            </wp:positionV>
            <wp:extent cx="6743700" cy="2286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3606800</wp:posOffset>
            </wp:positionH>
            <wp:positionV relativeFrom="page">
              <wp:posOffset>1549400</wp:posOffset>
            </wp:positionV>
            <wp:extent cx="355600" cy="889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1676400</wp:posOffset>
            </wp:positionV>
            <wp:extent cx="457200" cy="1016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1892300</wp:posOffset>
            </wp:positionV>
            <wp:extent cx="6845300" cy="25400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2171700</wp:posOffset>
            </wp:positionV>
            <wp:extent cx="596900" cy="34290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42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2171700</wp:posOffset>
            </wp:positionV>
            <wp:extent cx="1143000" cy="2032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2413000</wp:posOffset>
            </wp:positionV>
            <wp:extent cx="2679700" cy="1016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2540000</wp:posOffset>
            </wp:positionV>
            <wp:extent cx="596900" cy="3302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2908300</wp:posOffset>
            </wp:positionV>
            <wp:extent cx="762000" cy="3302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2540000</wp:posOffset>
            </wp:positionV>
            <wp:extent cx="1244600" cy="762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2654300</wp:posOffset>
            </wp:positionV>
            <wp:extent cx="1219200" cy="8890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2781300</wp:posOffset>
            </wp:positionV>
            <wp:extent cx="1943100" cy="20320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3022600</wp:posOffset>
            </wp:positionV>
            <wp:extent cx="1549400" cy="8890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3365500</wp:posOffset>
            </wp:positionV>
            <wp:extent cx="6845300" cy="12700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3517900</wp:posOffset>
            </wp:positionV>
            <wp:extent cx="431800" cy="8890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3632200</wp:posOffset>
            </wp:positionV>
            <wp:extent cx="596900" cy="59690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3517900</wp:posOffset>
            </wp:positionV>
            <wp:extent cx="38100" cy="8890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3632200</wp:posOffset>
            </wp:positionV>
            <wp:extent cx="342900" cy="8890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3517900</wp:posOffset>
            </wp:positionV>
            <wp:extent cx="431800" cy="10160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3517900</wp:posOffset>
            </wp:positionV>
            <wp:extent cx="50800" cy="8890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3759200</wp:posOffset>
            </wp:positionV>
            <wp:extent cx="1790700" cy="4572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57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4254500</wp:posOffset>
            </wp:positionV>
            <wp:extent cx="381000" cy="7620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4368800</wp:posOffset>
            </wp:positionV>
            <wp:extent cx="304800" cy="22860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4254500</wp:posOffset>
            </wp:positionV>
            <wp:extent cx="1943100" cy="20320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4495800</wp:posOffset>
            </wp:positionV>
            <wp:extent cx="1549400" cy="8890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4622800</wp:posOffset>
            </wp:positionV>
            <wp:extent cx="762000" cy="7620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4838700</wp:posOffset>
            </wp:positionV>
            <wp:extent cx="6845300" cy="12700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4991100</wp:posOffset>
            </wp:positionV>
            <wp:extent cx="431800" cy="7620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5105400</wp:posOffset>
            </wp:positionV>
            <wp:extent cx="444500" cy="10160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5232400</wp:posOffset>
            </wp:positionV>
            <wp:extent cx="482600" cy="10160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5359400</wp:posOffset>
            </wp:positionV>
            <wp:extent cx="495300" cy="330835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8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5715000</wp:posOffset>
            </wp:positionV>
            <wp:extent cx="304800" cy="22860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4991100</wp:posOffset>
            </wp:positionV>
            <wp:extent cx="1905000" cy="33020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5346700</wp:posOffset>
            </wp:positionV>
            <wp:extent cx="1066800" cy="889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5473700</wp:posOffset>
            </wp:positionV>
            <wp:extent cx="1308100" cy="10160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5600700</wp:posOffset>
            </wp:positionV>
            <wp:extent cx="1943100" cy="20320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5842000</wp:posOffset>
            </wp:positionV>
            <wp:extent cx="1549400" cy="8890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5969000</wp:posOffset>
            </wp:positionV>
            <wp:extent cx="762000" cy="7620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6184900</wp:posOffset>
            </wp:positionV>
            <wp:extent cx="6845300" cy="12700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6337300</wp:posOffset>
            </wp:positionV>
            <wp:extent cx="431800" cy="7620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6451600</wp:posOffset>
            </wp:positionV>
            <wp:extent cx="495300" cy="22860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6337300</wp:posOffset>
            </wp:positionV>
            <wp:extent cx="1498600" cy="20320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6578600</wp:posOffset>
            </wp:positionV>
            <wp:extent cx="1447800" cy="10160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3416300</wp:posOffset>
            </wp:positionH>
            <wp:positionV relativeFrom="page">
              <wp:posOffset>6337300</wp:posOffset>
            </wp:positionV>
            <wp:extent cx="50800" cy="7620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6705600</wp:posOffset>
            </wp:positionV>
            <wp:extent cx="406400" cy="20320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6946900</wp:posOffset>
            </wp:positionV>
            <wp:extent cx="762000" cy="33020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6705600</wp:posOffset>
            </wp:positionV>
            <wp:extent cx="1016000" cy="7620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6819900</wp:posOffset>
            </wp:positionV>
            <wp:extent cx="1943100" cy="21590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7061200</wp:posOffset>
            </wp:positionV>
            <wp:extent cx="1549400" cy="8890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7404100</wp:posOffset>
            </wp:positionV>
            <wp:extent cx="6845300" cy="25400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54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7683500</wp:posOffset>
            </wp:positionV>
            <wp:extent cx="444500" cy="10160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7683500</wp:posOffset>
            </wp:positionV>
            <wp:extent cx="1295400" cy="10160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7810500</wp:posOffset>
            </wp:positionV>
            <wp:extent cx="495300" cy="21590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15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7810500</wp:posOffset>
            </wp:positionV>
            <wp:extent cx="990600" cy="7620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6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7924800</wp:posOffset>
            </wp:positionV>
            <wp:extent cx="749300" cy="8890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8051800</wp:posOffset>
            </wp:positionV>
            <wp:extent cx="584200" cy="33020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8420100</wp:posOffset>
            </wp:positionV>
            <wp:extent cx="762000" cy="33020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8051800</wp:posOffset>
            </wp:positionV>
            <wp:extent cx="1524000" cy="8890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8166100</wp:posOffset>
            </wp:positionV>
            <wp:extent cx="1219200" cy="8890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8293100</wp:posOffset>
            </wp:positionV>
            <wp:extent cx="1943100" cy="20320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8534400</wp:posOffset>
            </wp:positionV>
            <wp:extent cx="1549400" cy="8890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9867900</wp:posOffset>
            </wp:positionV>
            <wp:extent cx="6845300" cy="11430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797051</wp:posOffset>
            </wp:positionV>
            <wp:extent cx="6847840" cy="1016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8883396</wp:posOffset>
            </wp:positionV>
            <wp:extent cx="6847840" cy="762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608" w:right="522" w:bottom="1400" w:left="522" w:header="720" w:footer="720" w:gutter="0"/>
          <w:cols w:space="720" w:num="1" w:equalWidth="0">
            <w:col w:w="10863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6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381000</wp:posOffset>
            </wp:positionV>
            <wp:extent cx="1308100" cy="20320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5753100</wp:posOffset>
            </wp:positionH>
            <wp:positionV relativeFrom="page">
              <wp:posOffset>381000</wp:posOffset>
            </wp:positionV>
            <wp:extent cx="1397000" cy="8890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622300</wp:posOffset>
            </wp:positionV>
            <wp:extent cx="965200" cy="11430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1066800</wp:posOffset>
            </wp:positionV>
            <wp:extent cx="520700" cy="10160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1282700</wp:posOffset>
            </wp:positionV>
            <wp:extent cx="6845300" cy="49530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95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1803400</wp:posOffset>
            </wp:positionV>
            <wp:extent cx="495300" cy="330835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8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406400</wp:posOffset>
            </wp:positionH>
            <wp:positionV relativeFrom="page">
              <wp:posOffset>2171700</wp:posOffset>
            </wp:positionV>
            <wp:extent cx="762000" cy="33020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30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1803400</wp:posOffset>
            </wp:positionV>
            <wp:extent cx="1955800" cy="44450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444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2286000</wp:posOffset>
            </wp:positionV>
            <wp:extent cx="1549400" cy="88900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89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2781300</wp:posOffset>
            </wp:positionV>
            <wp:extent cx="635000" cy="101600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2997200</wp:posOffset>
            </wp:positionV>
            <wp:extent cx="6858000" cy="749300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9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3886200</wp:posOffset>
            </wp:positionV>
            <wp:extent cx="2197100" cy="228600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355600</wp:posOffset>
            </wp:positionH>
            <wp:positionV relativeFrom="page">
              <wp:posOffset>9867900</wp:posOffset>
            </wp:positionV>
            <wp:extent cx="6845300" cy="114300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14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797051</wp:posOffset>
            </wp:positionV>
            <wp:extent cx="6847840" cy="10160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016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2634995</wp:posOffset>
            </wp:positionV>
            <wp:extent cx="6847840" cy="7620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608" w:right="522" w:bottom="1440" w:left="522" w:header="720" w:footer="720" w:gutter="0"/>
          <w:cols w:space="720" w:num="1" w:equalWidth="0">
            <w:col w:w="10863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495300</wp:posOffset>
            </wp:positionV>
            <wp:extent cx="6946900" cy="2286000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286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2819400</wp:posOffset>
            </wp:positionV>
            <wp:extent cx="6946900" cy="2844800"/>
            <wp:wrapNone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844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5702300</wp:posOffset>
            </wp:positionV>
            <wp:extent cx="6946900" cy="2717800"/>
            <wp:wrapNone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717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8458200</wp:posOffset>
            </wp:positionV>
            <wp:extent cx="6946900" cy="1092200"/>
            <wp:wrapNone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922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3810000</wp:posOffset>
            </wp:positionH>
            <wp:positionV relativeFrom="page">
              <wp:posOffset>10198100</wp:posOffset>
            </wp:positionV>
            <wp:extent cx="76200" cy="114300"/>
            <wp:wrapNone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1906" w:h="16838"/>
      <w:pgMar w:top="1440" w:right="1440" w:bottom="1440" w:left="144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2026-03-20T15:03:21Z</dcterms:created>
  <dcterms:modified xsi:type="dcterms:W3CDTF">2026-03-20T15:03:21Z</dcterms:modified>
  <cp:category/>
</cp:coreProperties>
</file>