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/>
        <w:wordWrap w:val="0"/>
        <w:autoSpaceDE w:val="0"/>
        <w:autoSpaceDN w:val="0"/>
        <w:spacing w:line="14" w:lineRule="exact" w:before="0" w:after="63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381000</wp:posOffset>
            </wp:positionV>
            <wp:extent cx="1308100" cy="203200"/>
            <wp:wrapNone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203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5753100</wp:posOffset>
            </wp:positionH>
            <wp:positionV relativeFrom="page">
              <wp:posOffset>381000</wp:posOffset>
            </wp:positionV>
            <wp:extent cx="1384300" cy="88900"/>
            <wp:wrapNone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622300</wp:posOffset>
            </wp:positionV>
            <wp:extent cx="965200" cy="114300"/>
            <wp:wrapNone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143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939800</wp:posOffset>
            </wp:positionV>
            <wp:extent cx="6743700" cy="215900"/>
            <wp:wrapNone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1181100</wp:posOffset>
            </wp:positionV>
            <wp:extent cx="6743700" cy="228600"/>
            <wp:wrapNone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228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3606800</wp:posOffset>
            </wp:positionH>
            <wp:positionV relativeFrom="page">
              <wp:posOffset>1549400</wp:posOffset>
            </wp:positionV>
            <wp:extent cx="355600" cy="88900"/>
            <wp:wrapNone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1676400</wp:posOffset>
            </wp:positionV>
            <wp:extent cx="457200" cy="101600"/>
            <wp:wrapNone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355600</wp:posOffset>
            </wp:positionH>
            <wp:positionV relativeFrom="page">
              <wp:posOffset>1892300</wp:posOffset>
            </wp:positionV>
            <wp:extent cx="6845300" cy="254000"/>
            <wp:wrapNone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254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2171700</wp:posOffset>
            </wp:positionV>
            <wp:extent cx="495300" cy="343535"/>
            <wp:wrapNone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435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2171700</wp:posOffset>
            </wp:positionV>
            <wp:extent cx="939800" cy="76200"/>
            <wp:wrapNone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2286000</wp:posOffset>
            </wp:positionV>
            <wp:extent cx="965200" cy="88900"/>
            <wp:wrapNone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2413000</wp:posOffset>
            </wp:positionV>
            <wp:extent cx="939800" cy="88900"/>
            <wp:wrapNone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2540000</wp:posOffset>
            </wp:positionV>
            <wp:extent cx="495300" cy="203200"/>
            <wp:wrapNone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03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2540000</wp:posOffset>
            </wp:positionV>
            <wp:extent cx="965200" cy="76200"/>
            <wp:wrapNone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2654300</wp:posOffset>
            </wp:positionV>
            <wp:extent cx="1790700" cy="88900"/>
            <wp:wrapNone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2781300</wp:posOffset>
            </wp:positionV>
            <wp:extent cx="304800" cy="101600"/>
            <wp:wrapNone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2908300</wp:posOffset>
            </wp:positionV>
            <wp:extent cx="762000" cy="203200"/>
            <wp:wrapNone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03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2781300</wp:posOffset>
            </wp:positionV>
            <wp:extent cx="1943100" cy="203200"/>
            <wp:wrapNone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03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355600</wp:posOffset>
            </wp:positionH>
            <wp:positionV relativeFrom="page">
              <wp:posOffset>3238500</wp:posOffset>
            </wp:positionV>
            <wp:extent cx="6845300" cy="254000"/>
            <wp:wrapNone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254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3517900</wp:posOffset>
            </wp:positionV>
            <wp:extent cx="596900" cy="571500"/>
            <wp:wrapNone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5715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4127500</wp:posOffset>
            </wp:positionV>
            <wp:extent cx="304800" cy="101600"/>
            <wp:wrapNone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3517900</wp:posOffset>
            </wp:positionV>
            <wp:extent cx="2311400" cy="330200"/>
            <wp:wrapNone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330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3886200</wp:posOffset>
            </wp:positionV>
            <wp:extent cx="1574800" cy="76200"/>
            <wp:wrapNone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4000500</wp:posOffset>
            </wp:positionV>
            <wp:extent cx="1943100" cy="215900"/>
            <wp:wrapNone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4254500</wp:posOffset>
            </wp:positionV>
            <wp:extent cx="762000" cy="203200"/>
            <wp:wrapNone/>
            <wp:docPr id="25" name="Picture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03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4254500</wp:posOffset>
            </wp:positionV>
            <wp:extent cx="1549400" cy="76200"/>
            <wp:wrapNone/>
            <wp:docPr id="26" name="Picture 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355600</wp:posOffset>
            </wp:positionH>
            <wp:positionV relativeFrom="page">
              <wp:posOffset>4584700</wp:posOffset>
            </wp:positionV>
            <wp:extent cx="6845300" cy="381000"/>
            <wp:wrapNone/>
            <wp:docPr id="27" name="Picture 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381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4991100</wp:posOffset>
            </wp:positionV>
            <wp:extent cx="495300" cy="215900"/>
            <wp:wrapNone/>
            <wp:docPr id="28" name="Picture 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4991100</wp:posOffset>
            </wp:positionV>
            <wp:extent cx="1041400" cy="203200"/>
            <wp:wrapNone/>
            <wp:docPr id="29" name="Picture 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203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5232400</wp:posOffset>
            </wp:positionV>
            <wp:extent cx="482600" cy="101600"/>
            <wp:wrapNone/>
            <wp:docPr id="30" name="Picture 3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5359400</wp:posOffset>
            </wp:positionV>
            <wp:extent cx="381000" cy="76200"/>
            <wp:wrapNone/>
            <wp:docPr id="31" name="Picture 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5473700</wp:posOffset>
            </wp:positionV>
            <wp:extent cx="762000" cy="330200"/>
            <wp:wrapNone/>
            <wp:docPr id="32" name="Picture 3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30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5232400</wp:posOffset>
            </wp:positionV>
            <wp:extent cx="1028700" cy="88900"/>
            <wp:wrapNone/>
            <wp:docPr id="33" name="Picture 3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5346700</wp:posOffset>
            </wp:positionV>
            <wp:extent cx="1943100" cy="215900"/>
            <wp:wrapNone/>
            <wp:docPr id="34" name="Picture 3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5600700</wp:posOffset>
            </wp:positionV>
            <wp:extent cx="1549400" cy="88900"/>
            <wp:wrapNone/>
            <wp:docPr id="35" name="Picture 3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355600</wp:posOffset>
            </wp:positionH>
            <wp:positionV relativeFrom="page">
              <wp:posOffset>5930900</wp:posOffset>
            </wp:positionV>
            <wp:extent cx="6845300" cy="381000"/>
            <wp:wrapNone/>
            <wp:docPr id="36" name="Picture 3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381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6337300</wp:posOffset>
            </wp:positionV>
            <wp:extent cx="495300" cy="330835"/>
            <wp:wrapNone/>
            <wp:docPr id="37" name="Picture 3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308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6337300</wp:posOffset>
            </wp:positionV>
            <wp:extent cx="1117600" cy="76200"/>
            <wp:wrapNone/>
            <wp:docPr id="38" name="Picture 3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6451600</wp:posOffset>
            </wp:positionV>
            <wp:extent cx="1968500" cy="215900"/>
            <wp:wrapNone/>
            <wp:docPr id="39" name="Picture 3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6705600</wp:posOffset>
            </wp:positionV>
            <wp:extent cx="762000" cy="330200"/>
            <wp:wrapNone/>
            <wp:docPr id="40" name="Picture 4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30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6705600</wp:posOffset>
            </wp:positionV>
            <wp:extent cx="1549400" cy="76200"/>
            <wp:wrapNone/>
            <wp:docPr id="41" name="Picture 4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6819900</wp:posOffset>
            </wp:positionV>
            <wp:extent cx="1765300" cy="88900"/>
            <wp:wrapNone/>
            <wp:docPr id="42" name="Picture 4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6946900</wp:posOffset>
            </wp:positionV>
            <wp:extent cx="5549900" cy="101600"/>
            <wp:wrapNone/>
            <wp:docPr id="43" name="Picture 4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7073900</wp:posOffset>
            </wp:positionV>
            <wp:extent cx="1244600" cy="101600"/>
            <wp:wrapNone/>
            <wp:docPr id="44" name="Picture 4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355600</wp:posOffset>
            </wp:positionH>
            <wp:positionV relativeFrom="page">
              <wp:posOffset>7289800</wp:posOffset>
            </wp:positionV>
            <wp:extent cx="6845300" cy="127000"/>
            <wp:wrapNone/>
            <wp:docPr id="45" name="Picture 4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127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7442200</wp:posOffset>
            </wp:positionV>
            <wp:extent cx="431800" cy="76200"/>
            <wp:wrapNone/>
            <wp:docPr id="46" name="Picture 4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7556500</wp:posOffset>
            </wp:positionV>
            <wp:extent cx="596900" cy="228600"/>
            <wp:wrapNone/>
            <wp:docPr id="47" name="Picture 4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228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7810500</wp:posOffset>
            </wp:positionV>
            <wp:extent cx="558800" cy="215900"/>
            <wp:wrapNone/>
            <wp:docPr id="48" name="Picture 4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8051800</wp:posOffset>
            </wp:positionV>
            <wp:extent cx="381000" cy="88900"/>
            <wp:wrapNone/>
            <wp:docPr id="49" name="Picture 4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7442200</wp:posOffset>
            </wp:positionV>
            <wp:extent cx="1447800" cy="203200"/>
            <wp:wrapNone/>
            <wp:docPr id="50" name="Picture 5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03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3416300</wp:posOffset>
            </wp:positionH>
            <wp:positionV relativeFrom="page">
              <wp:posOffset>7442200</wp:posOffset>
            </wp:positionV>
            <wp:extent cx="50800" cy="76200"/>
            <wp:wrapNone/>
            <wp:docPr id="51" name="Picture 5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7683500</wp:posOffset>
            </wp:positionV>
            <wp:extent cx="863600" cy="76200"/>
            <wp:wrapNone/>
            <wp:docPr id="52" name="Picture 5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7797800</wp:posOffset>
            </wp:positionV>
            <wp:extent cx="2311400" cy="101600"/>
            <wp:wrapNone/>
            <wp:docPr id="53" name="Picture 5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7924800</wp:posOffset>
            </wp:positionV>
            <wp:extent cx="1968500" cy="215900"/>
            <wp:wrapNone/>
            <wp:docPr id="54" name="Picture 5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8166100</wp:posOffset>
            </wp:positionV>
            <wp:extent cx="304800" cy="228600"/>
            <wp:wrapNone/>
            <wp:docPr id="55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8166100</wp:posOffset>
            </wp:positionV>
            <wp:extent cx="1549400" cy="88900"/>
            <wp:wrapNone/>
            <wp:docPr id="56" name="Picture 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8293100</wp:posOffset>
            </wp:positionV>
            <wp:extent cx="1765300" cy="88900"/>
            <wp:wrapNone/>
            <wp:docPr id="57" name="Picture 5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8420100</wp:posOffset>
            </wp:positionV>
            <wp:extent cx="762000" cy="76200"/>
            <wp:wrapNone/>
            <wp:docPr id="58" name="Picture 5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8788400</wp:posOffset>
            </wp:positionV>
            <wp:extent cx="635000" cy="101600"/>
            <wp:wrapNone/>
            <wp:docPr id="59" name="Picture 5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355600</wp:posOffset>
            </wp:positionH>
            <wp:positionV relativeFrom="page">
              <wp:posOffset>9004300</wp:posOffset>
            </wp:positionV>
            <wp:extent cx="6858000" cy="622300"/>
            <wp:wrapNone/>
            <wp:docPr id="60" name="Picture 6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23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355600</wp:posOffset>
            </wp:positionH>
            <wp:positionV relativeFrom="page">
              <wp:posOffset>9867900</wp:posOffset>
            </wp:positionV>
            <wp:extent cx="6845300" cy="114300"/>
            <wp:wrapNone/>
            <wp:docPr id="61" name="Picture 6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1143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356615</wp:posOffset>
            </wp:positionH>
            <wp:positionV relativeFrom="page">
              <wp:posOffset>797051</wp:posOffset>
            </wp:positionV>
            <wp:extent cx="6847840" cy="10160"/>
            <wp:wrapNone/>
            <wp:docPr id="62" name="Picture 6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356615</wp:posOffset>
            </wp:positionH>
            <wp:positionV relativeFrom="page">
              <wp:posOffset>8638032</wp:posOffset>
            </wp:positionV>
            <wp:extent cx="6847840" cy="10160"/>
            <wp:wrapNone/>
            <wp:docPr id="63" name="Picture 6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101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11906" w:h="16838"/>
          <w:pgMar w:top="608" w:right="522" w:bottom="1440" w:left="522" w:header="720" w:footer="720" w:gutter="0"/>
          <w:cols w:space="720" w:num="1" w:equalWidth="0">
            <w:col w:w="10863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7620</wp:posOffset>
            </wp:positionH>
            <wp:positionV relativeFrom="page">
              <wp:posOffset>0</wp:posOffset>
            </wp:positionV>
            <wp:extent cx="7553325" cy="10692765"/>
            <wp:wrapNone/>
            <wp:docPr id="64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276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14468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381000</wp:posOffset>
            </wp:positionH>
            <wp:positionV relativeFrom="page">
              <wp:posOffset>495300</wp:posOffset>
            </wp:positionV>
            <wp:extent cx="6946900" cy="914400"/>
            <wp:wrapNone/>
            <wp:docPr id="65" name="Picture 6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914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381000</wp:posOffset>
            </wp:positionH>
            <wp:positionV relativeFrom="page">
              <wp:posOffset>1447800</wp:posOffset>
            </wp:positionV>
            <wp:extent cx="6946900" cy="2336800"/>
            <wp:wrapNone/>
            <wp:docPr id="66" name="Picture 6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2336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381000</wp:posOffset>
            </wp:positionH>
            <wp:positionV relativeFrom="page">
              <wp:posOffset>3822700</wp:posOffset>
            </wp:positionV>
            <wp:extent cx="6946900" cy="2463800"/>
            <wp:wrapNone/>
            <wp:docPr id="67" name="Picture 6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2463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381000</wp:posOffset>
            </wp:positionH>
            <wp:positionV relativeFrom="page">
              <wp:posOffset>6324600</wp:posOffset>
            </wp:positionV>
            <wp:extent cx="6946900" cy="2717800"/>
            <wp:wrapNone/>
            <wp:docPr id="68" name="Picture 6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2717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381000</wp:posOffset>
            </wp:positionH>
            <wp:positionV relativeFrom="page">
              <wp:posOffset>9080500</wp:posOffset>
            </wp:positionV>
            <wp:extent cx="6946900" cy="558800"/>
            <wp:wrapNone/>
            <wp:docPr id="69" name="Picture 6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558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3810000</wp:posOffset>
            </wp:positionH>
            <wp:positionV relativeFrom="page">
              <wp:posOffset>10198100</wp:posOffset>
            </wp:positionV>
            <wp:extent cx="76200" cy="114300"/>
            <wp:wrapNone/>
            <wp:docPr id="70" name="Picture 7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143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71" name="Picture 7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sectPr w:rsidR="00FC693F" w:rsidRPr="0006063C" w:rsidSect="00034616">
      <w:pgSz w:w="11906" w:h="16838"/>
      <w:pgMar w:top="1440" w:right="344" w:bottom="429" w:left="562" w:header="720" w:footer="720" w:gutter="0"/>
      <w:cols w:space="720" w:num="1" w:equalWidth="0">
        <w:col w:w="11000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embedTrueTypeFonts/>
  <w:saveSubsetFonts/>
  <w:proofState w:spelling="clean" w:grammar="clean"/>
  <w:defaultTabStop w:val="720"/>
  <w:noPunctuationKerning/>
  <w:characterSpacingControl w:val="compressPunctuationAndJapaneseKana"/>
  <w:savePreviewPicture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LightPDF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LightPDF</Company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LightPDF</dc:creator>
  <cp:keywords/>
  <dc:description>generated by LightPDF 20250911</dc:description>
  <cp:lastModifiedBy>LightPDF</cp:lastModifiedBy>
  <cp:revision>1</cp:revision>
  <dcterms:created xsi:type="dcterms:W3CDTF">2026-03-20T14:30:34Z</dcterms:created>
  <dcterms:modified xsi:type="dcterms:W3CDTF">2026-03-20T14:30:34Z</dcterms:modified>
  <cp:category/>
</cp:coreProperties>
</file>