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2981797</wp:posOffset>
            </wp:positionV>
            <wp:extent cx="6132830" cy="15240"/>
            <wp:wrapNone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pacing w:val="-4"/>
                <w:sz w:val="14"/>
              </w:rPr>
              <w:t>11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agosto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03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49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XIV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3137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88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Volkswagen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posto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indefiro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pedido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antecipatório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sem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prejuízo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reavaliar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tal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critério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quando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meritório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Requisite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informações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Juiz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preste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até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úteis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recorrido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apresentar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resposta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CPC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Expediente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agosto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DESEMBARGADOR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46673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Pimentel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Archanjo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41822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Neves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120394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Neves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153447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Raphael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225061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z w:val="16"/>
        </w:rPr>
        <w:t>)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3"/>
          <w:sz w:val="16"/>
        </w:rPr>
        <w:t>DESPACHO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RELATORES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0200840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Antônio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Orielson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Luís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Priscila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Abreu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39428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Despacho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manifeste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petição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documentos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anexos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Expediente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agosto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DESEMBARGADOR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Relator</w:t>
      </w:r>
    </w:p>
    <w:p>
      <w:pPr>
        <w:widowControl/>
        <w:wordWrap w:val="0"/>
        <w:autoSpaceDE w:val="0"/>
        <w:autoSpaceDN w:val="0"/>
        <w:spacing w:line="160" w:lineRule="exact" w:before="240" w:after="204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2"/>
          <w:sz w:val="16"/>
        </w:rPr>
        <w:t>Total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feitos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z w:val="16"/>
        </w:rPr>
        <w:t>1</w:t>
      </w:r>
    </w:p>
    <w:p>
      <w:pPr>
        <w:widowControl/>
        <w:wordWrap w:val="0"/>
        <w:autoSpaceDE w:val="0"/>
        <w:autoSpaceDN w:val="0"/>
        <w:spacing w:line="200" w:lineRule="exact" w:before="407" w:after="216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20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20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432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30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292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0009637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0028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Acaraú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Acaraú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OSMAR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HONÓRIO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Eny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Angé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Soledade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Bittencourt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29442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292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6"/>
        </w:rPr>
        <w:t>11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agosto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30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PRESENCIAL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HABILITADOS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z w:val="16"/>
        </w:rPr>
        <w:t>@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0201448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Aracati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Aracati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Scortecci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248970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262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0620181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Comarca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21484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Vinícius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Alcântara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45130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263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0621137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Cavalcante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Ingrid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Thayná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Acácio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39815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Hanna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38927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Administração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Arrais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13149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19650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264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0624045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W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Helayne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Cristinna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22769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32042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W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Wellington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47977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pacing w:val="-4"/>
                <w:sz w:val="14"/>
              </w:rPr>
              <w:t>11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agosto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03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49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XIV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3137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89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265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0624583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Hapvida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Participações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Isaac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Lázaro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Júlio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Cézar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Aragao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22118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266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0266614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North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Star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Taxi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Aéreo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Epp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Matriz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Lise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Fontenele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34072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Raphael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Ayres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Fraport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Aeroporto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Juliana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Abreu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13463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267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0048565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0166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Senador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Pompeu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Senador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Pompeu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Rostand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37246A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20417A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268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0200628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0166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Senador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Pompeu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Senador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Pompeu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Unibanco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Angé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Soledade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Bittencourt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29442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Geroncio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Domingos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27346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269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0628249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Paolo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Giorgio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Quezado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Cariri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Trabalho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Shalon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Michaelli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Angelo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24016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Marília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34374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270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0628260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Mombaça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Mombaça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37066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Torquato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Evelyn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44089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271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0628909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Andresa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37889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272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0628950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Associação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Geração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Sítio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Boqueirão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273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0269167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Edson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Brandão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26103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Brandão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22013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Thiago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Saboya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Pires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24156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Tibério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Clarissa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19722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274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0007057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0124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Milagres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Milagres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Socorro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275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0629308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R2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Connect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Informática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Perboyre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3057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Atlântico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Xavier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5588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Anisomar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Quintino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César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Pires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6462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Leonardo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13840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Guimaraes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Pinto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276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0629568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Empresarial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Recuperação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Empresas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Falências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Eugênio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Cezar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Perdigão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Pamplona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Márcio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Gazzineo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23495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Fiação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Tecido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Ernesto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Deocleciano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Síndico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27102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Manoel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277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0205989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Vanderley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Ford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Motor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Company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Celso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30086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278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0629742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31ª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6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6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6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6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6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Laís</w:t>
      </w:r>
      <w:r>
        <w:rPr>
          <w:rFonts w:ascii="Times New Roman" w:hAnsi="Times New Roman" w:eastAsia="Times New Roman"/>
          <w:b w:val="0"/>
          <w:color w:val="000000"/>
          <w:spacing w:val="6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6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Representada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Reginalva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Débora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Caldas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43696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0000540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0028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Acaraú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Acaraú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Feliciano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Lyra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29481A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Sebastião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Tarcísio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280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0050522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0164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Gonçalo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Ivanilde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Jesus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Cristiano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Felix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28757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pacing w:val="-4"/>
                <w:sz w:val="14"/>
              </w:rPr>
              <w:t>11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agosto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03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49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XIV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3137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90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281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0200006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0075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Eusebio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Eusébio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Socorro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Elízio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Baratta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20969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Elizabete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Nonato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Elizabete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Nonato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4735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282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0200462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Diagonal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Djacir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Parahyba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18567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Condomínio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Praça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Pablo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Buzato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Douglas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20590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283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0057698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284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0225707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Cactus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Esporte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Park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Serviços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Ferraz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6246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CRBS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CDD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Gonçalves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131351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285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0246117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36ª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Uchoa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Valquíria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Damasceno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28010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Testemunha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Camila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Mariane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Testemunha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Claudio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Ribeiro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Junior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Testemunha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Othoniel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Lesley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286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0003093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0100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Itapajé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Itapajé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CONCEIÇÃO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Sarah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Camelo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37288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AGÊNCIA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ITAPAJÉ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Romcy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287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0200538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Fatima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Virginia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Mackson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287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6"/>
        </w:rPr>
        <w:t>11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agosto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30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PRESENCIAL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HABILITADOS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z w:val="16"/>
        </w:rPr>
        <w:t>@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290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0203341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13ª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Ney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Benevides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34648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Atlanticos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Memorial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Garden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Emmanuelle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Alcantara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31606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Alcantâra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37183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Pedro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Alcântara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46045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291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0629186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Angela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Cesarino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Evelyn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Cesarino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41959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291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6"/>
        </w:rPr>
        <w:t>11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agosto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pacing w:val="-4"/>
                <w:sz w:val="14"/>
              </w:rPr>
              <w:t>11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agosto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03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49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XIV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3137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91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30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PRESENCIAL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HABILITADOS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z w:val="16"/>
        </w:rPr>
        <w:t>@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288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0203389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Dênio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Abraão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Lincoln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30395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Clínio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Memória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INGRID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QUARIGUASI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46696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Genitora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Klebiana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289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0200152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0095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Ipu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Ipu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37066A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Rita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Denilson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Antonio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22505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289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6"/>
        </w:rPr>
        <w:t>11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agosto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4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30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HABILITADOS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z w:val="16"/>
        </w:rPr>
        <w:t>@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0149091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Alimaxx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Comercial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Edy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23494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Multicargas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Duquesne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Castro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6734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0902309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Garantidor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FGC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Marcondes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78658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Otto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Steiner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Junior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45316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Michelle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Dantas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Diógenes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Aline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Diogenes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Saldanha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Valdenor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Neves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0627986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23ª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Condomínio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Quartier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Empresarial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Nayana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0850502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33ª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Ubirajara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Eliennay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Aline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36005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Sabemi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Juliano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Mansur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113786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0039871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Silvana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Josefa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6481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Varela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26813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Virgilio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Facchini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Raul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13371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0143762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Leopoldo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Helder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9756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0626098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Barbalha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Barbalha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Areli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Pedrosa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25058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Edmilson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Paranhos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7809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Alana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Pedrosa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Expedito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Rildo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Cardoso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Xavier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Teles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31132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Esmeraldo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Mourão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38833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0904976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ADJ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Drogaria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Farmacia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Edirlana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Lemos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10196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Jailse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Gondim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Raul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13371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Ivonete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36452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pacing w:val="-4"/>
                <w:sz w:val="14"/>
              </w:rPr>
              <w:t>11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agosto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03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49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XIV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3137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92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0180431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Mônica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Helder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9756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Isídio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Aguiar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Janaina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Aguiar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Raphaella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Yasmin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Bezerra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Aguiar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Janaína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Aguiar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Italo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20544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1"/>
          <w:sz w:val="16"/>
        </w:rPr>
        <w:t>11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0621702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Unimed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Federação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Menescal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Andrade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Victor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Rodrigues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33232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Rosilene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0110297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Vanja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Robson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Bezerril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Tales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26645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Delca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41050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Wilians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16599A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2"/>
          <w:sz w:val="16"/>
        </w:rPr>
        <w:t>0111675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Wilians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16599A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Vanja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Tales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26645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Delca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41050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Robson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Bezerril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Brasilseg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0257516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SOBI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Gaudênio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Santiago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20944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Rafael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21484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0050440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Sebastião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Edmar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William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Kleber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28587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0631195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Matheus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38819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Rafaely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Wanderley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Rabello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Marcus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Vinícius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17073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0631220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Gildo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Rebouças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Alcom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Aluminio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Acessorios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Euclides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Tecnometal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Indústria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Alan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15689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Amilton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Janeiro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Moisés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8012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0227790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Espólio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Dione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Cabeleira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316658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Sociedade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0854819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Sheila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Garcia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Ferreira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Alessandro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Gama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20844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Peixoto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0010153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Comarca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Alzenira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Reginaldo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Macêdo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11784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Mercantil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Antunes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74420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0050271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0091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Iguatu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Iguatu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Ceará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Federação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Menescal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Júnior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Hévila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36270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Yago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Vasconcelos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43102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Giovanni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8579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Victor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33232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Judith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Lemos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43146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Achernar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29351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Nathália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Tamietti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41710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Daniella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47415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Alcinete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Félix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Anna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Ariane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Araújo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0000586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Orós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Orós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Sabemi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Juliano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Mansur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113786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Cajazeira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Patrícia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Cajaseira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25193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0001293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0062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Cascavel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Cascavel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Tiago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Alves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Sabiaguaba</w:t>
      </w:r>
      <w:r>
        <w:rPr>
          <w:rFonts w:ascii="Times New Roman" w:hAnsi="Times New Roman" w:eastAsia="Times New Roman"/>
          <w:b w:val="0"/>
          <w:color w:val="000000"/>
          <w:spacing w:val="8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8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Turísticos</w:t>
      </w:r>
      <w:r>
        <w:rPr>
          <w:rFonts w:ascii="Times New Roman" w:hAnsi="Times New Roman" w:eastAsia="Times New Roman"/>
          <w:b w:val="0"/>
          <w:color w:val="000000"/>
          <w:spacing w:val="8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8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Construções</w:t>
      </w:r>
      <w:r>
        <w:rPr>
          <w:rFonts w:ascii="Times New Roman" w:hAnsi="Times New Roman" w:eastAsia="Times New Roman"/>
          <w:b w:val="0"/>
          <w:color w:val="000000"/>
          <w:spacing w:val="8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7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Trianon</w:t>
      </w:r>
      <w:r>
        <w:rPr>
          <w:rFonts w:ascii="Times New Roman" w:hAnsi="Times New Roman" w:eastAsia="Times New Roman"/>
          <w:b w:val="0"/>
          <w:color w:val="000000"/>
          <w:spacing w:val="8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Empreendimentos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45" name="Picture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46" name="Picture 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47" name="Picture 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48" name="Picture 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49" name="Picture 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pacing w:val="-4"/>
                <w:sz w:val="14"/>
              </w:rPr>
              <w:t>11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agosto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03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49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XIV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3137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93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Furtado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17739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Fabiana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Gondim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26632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Galvão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34424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0009117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2011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0035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Aracati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Aracati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Luíza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39198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Odécio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Tomaz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Tereza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Tomaz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Odécio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Tomaz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Geórgia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Emanuele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Portela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42348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0247464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Stênio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Stênio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35608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26ª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Reginaldo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Marlise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Tatiana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Tronco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21340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MHF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Manutenção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Veículos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Abneas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0637612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Leonardo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Henrique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Machado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Leila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Goncalves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89290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Arruda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22880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0214843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Daniel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Colares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33141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Clementino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32196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0250828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Condomínio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Edifício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&amp;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Center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Sâneva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Thayana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28496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Weyne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Lelis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0041727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Diagonal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Residencial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Yasser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14781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Cinthia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Belino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38145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0051925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Suellen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Poncell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28490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William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Kleber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28587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0050912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z w:val="16"/>
        </w:rPr>
        <w:t>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Quitéria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Quitéria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Jocel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20392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Alessandra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36502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Ronaldo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Simões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17801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0192249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Varner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Colares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Sislane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Clóvis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Caldas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Mapurunga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Mundica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9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Confecções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Safra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Roque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22463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INACIO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0050113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0171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Tauá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Tauá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Pereira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Cicero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Juarez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22078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0208709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Financiamento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Wilians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16599A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Kelson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0200127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0113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Delourdes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Luiza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Mércia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Corrêa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43656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0629384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39ª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Calderon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114904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33541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Fátima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Tomas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13500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0170916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21ª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Marcia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0286635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Yara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22518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Patrícia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Saúde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50" name="Picture 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51" name="Picture 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52" name="Picture 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53" name="Picture 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54" name="Picture 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55" name="Picture 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56" name="Picture 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57" name="Picture 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pacing w:val="-4"/>
                <w:sz w:val="14"/>
              </w:rPr>
              <w:t>11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agosto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03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49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XIV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3137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94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0200477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0120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Hospital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Maternidade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Dr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sapemi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Raymundo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Bayas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15798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Dráuzio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Linhares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Silvana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Rívia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48228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0151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Cicera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Daiana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Herácio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40871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0201761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0029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Antonia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Ruan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43870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Adriano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47780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CONAFER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Confederação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Nacional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Agricultores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Familiares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Rurais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Iasmin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Diener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67755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Hudson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50314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0000914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0100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Itapajé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Itapajé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Idélsuite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Camelo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24571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Sarah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Camelo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37288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Menezes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0200132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0170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Tamboril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Tamboril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Valderice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24902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Rudinei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221386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0050200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Elizaude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Fabrício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43412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Muniz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Feliciano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Lyra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29481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0200961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0099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Itaitinga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Itaitinga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Volkswagen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35179A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Lídio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35180A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Elizangela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0202174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Nadir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Sinobilina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Regios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25034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Romcy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48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0003385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0100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Itapajé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Itapajé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Nilson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Sarah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37288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49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0204127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Itapeva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XI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Multicarteira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Creditórios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Padronizados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Schulze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35635A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50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0286478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Direitos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Creditórios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Creditas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VIII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35635A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Aloisio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17231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51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0190600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z w:val="16"/>
        </w:rPr>
        <w:t>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Telefônica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56486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Jv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Assessoria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Administrativa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Cobrança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¿epp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Karinne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52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0222312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Financiamentos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Rosângela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Corrêa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Iury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53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0030572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0151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Honda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Evandro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18095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54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0200118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45388A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19646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55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0285021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Financiamentos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23747A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56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0257590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Wilians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16599A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Natália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Gouvea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Pícoli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396366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58" name="Picture 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59" name="Picture 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60" name="Picture 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61" name="Picture 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62" name="Picture 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63" name="Picture 6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64" name="Picture 6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65" name="Picture 6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pacing w:val="-4"/>
                <w:sz w:val="14"/>
              </w:rPr>
              <w:t>11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agosto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03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49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XIV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3137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95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57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0273075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Unibanco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Marcio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257034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35180A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35179A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0886978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Americo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59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0200771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0034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Aquiraz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Aquiraz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Elizangela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Dominik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37479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168016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0235511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0050095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Iguatu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Iguatu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Honda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Hiran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Leão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Savio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61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agosto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30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HABILITADOS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z w:val="16"/>
        </w:rPr>
        <w:t>@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62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0000580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0106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Jaguaretama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Jaguaretama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Erenildo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Hermano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Limeira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Socorro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Nazário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Charles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19633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63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0254690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13ª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MC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Consult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Negócios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Magno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17413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Adrisio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Câmara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38349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Lilian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27265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Fibra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Guilherme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Mendonça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98709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Manhattan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Square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Garden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Empreendimento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27057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64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0638147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Edilson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Thales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63311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65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0050328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Barbalha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Barbalha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Itapuí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Barbalhense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Indústria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Cimentos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Veiga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Pessôa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Macêdo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17496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Fonte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20795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46752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Comercialização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Energia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Elétrica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CCEE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Tortoro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247319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66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0640990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Paula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Klaus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29917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Andrea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Chagas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157193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67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0623037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Ubiratan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Rebouças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Inventariante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Edite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Rebouças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8929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Débora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Rebouças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Venancio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Machado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25281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68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0623788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Engenharia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Elizabeth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Madeira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Emmanuel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Emerson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25364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15324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66" name="Picture 6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67" name="Picture 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68" name="Picture 6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69" name="Picture 6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70" name="Picture 7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71" name="Picture 7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72" name="Picture 7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73" name="Picture 7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pacing w:val="-4"/>
                <w:sz w:val="14"/>
              </w:rPr>
              <w:t>11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agosto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03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49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XIV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3137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96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69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0624434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Empresarial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Recuperação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Empresas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Falências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Solve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Securitizadora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Financeiros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Nelson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Ferraz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382471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Rubens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Passold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37600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Angela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Keiko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Taira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34433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Leonardo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Xavier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Roussenq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25661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17661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Bellfrios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Indústria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Alimentos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Recuperação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Lufrios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Alimentos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EIRELI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Recuperação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Admª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Sâmia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Brilhante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5461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Abreu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19829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70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0238679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Karina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Batistuci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178033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Nossamoto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Goiana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11160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71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0257976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Arruda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22880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Raphael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Abreu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37405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Junior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Juliana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Mattos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Magalhães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Rolim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12800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72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0626184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Thomas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Dieter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Petzold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Eginardo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Rolim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17062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Eliomar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Jean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Efferton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Amorim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30960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Amorim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5255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73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0627517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Zulene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Falcão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Falcão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Márcio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Alan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18728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74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0031292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Tauá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Tauá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Teles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Cicero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Juarez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22078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75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0628457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Mucambo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Mucambo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Vanderley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33946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Yana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Pimenta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39064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Wandey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Pimenta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Portela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Anna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Karolinne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Portela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45846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0290673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Anacleto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77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0227289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30ª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Alberio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Azevedo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Sarah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Bastos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33781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Wagner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29811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Álvaro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32405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78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0201146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0114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Luzinete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Jhyully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Beserra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42362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Camilla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Jimene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222815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79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0001266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0100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Itapajé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Itapajé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Sarah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Camelo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37288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Camelo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24571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80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0629804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Luisa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Mendonça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Diniz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Rubens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Diniz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Quezado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28561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Amândio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Tereso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23189A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81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0207983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Virginia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Caliope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Alan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Mourão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21899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21901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Volkswagen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82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0242694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Murilo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Serpa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Serpa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Arlete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Aparecida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Ament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Damasceno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96946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Nathalya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Serpa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França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13817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13105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83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0009232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0126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Mombaça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Mombaça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Alves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Flores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1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84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0211281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Vista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74" name="Picture 7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75" name="Picture 7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76" name="Picture 7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77" name="Picture 7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78" name="Picture 7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79" name="Picture 7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80" name="Picture 8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81" name="Picture 8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pacing w:val="-4"/>
                <w:sz w:val="14"/>
              </w:rPr>
              <w:t>11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agosto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03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49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XIV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3137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97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Leonardo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Drumond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Gruppi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163781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Lucivalda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Serejo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Halison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Brito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44462A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85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0045928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Consultoria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Comunicações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Entretenimento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Patrícia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Paolo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Giorgio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Quezado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12856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86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0008449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0126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Mombaça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Mombaça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Iva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87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0108989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38ª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Tayane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Azevedo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23112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Matias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Eunice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88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0191929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Construtora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Preferencial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Juliana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Abreu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13463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Mills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Estruturas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Siqueira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14326A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Rubens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Emídio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Krischke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25189A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89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0251223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Marlucia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Abreu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41330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Villela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42114B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Rachel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Aparecida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40546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Menezes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Bradespar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0287239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38ª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Expresso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Guanabara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Redenção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Transporte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Turismo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Souza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222294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91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0050383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0047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Redenção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Redenção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Recorrente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Rosimeire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Pires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21512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Recorrido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Álvaro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32405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0050103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0034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Aquiraz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Aquiraz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Condominio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Vila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Resort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14892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Fabrizia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Pimentel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Portela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34824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93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0201123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0163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Remessa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Necessária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Tayrla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41754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94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0002186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0100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Itapajé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Itapajé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Manoel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Sarah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Camelo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37288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Camelo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24571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95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0054802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Silvene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Tabosa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Mendonça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Felisberto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28451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Construtora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Koru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Tobias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Noroes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17656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96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0050297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0037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Ararenda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Ararendá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Guilherme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Olé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Suellen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Poncell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28490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97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0014828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Itapajé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Itapajé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Bastos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Camelo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24571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Sarah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Camelo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37288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Agência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Itapajé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98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0230334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Idr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Express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Transportes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Logística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Olavo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Carioca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38733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Caminhões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Eireli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98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agosto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1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82" name="Picture 8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83" name="Picture 8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84" name="Picture 8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85" name="Picture 8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86" name="Picture 8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87" name="Picture 8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88" name="Picture 8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89" name="Picture 8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pacing w:val="-4"/>
                <w:sz w:val="14"/>
              </w:rPr>
              <w:t>11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agosto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03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49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XIV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3137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98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30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HABILITADOS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z w:val="16"/>
        </w:rPr>
        <w:t>@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99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0017344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Pública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100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0637238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Fundação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Sistel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Seguridade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19186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Vicente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Pires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Minervino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8162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101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0637238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Fundação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Sistel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Seguridade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19186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Vicente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Pires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Minervino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8162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102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0182460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103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0631224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13ª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Hapvida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Assistência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Wilians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16599A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Facó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Garcez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Marli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9808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AIRTON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0202689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Luiz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Ronaldo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6109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Josino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33961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0181691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Sônia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10638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Dayse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Suyane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19562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AIRTON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106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0050191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Acaraú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Acaraú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Manoel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Tibúrcio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Celestino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43331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ALBUQUERQUE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107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0268122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9ª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Ciríaco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10680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.,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Franscisca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Gessiane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Oliveira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17431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108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0638462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Jijoca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Jericoacoara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Jijoca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Jericoacoara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Anderson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Ramon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46472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109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0051875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Josafá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Fabrício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43412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110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0053186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BMG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Drummond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108112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Conceição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Abraão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Lincoln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30395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Dênio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PAULO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16"/>
        </w:rPr>
        <w:t>111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0639140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Renan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Barsi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Priscila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Bueno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Camargo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297397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112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0050184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0047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Baturité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Baturité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39103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Rosangela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90" name="Picture 9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91" name="Picture 9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92" name="Picture 9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93" name="Picture 9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94" name="Picture 9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95" name="Picture 9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96" name="Picture 9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97" name="Picture 9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pacing w:val="-4"/>
                <w:sz w:val="14"/>
              </w:rPr>
              <w:t>11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agosto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03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49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XIV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3137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99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38703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113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0640790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Energética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Andressa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Caroliny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Nicácio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Deila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Thaíse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41770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114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0051928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Pan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Feliciano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Lyra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21714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Ágatha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Girão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41774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38523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Cláudio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24510B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115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0292598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Sheridan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Vicente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Quesado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22320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Dutra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292207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116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0053807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Cauípe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11937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Zuilton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Mendonça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Dennes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Landim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Charles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Krauze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23050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0000642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0085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Quitéria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Quitéria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Jelina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118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0200680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0113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Matias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Bandeira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42107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119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0200071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0081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Granja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Granja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Dario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Saúde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33886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Kaline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49175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Portela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Muniz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32573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0050099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0171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Tauá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Tauá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Milton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Cicero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Juarez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22078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121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0001966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0148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Ararenda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Ararendá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Gonçalo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Valdemiro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C6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Vigna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122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0201862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Góes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Nicoladeli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8927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PAULO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123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0278924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Cícero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38985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124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0200979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0117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Financiamento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Góes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Nicoladeli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8927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Ramiro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Valdemiro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124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agosto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30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HABILITADOS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z w:val="16"/>
        </w:rPr>
        <w:t>@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98" name="Picture 9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99" name="Picture 9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01" name="Picture 1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02" name="Picture 10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03" name="Picture 10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104" name="Picture 10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05" name="Picture 10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pacing w:val="-4"/>
                <w:sz w:val="14"/>
              </w:rPr>
              <w:t>11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agosto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03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49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XIV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3137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100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125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0105696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WB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Administrações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EIRELI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Chagas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30941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Douglas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Frota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Enver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26315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Revisor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DARIVAL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BESERRA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126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0010559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0128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3º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Renova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Securitizadora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Financeiros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Mariana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Denuzzo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Salomão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253384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Claro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Cardoso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14503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Jarbas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Manassés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Rabelo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19720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Karla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Monalisa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Rabelo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38395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127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0608177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Caixa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Funcionários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CAPEF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Ponciano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21189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Jardeson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26931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Savius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Passos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Sant¿anna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Gracas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Madeira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5496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Vinicius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Vilardo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Mello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21419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Phelipe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22117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Gerusa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13481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Eudenes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Frota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10341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Christiene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Vasconcellos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13053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128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0608177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Gracas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Madeira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5496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Vinicius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Vilardo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Mello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21419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Phelipe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22117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Gerusa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13481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Eudenes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Frota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10341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Christiene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Vasconcellos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13053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Caixa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Funcionários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CAPEF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Ponciano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21189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Jardeson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26931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Savius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Passos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Sant¿anna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129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0112172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Postal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Saúde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Caixa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Saúde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Empregados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Wilians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128341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Mudesto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126663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Marcio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Campello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Junior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114566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Chagas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Frota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Malta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11817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130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0201907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Disal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Consórcio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Regina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Celi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Singillo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124985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ICATU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Weberton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Gardene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Uchoa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22641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131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0068808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Depósito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Wellington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Leitão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6622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132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0047567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0071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Andre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Esmeraldo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41753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41034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Sergecon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Comercio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Construções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EPP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Curador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Curadoria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Especial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Ausentes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1111A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Pública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133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0141921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Karenia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Abreu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Priscila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Guimaraes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134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0628816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Esgoto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CAGECE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Ximenes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Condomínio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Solaris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Eugênio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18264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MELO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135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0215417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Ila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Eloiza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11308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136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0134329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IPADE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Instituto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Desenvolvimento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Educação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Germana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Alcantara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14966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Keline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Josué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30265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Marina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Leonardo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Nobre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39066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137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0200900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Joaquim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Goncalves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Jovelina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Adalio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Aderson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Siebra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35306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Jonas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24508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Ingrid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Furtado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47330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138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0228034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PFM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Comercial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Ítalo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33907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Helen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Korobinski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24227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06" name="Picture 10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107" name="Picture 10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108" name="Picture 10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09" name="Picture 10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10" name="Picture 1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11" name="Picture 1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112" name="Picture 1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13" name="Picture 1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pacing w:val="-4"/>
                <w:sz w:val="14"/>
              </w:rPr>
              <w:t>11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agosto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03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49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XIV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3137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101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139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0022331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Oboé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Oboé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Tecnologia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Financeiros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Massa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Oboé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Distribuidora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Títulos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Valores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Mobiliários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Oboé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Advisor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Gestão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Ativos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Oboé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Holding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Financeira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Newton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Magazines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Brasileiros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Falida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Clarinete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Promotora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Vendas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Financeiros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Raul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13371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140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0622161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Helder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Braga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Arruda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37228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141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0209070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Boticário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Produtos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Beleza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Hauer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21295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Piazzetta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Antunes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54308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Carrefour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Indústria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Mirisola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257750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Maurício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Marques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Domingues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175513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0622888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Mauriti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Mauriti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Conceição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Rikaline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Patricio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42546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143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0286680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Sociedade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Nayhara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25892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Varella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Edgard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Gondim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38242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0229663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Arsystem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Ferrmentas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Tecumseh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Mendonça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219179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3m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Sumare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Edson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Caalbor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86705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Heribelton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109308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Elgin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Catarina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Fabio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Hoelz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147798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Climazon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Industrial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.,.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Paranapanema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Elgin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Manaus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Semp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TCL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Refrigeração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Tipi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Ventisol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Amazônia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Elet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Equipeças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Equipamentos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Peças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Acessórios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Refrigeração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Adriano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Geoffrey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Gois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14714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145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0624962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Cassia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Wellington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Leitão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6622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Colegio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Vanessa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20107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Mariana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Filizola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24857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Germanna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24935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146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0200275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0104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Itarema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Itarema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Crédito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Crespo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115665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Robson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147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0008046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z w:val="16"/>
        </w:rPr>
        <w:t>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Kelly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Lauriano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Vicente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12698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Bella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Trindade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Empreendimentos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Campolina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Diniz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115451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148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0053992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Evangelista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Luís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Antunes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32325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149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0002865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0094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Ipaumirim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Ipaumirim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Cláudio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Kazuyoshi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Kawasaki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27567A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Thais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150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0404322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Gadelha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Novais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Construtora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Metro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Valmir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Pontes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Debora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Borba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Memoria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Memória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Araújo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Laerte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Evangelista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Celene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Arruda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0225538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152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0257806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Safra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Vanderlei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21678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153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0236371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Eusebio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Eusébio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Unimed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BENJAMIM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LORENZO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ROMEIRO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Renan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Montenegro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29778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Rosane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14" name="Picture 1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115" name="Picture 1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116" name="Picture 1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17" name="Picture 1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18" name="Picture 1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19" name="Picture 1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120" name="Picture 1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21" name="Picture 1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pacing w:val="-4"/>
                <w:sz w:val="14"/>
              </w:rPr>
              <w:t>11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agosto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03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49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XIV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3137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102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0234979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Remessa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Necessária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26285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155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0907324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Nivea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Catunda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Enísio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21577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Zenalto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17483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156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0000070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Jaguaribe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Jaguaribe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Vítima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Recorrido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Albertina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Elisa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Caminha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Pinheiro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157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0268964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17ª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Regina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Heloísa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Mattei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Hércules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13643B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Liliane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37247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Brasilino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Freitas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0200326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Jordania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Matias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outro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Lilian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Vidal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340877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David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159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0205953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0117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outros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Samuel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Gois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0133751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29ª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EMC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Participações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Holding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Sanzio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11683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FORTCASA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Incorporadora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Furtado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17739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Fabiana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Gondim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26632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Layessa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Edwiges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49712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Karem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George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Carvalho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12731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161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0150876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9ª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LPM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Mármore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Granito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Pablo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Benevides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Layane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Parente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Benevides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Mardonio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Cezar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Sa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Benevides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Monique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Assunção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Benevides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Miguel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Nasser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Hissa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15469D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Rui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16411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Frota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19603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Mardônio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Cezar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Benevides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Luana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Benevides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Calderon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33485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162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0516865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2011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Financiamentos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Ariosmar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Neris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232751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0200361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Fabrício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43412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Muniz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Votorantim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37066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0050577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0062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Cascavel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Cascavel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Joalyson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Castro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Brandão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Gabrielli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Campelo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33356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Honda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Miguel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Alvim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0200683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0114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Eny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Angé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Soledade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Bittencourt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29442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Anacleta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Marcus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19091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166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0105479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Perote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Construções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outros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Samuel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Gois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RN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MELO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167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0200476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0038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Araripe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Araripe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Elieusa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Pereira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Josieldo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Neves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40343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C6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32766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168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0200949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Granja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Granja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Gorete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Saúde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33886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169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0091377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Alfa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Representações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Produtos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Alimentícios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Rabelo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6606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Maltz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Nahon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45497A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22" name="Picture 1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123" name="Picture 1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124" name="Picture 1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25" name="Picture 1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26" name="Picture 1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27" name="Picture 1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128" name="Picture 1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29" name="Picture 1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pacing w:val="-4"/>
                <w:sz w:val="14"/>
              </w:rPr>
              <w:t>11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agosto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03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49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XIV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3137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103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170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0009530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0126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Mombaça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Mombaça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Delosmar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Rokylane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31058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Mercantil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Giovanna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Morillo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Vigil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91567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0023765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Tauá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Tauá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Ribamar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Cidrao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172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0275639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CONBRAV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27954A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Mateus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0057040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Aline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Cicero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Juarez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22078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Crefisa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9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Lázaro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8125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174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0289635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Lucídia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Alexsandro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27174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Ariane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35494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Ronaldo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Simões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175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0200088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0076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FariasBrito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Cícera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13874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176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0050152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Ocara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Ocara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Suellen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Natasha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22554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Guilherme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Eliano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21516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Adauto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França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Rodolpho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Eliano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França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28274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Eny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Angé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Soledade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Bittencourt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29442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177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0207301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Crespo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115665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178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0113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Santa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Conceição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Ericles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Olinda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41130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179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0228209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Áurea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Débora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15482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180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0269609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Ceará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Socorro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Anya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16184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181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2"/>
          <w:sz w:val="16"/>
        </w:rPr>
        <w:t>0201112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RCI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Frasato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124809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182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0200560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0067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183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0205070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Jardelly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Maranhão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21809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Raquel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Klein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Acioli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Guerra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28925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.,.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Miranda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8640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Pereira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Fortinho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Miranda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42251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183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agosto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30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30" name="Picture 1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131" name="Picture 1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132" name="Picture 1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33" name="Picture 1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34" name="Picture 1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35" name="Picture 1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136" name="Picture 1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37" name="Picture 1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pacing w:val="-4"/>
                <w:sz w:val="14"/>
              </w:rPr>
              <w:t>11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agosto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03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49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XIV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3137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104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HABILITADOS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z w:val="16"/>
        </w:rPr>
        <w:t>@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184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0022138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Fundação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CHESF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Seguridade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FACHESF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Eric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18400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Matheus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48895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Alcides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Raposo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Moroni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18906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185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0203678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39ª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American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Life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Amélia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41233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Defensoria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0752283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Acaraú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Distribuidora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Pecado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Importação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Exportação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Johnny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9767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Gomes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18292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187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0166884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Danubio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20575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Débora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Cassiano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França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Cirne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45579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188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0627415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Ubajara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Ubajara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Wilians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16599A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Porfirio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Mirian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Felix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189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0628499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17ª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Celeste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Cysne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Frota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Sidrão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Valdiane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Napoleão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Quezado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Amanda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Brito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Pageú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35627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190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0628882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Tauá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Tauá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Antonia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Deziderio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Torquato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46100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191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0212276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Diagam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Industria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Comercial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Elaine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218716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Delfar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Diagnosticos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Saboya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12422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8030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Jean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Terto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Montenegro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27223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0128308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William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Ramos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10292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Gabriella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Claudine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193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0629983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Natália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Admª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Maytê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Sigwalt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Raul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13371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194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0631416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Sobi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Urbanismo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Gaudênio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Santiago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20944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Klaus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Kleber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Skorupski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Karine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195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0632615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Energética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Socorro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Raissa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41851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196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0633204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Sandra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Lavor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8831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Mendonça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29500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Isabel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Estado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197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0633218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Comércio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Confecções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Vivian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Juvenal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Raul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13371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Eurivaldo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Cardoso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16196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198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0274091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NGM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Assessoria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Jurídica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Tim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Christianne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37188A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199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0637469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31ª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Hapvida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Assistência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Facó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Albetisa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Matias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Augusto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45853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38" name="Picture 1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139" name="Picture 1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140" name="Picture 1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41" name="Picture 1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42" name="Picture 1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43" name="Picture 1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144" name="Picture 1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45" name="Picture 1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pacing w:val="-4"/>
                <w:sz w:val="14"/>
              </w:rPr>
              <w:t>11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agosto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03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49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XIV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3137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105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200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0637469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Hapvida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Assistência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Facó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Albetisa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Matias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Augusto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45853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0637781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26ª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Aila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Suellen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28188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Wilians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16599A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113887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Calderon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114904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0219648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Valdeny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Andressa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23878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Benjamin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Eugênio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43958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Corpvs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Segurança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Eletrônica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Cesar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Bertosi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18902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203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0054005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Hermínia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Paolo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Giorgio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Quezado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Neves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Miguel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204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0048479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0034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27ª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Hayafuji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Aguiar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Lincoln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33249A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Denis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Roger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Etienne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Passarini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Péricles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33038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Wyllerson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Matias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13975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205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0001531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Motos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Karlos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Roneely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23104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Portela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32573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206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0269917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Infância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Juventude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Estadual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207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0641192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FB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Cargas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Fuvio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Elaine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8151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208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0049359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Aracati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Aracati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Doce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Distribuição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Jonh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Peixoto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EPP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Danielli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Gondim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18218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209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0015871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Nacional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Embracon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Lucília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16018A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Amândio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Tereso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23189A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Alfredo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Dayvis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14119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Elaine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Pereira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35792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210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0620548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27ª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Shopping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Parangaba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Manuel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Luís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7479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Michel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Abou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Asly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&amp;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Gladson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Wesley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211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0152882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Gerais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Ceará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CLIN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Associados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Mauricio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17550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212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0007175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Comarca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Faustino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Josimere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Jocelina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Wendell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Ernesto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36946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Mickaelly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Lohane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Morais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Tributino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40238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213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0621746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Gelter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Thadeu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Condominio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Residencial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Cidade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Jardim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II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Quadra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6"/>
        </w:rPr>
        <w:t>11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Forcinitti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Valera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44579A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214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Alceu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20974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Sousa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Frota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32485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215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0145874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American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Life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Amélia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41233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Natasha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464679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Eneas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Edila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46" name="Picture 1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147" name="Picture 1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148" name="Picture 1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49" name="Picture 1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50" name="Picture 1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51" name="Picture 1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152" name="Picture 1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53" name="Picture 1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pacing w:val="-4"/>
                <w:sz w:val="14"/>
              </w:rPr>
              <w:t>11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agosto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03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49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XIV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3137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106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216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0136133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Isabel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Haroldo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Gutemberg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Urbano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Benevides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28242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Messer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Gases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Oliveira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Roncholi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72002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217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0622850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Caixa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Previdência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Funcionários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Mizzi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Gedeon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14371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Werner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Gorete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Arnaldo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Mapurunga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6494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218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0051471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Sabemi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Juliano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Mansur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113786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William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Kleber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28587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219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0259204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Mirtes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Nocrato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Ronaldo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Simões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220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0257665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Venâncio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40986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Fabiana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33345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Nathália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Guilherme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Benevides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28463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Roni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Furtado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46072A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Ângelo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Rodrigues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Gadelha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20585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Twitter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Informação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Sciascia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Cruz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8320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Zonaro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Giacchetta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147702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Mariana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Jordão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Fornaciari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452179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0094345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Jesus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Freire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Abneas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Helena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Patricia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Bessa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12193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Elano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27380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Mesquita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28784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222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0624274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Juliane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Oliveira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Marinho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33761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Melkzedec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Fonseca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25503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113887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Calderon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114904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223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0624702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Melo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Adriano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16755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Liduina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Ofelia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Frias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32287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224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0005133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Iguatu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Iguatu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Deusimar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Eurijane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16326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Fretcar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Transportes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Rodoviários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Viacao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Cidade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Luz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Ozório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8714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225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0200211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0099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Itaitinga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Itaitinga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Nivia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Ferreira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Roseno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45524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Recovery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Consultoria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Denuzzo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Salomão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253384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226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0247462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VMZ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Distribuidora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Alimentos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Haroldo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Gutemberg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Urbano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Benevides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28242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Mobilecomm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Consultoria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Telecomunicações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0625875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Juliane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Oliveira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Marinho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Melkzedec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Fonseca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25503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33761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Calderon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114904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228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0013293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0175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Trairi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Trairi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Tania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Construções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Rebeca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32359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Coutinho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26114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Adriano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Ferraz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Passes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30495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229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0018431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0070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Crateús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Cratéus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Antônio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Poty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Wilker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Loiola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Custodio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26867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230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0626237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20ª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Vibra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Energia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Leonardo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25711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Comercial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Petróleo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Romildo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Junior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Patricia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Alfredo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Jader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Lobo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27926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231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0001986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0049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Beberibe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Beberibe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Eólica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Beberibe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Priscila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12203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Agropecuária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Beraba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54" name="Picture 1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155" name="Picture 1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156" name="Picture 1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57" name="Picture 1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58" name="Picture 1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59" name="Picture 1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160" name="Picture 1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61" name="Picture 1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pacing w:val="-4"/>
                <w:sz w:val="14"/>
              </w:rPr>
              <w:t>11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agosto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03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49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XIV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3137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107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0050355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0114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Bispo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Jhyully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Beserra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42362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Mob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Telecomunicação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Gabrielly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Melo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Patricio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Lessa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28618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233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0627446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Júlio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Bernardino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31726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36068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Helson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22455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234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0200151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0135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Orós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Orós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Jacinto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Daiane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20020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Joacy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20980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Mundial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Editora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Folini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Stabile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251594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235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0200292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0113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Posto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Km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Comercio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Cícero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12564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Rógeres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40164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236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0518096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2011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Bruno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Rabelo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21041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Conceição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32373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237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0201864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0029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Fatima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Ruan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43870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238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0201849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19646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0200155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0113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Cassimiro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Bandeira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42107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0203896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0071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Jhyully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Beserra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42362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241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0202143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Pan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Gracas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Goncalves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Ítalo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40247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242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0200761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Zelia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William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Kleber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28587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0201465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Loiola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25034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Romcy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239000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244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0200179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0052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Brejo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Brejo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Jocikely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42269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Cicera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41448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Wégela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42664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245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0200980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Remessa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Necessária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192649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Lídio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35180A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Placido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246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0211924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Crespo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115665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247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0091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Iguatu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Iguatu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Recorrente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Recorrida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Ivaneide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Eurijane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16326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Robson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21231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0263056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Itapeva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XI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Multicarteira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Creditórios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Padronizados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62" name="Picture 1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163" name="Picture 16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164" name="Picture 16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65" name="Picture 16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66" name="Picture 16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67" name="Picture 1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168" name="Picture 16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69" name="Picture 16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pacing w:val="-4"/>
                <w:sz w:val="14"/>
              </w:rPr>
              <w:t>11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agosto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03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49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XIV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3137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108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249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0201265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França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Regios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25034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Banrisul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Rodrigo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Nicoladeli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30961A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Elisiane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Dornelles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Frassetto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33645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Frassetto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30962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250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0214533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26ª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Safra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Amorim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26571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Edson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18590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251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0200054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0038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Araripe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Araripe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45388A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Luzimar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Josieldo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Ferreira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40343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252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0200728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0166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Senador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Pompeu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Senador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Pompeu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Mercantil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Mercantil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Cicero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Gois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Lívio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Martins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15942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253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0052793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0151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Paraná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Marissol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Jesus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Filla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17245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Fabiano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Xavier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Hárnesson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21656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Pordeus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22270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253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agosto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30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HABILITADOS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z w:val="16"/>
        </w:rPr>
        <w:t>@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254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0101541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BV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Urbano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Vitalino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Lidianne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Uchôa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26511B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255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0832584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Gadelha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Gadelha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28427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Citicard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Fraga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10658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Gerbasi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25254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Vládia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8622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256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0000098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0190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Procurador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.,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Samuel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304651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257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0070388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0171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Tauá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Tauá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Fulvio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Emerson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Goncalves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13094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Dhiego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23883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.,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.,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.,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258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0203427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0158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259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0201135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0049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Beberibe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Beberibe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Ednardo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Caetano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Mendonça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45455A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Iresolve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Securitizadora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Créditos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Financeiros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Mariana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Denuzzo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Salomão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253384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0200275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0154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Quixeramobim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Quixeramobim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Requerente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Crhystyam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Patrick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Giovanna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Valentim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Cozza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412625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Honda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Miguel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sectPr w:rsidR="00FC693F" w:rsidRPr="0006063C" w:rsidSect="00034616">
      <w:pgSz w:w="11900" w:h="16840"/>
      <w:pgMar w:top="87" w:right="1044" w:bottom="308" w:left="1084" w:header="720" w:footer="720" w:gutter="0"/>
      <w:cols w:space="720" w:num="1" w:equalWidth="0">
        <w:col w:w="9772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embedTrueTypeFonts/>
  <w:saveSubsetFonts/>
  <w:proofState w:spelling="clean" w:grammar="clean"/>
  <w:defaultTabStop w:val="720"/>
  <w:noPunctuationKerning/>
  <w:characterSpacingControl w:val="compressPunctuationAndJapaneseKana"/>
  <w:savePreviewPicture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LightPDF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LightPDF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LightPDF</dc:creator>
  <cp:keywords/>
  <dc:description>generated by LightPDF 20250911</dc:description>
  <cp:lastModifiedBy>LightPDF</cp:lastModifiedBy>
  <cp:revision>1</cp:revision>
  <dcterms:created xsi:type="dcterms:W3CDTF">2026-03-17T19:20:57Z</dcterms:created>
  <dcterms:modified xsi:type="dcterms:W3CDTF">2026-03-17T19:20:57Z</dcterms:modified>
  <cp:category/>
</cp:coreProperties>
</file>