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2854696</wp:posOffset>
            </wp:positionV>
            <wp:extent cx="6132830" cy="1524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147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Cajuína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POSTO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CONHEÇO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Honorários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sucumbenciais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majorados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%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doze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critério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fixado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abril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Jales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Pattrick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INTERLOCUTÓRIA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0625224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Confecções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Arnaldo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Ocicleide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autorizadores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indefiro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efeito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suspensivo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pleiteado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vislumbro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início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preenchimento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requisitos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quais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sejam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probabilidade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perigo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resultado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útil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Outrossim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querendo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contraminuta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4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200" w:lineRule="exact" w:before="407" w:after="2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0631187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44482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Y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Y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Duarte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0633961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Randal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47628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Tempus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0269351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American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Tower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Infraestruturas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Sabino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East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0186047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Gonçalo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Ciriaco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Ciríaco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Tais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Ciríaco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Fertaper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Josefa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Deysiane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172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0910585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Caixa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Cássia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Watanabe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148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0061553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Garden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Estacionamento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Eventos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Humberto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Rosseti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91263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90461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Milton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Colen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63240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Lobato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307482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147450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0499607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Jangada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0499607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Ricardo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Nissan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Automovéis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Camers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Jangada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Veiculos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Alexandre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0626701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0630548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Premoldados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Artec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42963A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Geosistemas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Engenharia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Planejamento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0633779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Elisangela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40663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0042517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Albeniza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Mega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Imóveis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Rogério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Dall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35331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0201480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Juventude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Natanael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Defensoria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Estadual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0637954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Cutrim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Cutrim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Deusito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Mizzi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Gedeon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40794A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Móveis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Haroldo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Gutemberg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Csl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Falcão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Ivan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Falcão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Jamila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Eládio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Pamplona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44814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0158949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Db3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Telecomunicações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Gabrielly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0225783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0244206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Glauber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0252317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0204974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478272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Ariosmar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232751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165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149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0618707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Wambra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Artur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Hemídio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Otavio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0156559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Alexandre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23219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Cetelem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Borba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Accioly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Original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Banrisul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173477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Laspro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Oreste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Nestor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Laspro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98628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Sabemi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Mansur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Daycoval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0212845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Isabelly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Acacilda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0638219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Aurilene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Átila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37501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Cetelem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Baptista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153999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0620873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Monica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Aderaldo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0621201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Gleiton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Assunção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Ascal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38915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0121331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Ferraz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0202155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Taniza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Xavier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Shalon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Michaelli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Marília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0010636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Prata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Girao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22941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Figueredo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Liberty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0052510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43948A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Conceicao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0053571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0216037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42900A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0055830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Italo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149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0008062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0047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Baturité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Baturité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Marileide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ALBUQUERQUE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Líder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Waltemberg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Thanara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Elisyanne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40487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0004006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Batista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Amancio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168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0625322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Salles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Furlani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329848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19309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0627119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Joslam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Gracas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Procopio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Agostinho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0106368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Itamá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CAPEF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Sant¿anna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0011458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Rokylane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0906580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Original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0007986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0517391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Espolio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Gracas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Dirkson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0003328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Artur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Rangel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0168199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Incorporação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Gazzineo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Barbosa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Wanderley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0154932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Espirito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Investimentos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Natalia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Pongitori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30999B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Cinthia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31911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0019635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Telefônica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Esbroglio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310300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Tramix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Indústria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Têxtil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CTB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Têxtil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0242167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Máximo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135753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0005208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Mirella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Machado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0009910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Rosângela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Olorum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0008508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Manassés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Monalisa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0052064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Auxiliadora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Iranete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deAdministradora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Todos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85907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0055758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Karoenne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Danielmo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Vaccari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0061650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Penha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Departamento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Estadual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Trânsito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DETRAN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Walter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31506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0285797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Gilvanira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Florêncio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Laécio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Servidores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Fazendários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Estaduais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CAFAZ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Sheylane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0213351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Miriam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Miriam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0023288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BERJ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Palmeira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Palmeira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0634143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Fontenele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Roberlene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33348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Picanco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Angé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Itamar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Lívio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Crateús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Cratéus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38129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0012514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Grigorio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Kerginaldo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Josélio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0011442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0293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0051397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Rogerio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0161425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Joventino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0204362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Suyanne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39147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0003420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0077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Volkswagen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Josélia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0242154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Rejane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0009779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0032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Amontada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Amontada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Andrade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31938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0027221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Anchevaldo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Roneely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0256968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0204181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Wariston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Quirino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Valentim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Cozza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412625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Eugênio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103082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0054135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Florentino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0227023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Porfirio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Cristina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Façanha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Ellery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Aiuaba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Aiuaba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Damião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Edênia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0012693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0090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Fatima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Kerginaldo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Angé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0201518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0204485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André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Durao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152121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0200503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Bernaldino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Gomes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34828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0010119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Agility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Cobranças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1421850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Eciele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Albérico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Edmilson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0162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Sabino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0202152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39027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41493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Gonini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Benício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40470A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Miraci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Gomes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Wrialle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Yugo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45143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Isadora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Albernaz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35545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Banrisul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Gustavo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Elisiane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Dornelles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Frassetto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Rodrigo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Frassetto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0201076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Jimene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222815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Levi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0006040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0153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Godoy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77167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53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0261336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Clarissa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Najma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Said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0633610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Lucília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16018A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Debora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Peroba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Archanjo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46673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0635120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BSPAR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Tarciano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Capibaribe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11208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Roncalli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Omena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Palhano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Daniely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Catucci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Edvana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Antenor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Rinauro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Iracema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Iracema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Laís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Benito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45263A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Maltz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Nahon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45497A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0269122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Eudes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29811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0051469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Inácio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Oneida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Pinheiro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Milhome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Plubio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Betoven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0084146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Oneida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Milhome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Betoven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Garreto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Nunes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0640371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Churrascaria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Ltda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Auricélio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Linduino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0641010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Caririaçu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Caririaçu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Global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BARILE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249230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0641152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Yarlan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Lemos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Xvier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0620931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Waiwai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Emídio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Krisschke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Siqueira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14326A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Pascale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65263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Josafá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315963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Micael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Pâmela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0259763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Ivá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0622292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Registros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Espólio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Jaime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Albano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Holanda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Ciríaco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12188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Karinne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Ciriaco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Paloma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Chastinet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Nadja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0201886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Ducoco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Produtos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Alimentícios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Dornelles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105283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94409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Tim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Cargas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28339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0201210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Agleni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Euberlan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40660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Balbino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0174526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Remessa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Necessária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Alceu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Figueiredo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Jóias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Ótica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Oscar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Tadeu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Cesarino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Shopping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Aldeota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Expansão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Asfor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Soservi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0003914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0165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Umirim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Umirim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Achernar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Herculano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Filipe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Avila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22570D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0203341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34248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Alexandre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Lennon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Saad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386676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385536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Leandro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Moysés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Barjud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Claro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Maltz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Nahon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45497A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78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0623421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Tinoco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0117667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Mercadopago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Representações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Mercadolivre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Atividades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Internet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Chalfin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Eliane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32922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0001671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0075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Lopes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Herbster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Igor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Adenildo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25145A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0044046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Aziz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Manuel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Jereissati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Liana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Campos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Jereissati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Paraipaba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Paraipaba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Adivaldo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0051249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0043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Eudásio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Coutinho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36760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Cetelem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Baptista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153999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AIRTON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0203257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209551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86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14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PARTIR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São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39978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50003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39978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0471497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Sebastião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Carolina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Affonso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223070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Orisvaldo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57069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3000543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0023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Norberto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Matilde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0112959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Corpvs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Vigilantes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Particulares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Tokio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Jocimar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Estalk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247302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0139256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M4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Securitizadora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Mozart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Josefa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Luziane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Lidianne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26511B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0179633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Rochelle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0628574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Marilia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35978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0001334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LDB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Cargas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Mapfre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Rêgo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0010549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Metropolitan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Life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Privada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METLIFE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Emília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Rueda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Marques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0051428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Tenório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32845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Liduina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Luduvico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Luiz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0249999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Adauto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Rodolpho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Corpvs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Corpo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Vigilantes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Particulares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0184264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Sângela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Aurélio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Brendo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Amoneli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Elisabeth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Petraroli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Petraroli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256756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0278839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Giselly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Joserisse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Hortencio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Afonso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Lustosa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Franklin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Barcellos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Elizete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Filomeno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Josemano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Nicácio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Imóveis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Myrthes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Deusdeth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0278839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Emanuel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Franklin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Barcellos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Elizete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Filomeno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Josemano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Nicácio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Giselly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Joserisse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Hortencio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Afonso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Lustosa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46140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0004378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Guedes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Rejane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0144265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Susete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Anchieta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Barcelos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Yasser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Christian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Lamarck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Parente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21964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Codifrios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Distribuicao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Frios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Parmalat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Nay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Marfori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222988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0636836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Ingrid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Barbosa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45580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0001560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0047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Baturité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Baturité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Laurilena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11367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Jacqueline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Adotado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Kennedy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Viviane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Studart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0637736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Arnon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46660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Rayol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George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0638675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GEAP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Autogestão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Albanese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Furquim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36545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Rifane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Matteo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Capelli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Letícia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0277568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111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Individual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Advocacia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0015601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Aereas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Paixão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41287A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Lilian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Élio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Lílian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Cidrão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13115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113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Supermercado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Econômico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46981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42080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Rian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0640807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GEAP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Autogestão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Rifane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Matteo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Capelli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Letícia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0620410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Residencial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Flat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Elaine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Jessen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Kênia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116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0674441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Artemisa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Gildásio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Funcionários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Mizzi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Gedeon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40794A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0203986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Batista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0192345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Campos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Cartaxo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Odilia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Cartaxo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Eliezé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Cartaxo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119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0621505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Jacinto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Jerônimo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Jerônimo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0621505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Eduardo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Jacinto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Jerônimo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Jerônimo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Abreu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0622029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Evaristo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Aragao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0238479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0203912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Hermano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0622958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RCI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Frassetto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Nicoladelli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Plant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0088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Holding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Humberto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0511767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Potiguara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Frota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Gomes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0107327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21834B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134691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Messias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GRANDERSON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FRANCILENE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Convenção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Assembleias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CONADEC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Weimar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Márcio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Asarias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MESSIAS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ELVIS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Testemunha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SEBASTIAO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0003743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Misericórdia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27330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Jéssica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41170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Aurelio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Magalhaes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Joelena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Parente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0052306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C6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Nathalia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0292996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Monica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Darmento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Principe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Stevanin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346790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0202053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Isaura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0210155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Ernesto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Alcântara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Message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87929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2480914</wp:posOffset>
            </wp:positionV>
            <wp:extent cx="6139180" cy="2286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2981706</wp:posOffset>
            </wp:positionV>
            <wp:extent cx="6132830" cy="1524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abril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1130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3060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0201447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Felipe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134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95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20" w:lineRule="exact" w:before="391" w:after="298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200" w:lineRule="exact" w:before="596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20"/>
        </w:rPr>
        <w:t>DESPACHOS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3"/>
          <w:sz w:val="16"/>
        </w:rPr>
        <w:t>DESPACHO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RELATORES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0006955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Adelmo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Considerando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petição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informando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interesse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conciliar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proposta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acordo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manifestar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nestes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informando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tem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interesse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conciliar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instituição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bancária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informadas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sistema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Relator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0051187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Luã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Filgueiras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Custos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respeito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princípios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constitucionais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contraditório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ampla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defesa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LIV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16"/>
        </w:rPr>
        <w:t>LV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Constituição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Federal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normas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fundamentais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9º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legalmente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habilitado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constituído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querendo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opostos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§2º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retornem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conclusos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Expedientes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sistema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Relator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DECISÃO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MONOCRÁTICA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0230356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Hospital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Prudente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recurso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PARCIAL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majorando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$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mantendo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demais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Majoro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honorários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advocatícios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%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doze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condenação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informadas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sistema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Facó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Wesley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3"/>
          <w:sz w:val="16"/>
        </w:rPr>
        <w:t>DESPACHO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RELATORES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0628048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Monique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Bezerra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Clínicas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Camilla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IESO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Instituto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Estudos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Odontológicos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Fulvio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Sormani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Espíndola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Tarciano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Capibaribe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Recebo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prejuízo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reavaliar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ospressuposto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admissibilidade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pesem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argumentos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esposados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verificando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osautos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especialmente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cotejo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provas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melhor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analise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urge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ocontraditório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querendo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minuta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aopresente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quinze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acordo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quepreceitua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inciso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Empós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voltem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conclusos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assinatura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RUTH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QUEIROGARelatora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3"/>
          <w:sz w:val="16"/>
        </w:rPr>
        <w:t>DESPACHO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RELATORES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0054131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respeito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princípios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constitucionais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devido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sectPr w:rsidR="00FC693F" w:rsidRPr="0006063C" w:rsidSect="00034616">
      <w:pgSz w:w="11900" w:h="16840"/>
      <w:pgMar w:top="87" w:right="1044" w:bottom="309" w:left="1079" w:header="720" w:footer="720" w:gutter="0"/>
      <w:cols w:space="720" w:num="1" w:equalWidth="0">
        <w:col w:w="9777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2026-03-17T14:18:51Z</dcterms:created>
  <dcterms:modified xsi:type="dcterms:W3CDTF">2026-03-17T14:18:51Z</dcterms:modified>
  <cp:category/>
</cp:coreProperties>
</file>