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2851190</wp:posOffset>
            </wp:positionV>
            <wp:extent cx="6132830" cy="1524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97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3052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129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Celedônio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Custos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RH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exame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permite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concluir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eficácia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intimação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efeito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há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permita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concluir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foi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efetivamente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recebida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decorreu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contrarrazões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acerca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interlocutória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querendo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ofereça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contrarrazões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Relatora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0637777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Belchior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Gerarda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Afonso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Vambaster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respeito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proposta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transação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veiculada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intermédio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petição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março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Relator</w:t>
      </w:r>
    </w:p>
    <w:p>
      <w:pPr>
        <w:widowControl/>
        <w:wordWrap w:val="0"/>
        <w:autoSpaceDE w:val="0"/>
        <w:autoSpaceDN w:val="0"/>
        <w:spacing w:line="160" w:lineRule="exact" w:before="240" w:after="212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80" w:lineRule="exact" w:before="424" w:after="218"/>
        <w:ind w:left="5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8"/>
        </w:rPr>
        <w:t>PAUTA</w:t>
      </w:r>
      <w:r>
        <w:rPr>
          <w:rFonts w:ascii="Times New Roman" w:hAnsi="Times New Roman" w:eastAsia="Times New Roman"/>
          <w:b/>
          <w:color w:val="000000"/>
          <w:spacing w:val="10"/>
          <w:sz w:val="18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8"/>
        </w:rPr>
        <w:t>DE</w:t>
      </w:r>
      <w:r>
        <w:rPr>
          <w:rFonts w:ascii="Times New Roman" w:hAnsi="Times New Roman" w:eastAsia="Times New Roman"/>
          <w:b/>
          <w:color w:val="000000"/>
          <w:spacing w:val="10"/>
          <w:sz w:val="18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8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0635700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Fortaleza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Jaqueline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Daycoval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Izaura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19768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0870696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Germando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Espólio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Alessandro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0138045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Roseany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Diovanna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Camurça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Ester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Material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Baltazar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35787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Fazenda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Imperial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Poente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Christian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Chaves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40129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0280284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Lopes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37139A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Murilo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Karolina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47620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0015711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219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97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3052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130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0000835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Ivandila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Rokylane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Drummond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0631292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Marília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34374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Shalon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Michaelli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Bevenuto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Procurador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Gilbene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Calixto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Claudino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Procurador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Deziderio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0267142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AMIL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Internacional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Ribamar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Hermano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Hellen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Joyce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33368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0633703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Curador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25989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Rebecca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Moura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0634138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Izaura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19768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Izaura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Ricardo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Bonsucesso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110394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William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Nésio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70580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0110919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Ramir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Yuri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Scarano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26832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Pucca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Dilson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Douglas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0142157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Eliezer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Torre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44123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Valter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Valdenia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6606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0051672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Darcio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0010086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Walmar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Praça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97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3052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131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0486450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Sheila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Kênia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Condominio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Atlantico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0620614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Arismoar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232751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Samea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0056829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Tássia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Quintaes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Leilyanne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Leopoldo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32918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0112870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Favoritto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Residence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Clube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Murilo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Favoritto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Leonardo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Fialho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108654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Jacques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80055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Murilo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39394A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0052129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Remessa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Necessária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Rejane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37687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40538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0051288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Hiram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Carvalho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Mõnica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Adenauer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Joyce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Marconi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Olineuza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0113694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Gildo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Leobino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Aurivan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0160444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Islaudo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46072A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199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0201083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0173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Emília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Rueda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Olinda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Ronnéria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45370B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0229336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Valdenira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Ventura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Franklin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Guarany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0108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Jaguaruana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Jaguaruana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Iomar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Romão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0623106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Edner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Goulart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266217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Cetelem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Zavanella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Trindade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Jovito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119652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0001719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Leila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Oliviera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0287772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Salete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Kélio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46875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Mapfre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Yves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30225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Rayanne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Tarcisa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Lisboa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57204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0776069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Augusto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Renam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Ticiana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25432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18218B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39041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4512894</wp:posOffset>
            </wp:positionV>
            <wp:extent cx="6139180" cy="22860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5013716</wp:posOffset>
            </wp:positionV>
            <wp:extent cx="6132830" cy="15240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97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3052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132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0001166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Solana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Carmo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Gleicy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0905213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Vicunha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Textil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Danilo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Grangeiro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Grangeiro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0202272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Florencio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0000333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0147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Rokylane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Ruan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43870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47780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210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95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20" w:lineRule="exact" w:before="391" w:after="298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200" w:lineRule="exact" w:before="596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20"/>
        </w:rPr>
        <w:t>EMENTA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CONCLUSÃO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ACÓRDÃOS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EMENTA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CONCLUSÃO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ACÓRDÃO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0636416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0000Agravo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Passaré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BSPAR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Tarciano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Capibaribe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Frederico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Peters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Lígia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Navarro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Albuquerque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Volney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Auricélio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Basílio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Ligiane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Bernardino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PORT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2023Conheceram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lhe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acórdão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unanimidade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EMENTA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PROCESSUAL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OBRIGAÇÃO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FAZER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PARCIAL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DEFERIMENTO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IMPUGNAÇÃO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EXECUTADAS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ACOLHEU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PEDIDO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ADMISSÃO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GARANTIA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DETERMINOU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APRESENTAÇÃO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DEMONSTRATIVO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CÁLCULO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AJUSTADO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EXEQUENTE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DEIXOU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APRECIAR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EXCESSO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EXECUÇÃO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SOB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APRESENTAÇÃO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DESCUMPRIMENTO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DISPOSTO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§§4º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5º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EVIDENCIADO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EXECUTADAS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APRESENTARAM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ALEGAÇÃO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GENÉRICA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EXCESSO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EXECUÇÃO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ACERTO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PRECEDENTES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STJ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TRIBUNAIS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PÁTRIOS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ALEGAÇÃO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INTEGRAL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TEMPESTIVO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TUTELA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DEFERIDA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REJEITADA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QUE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JUNTADO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DOCUMENTOS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MÉRITO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MESMO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SUA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PROLAÇÃO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COMPROVAÇÃO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CONTROVÉRSIA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ACERCA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SUFICIÊNCIA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DOCUMENTOS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JUNTADOS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APENAS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SEREM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AQUELES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SUFICIENTES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ORIGEM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INTIMANDO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JUNTADA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TODOS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DOCUMENTOS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PRETENDIDO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EXEQUENTES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ÔNUS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PROVAR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MEDIDA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PERTENCE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EXECUTADA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§1º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MANTIDA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DESPROVIDO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CINGE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CONTROVÉRSIA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RECURSAL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ANALISAR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LEGALIDADE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INTERLOCUTÓRIA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ACOLHENDO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PARCIALMENTE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IMPUGNAÇÃO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APRESENTADA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ADMITIU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GARANTIA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JUDICIAL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GARANTIA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EXEQUENTE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PLANILHA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INCIDÊNCIA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CORREÇÃO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MONETÁRIA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ASTREINTES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DEIXANDO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APRECIAR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ALEGAÇÃO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EXCESSO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EXECUÇÃO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APREÇO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VERGASTADA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626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ORIGEM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EXTRAI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ACOLHEU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PARCIALMENTE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IMPUGNAÇÃO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SENTENÇA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PROPOSTO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AGRAVANTES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ADMITINDO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PLEITO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OFERTA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APÓLICE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GARANTIA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JUDICIAL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GARANTIA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REJEITANDO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PORÉM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ALEGAÇÃO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EXCESSO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EXECUÇÃO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QUANTO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ASTREINTES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CONSEQUENTE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PLEITO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REDUÇÃO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MONTANTE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EXECUTADO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FUNDAMENTA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INOBSERVÂNCIA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DISPOSTO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§4º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525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DETERMINA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NECESSIDADE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INDICAÇÃO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QUANDO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ALEGADO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EXCESSO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79" w:header="720" w:footer="720" w:gutter="0"/>
          <w:cols w:space="720" w:num="1" w:equalWidth="0">
            <w:col w:w="9777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8950701</wp:posOffset>
            </wp:positionV>
            <wp:extent cx="6132830" cy="15240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DESPACHO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análise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juntou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petição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acordo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contudo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há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assinatura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patronos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constando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apenas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nome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Nesse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sabendo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vontade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indispensável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validade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acordo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entre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partes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Secretaria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Judiciária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juntada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devidamente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todas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homologação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Expedientes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indicada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sistema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assinado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digitalmente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MONOCRÁTICA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0624250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tratando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obstante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tenha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apreciado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pedido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liminar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formulado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pôs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interposição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constitui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grosseiro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havendo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falar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aplicação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Princípio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Fungibilidade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tais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razões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fulcro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precedentes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citados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conheço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março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Anastácio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42080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INTERLOCUTÓRIA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0624489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Renard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Villena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Fundo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tais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razões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efeito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suspensivo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pleiteado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Oficie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contrarrazões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prazo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março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46673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Archanjo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MONOCRÁTICA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0637263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Ubajara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deixo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prejudicado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932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outubro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MONOCRÁTICA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0632589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todo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conheço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declaração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opostos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todavia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rejeitá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assinatura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digitalmente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Wilber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Correa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Scatena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Valle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Clóvis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Mapurunga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Mapurunga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INTERLOCUTÓRIA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0624295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ENEL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autorizadores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efeito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suspensivo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pleiteado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vez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vislumbro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início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preenchimento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quais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sejam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probabilidade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perigo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resultado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útil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Outrossim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querendo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contraminuta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Exmo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Sr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44435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0624395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Brilhante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Vanessa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Brilhante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Ursula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ausentes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autorizadores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efeito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suspensivo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pleiteado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vislumbro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início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preenchimento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quais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sejam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probabilidade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perigo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resultado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útil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processo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Outrossim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querendo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prazo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contraminuta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Exmo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Sr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4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Washington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30819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200" w:lineRule="exact" w:before="407" w:after="2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0012872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CEAGRA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Cerâmica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Agropecuaria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Francelso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Cavalcante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Stella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Leitão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ALBUQUERQUE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Dolaricia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Rochelly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0124559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Sophia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Sophia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Aisse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Raysa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Morganna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Fernades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ALBUQUERQUE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0054336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Eldorado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Fontenele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35531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31768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179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0036238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Hiarles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Rivelli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0858240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Filipe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37958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DIVEPEL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Veiculos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Ribamar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Rommel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Emmanuel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0009663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Central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Eólica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Flexeiras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Gerardina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Jeferson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26114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Welber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Muller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0159066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Edifício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Moacir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40102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0006220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Cruzeiro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Mahfuz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Vezzi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31478A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Januário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0002609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0148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Manoel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Zenaide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334520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0163316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0232636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Allianz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Máximo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135753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0164788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Dragão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Denise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Pessoa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Fontenele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0014457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Sabiaguaba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Turísticos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Fortcasa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Imobiliária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Filipe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ávila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0001628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Crateús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Cratéus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Ester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Olavo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0138457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Viação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Cleilson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Herbênio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0628405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Erotildes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Serafim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Thomas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Édson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38715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0628759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0630898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32610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CCB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Daycoval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0631731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Francinete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Alexandre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Massa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UNÂNIME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Economia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Mútuo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Servidores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Poder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Executivo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Sabino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Sá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0000250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Sérgio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40863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0010457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Remessa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Necessária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Cinquepalmi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Suely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Puddu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Geane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Alyrio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Thalles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Olívia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Farias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Germano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Palácio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11569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Josefa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Lucilene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Valdivia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Rogério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23374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0188192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Arquitetura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Engenharia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Metrópolis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Ademar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15786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Dayane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Venâncio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0796372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Aliança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Navegação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Logística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67677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stukart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173888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Guarany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Oraci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0019107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HSBC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Bank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Múltiplo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Gladys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Craveiro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Edgar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Alon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Takeuchi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Turbay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Raimilan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Seneterri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Rachel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Alfeu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38726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Laécio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0152587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Selma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Raumiro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Zeuma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Keppler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68931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Simone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Zaize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132830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11734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0637077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Volvo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Importação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Veículos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Badaró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PSERV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Recebimentos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Pagamentos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Petraroli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0637214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Consignado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0006867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0178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Excelsa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Avila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Adauto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Rodolpho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Eliano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Avila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0051617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41971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Micaele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43593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0135262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GEAP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Autogestão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Albanese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Uiara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34209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Soléria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Coelho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Osmar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0237883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Rosberg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Zulmira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Evanildo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Bernardino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41621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Itaucard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60359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0007199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Aminael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322110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0074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Edvaldo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Thimóteo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37748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Maranhão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Roberta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0217204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Cicero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Saldanha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0010868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Alexsandro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Lucila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Castro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Ranulfo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Marleicya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0202159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Erminio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0871944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Petit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Pães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Esdras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Dieb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0274405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Jocimar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Estalk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247302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0233925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Kathie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Nadaf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Gusmão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473300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Nadaf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Gusmão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0257665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Venâncio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40986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28463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Ângelo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Twitter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Informação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0128752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Bonifácio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0281951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Registros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Kullwendel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Chaves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Hosana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Cazuza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0012356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0128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Damião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Auxiliadora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Juarez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Moraes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0137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Cristina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Miguel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0020590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Hospital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11860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36473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Izabel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27674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Ismael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Celedônio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Gadêlha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0201580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Cláudio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Frasato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29282A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Paiva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0202608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0055046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Marilene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Cassemiro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Dênio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0206639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175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3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40" w:lineRule="exact" w:before="7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0008222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Amaurilio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Marcelina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9510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Nivaldo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Curador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Especial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1111A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Olavo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Zuila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120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0142366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Scarano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Imobiliarios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Gaudênio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Santiago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Madre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Mass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121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0110493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Thaís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MRV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MRV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MDI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Maraponga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IV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80055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108654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0014577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0086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Crédito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Bartolomeu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Isidro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123</w:t>
      </w:r>
    </w:p>
    <w:p>
      <w:pPr>
        <w:widowControl/>
        <w:wordWrap w:val="0"/>
        <w:autoSpaceDE w:val="0"/>
        <w:autoSpaceDN w:val="0"/>
        <w:spacing w:line="160" w:lineRule="exact" w:before="240" w:after="2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0001427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Irene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Demontier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Duclieux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0040927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Marilene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Caetano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Edmilson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Credicard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Cartões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111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0127212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Magalhães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0013705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Vanda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PORTOCRED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0162653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Transnordestina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Logística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TLSA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Valença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RLH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Pneus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Jameson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Sant´ana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0173151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Esgoto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Lothar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Bohler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0637279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Limoeiro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Carbomil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Química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Heber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Quinderé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Stela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Vasconcellos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0203470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Colácio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Wanderley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117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Míria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Flaviana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38626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118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0622283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Gerlanio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Cordeiro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119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0624629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Lisboa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Congelados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Papa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Gestão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Franquias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119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0148779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Amailza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Advocacia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Amailza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Paschoal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Gelter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Thadeu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Tabuleiro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Tabuleiro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Ulisses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0240591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RMS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Ng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Assessoria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Segurança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Perícia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Técnica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labor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life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0016286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Fatima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Suderlan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Raulino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21111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Lucimara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36683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Iseuda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0219047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Laís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Benito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415467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Telemar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Leste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0248467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Daiane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Grasielle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39272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Neusa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0883648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Arthur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Ibiapina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Fernandes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0486586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Durcirene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Moitas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Laudemir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Bacelar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0002499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Rerisson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Nildomar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Osvaldo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122306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0220781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Village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Danny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Ananias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0122860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IREP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Ensino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Superior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Fundamental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Valença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Cidrão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19976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Cacau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36727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Firmeza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David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40602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0034688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David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0635172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Sílvio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Stenio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Parente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Talita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15284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0172999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Carmélia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Lewinter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AMIL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Médica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Internacional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0284048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Ramalho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Bezerra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0629857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Gerson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Gradvohl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Weltton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Loiola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Duarte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0635698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Libra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Ligas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Heber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Quinderé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Stela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Vasconcellos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Hammer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Corporation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Group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Westphal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Trevisan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279132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0055562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29670A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0641098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Noah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Y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Erilúcia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Abreu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35468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0641653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Nathiele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0622738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Metalferro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Idelmar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Selma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Evaldo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92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0121203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Érica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0136617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Napoleão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Spazzafumo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Jocelin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Apoliano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28754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0624472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Gonçalo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Pecém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Candido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Dinamarco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102090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Giannico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172514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Eugenio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Eleuterio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Romulo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Giuliano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Lopes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Lousada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Menezes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Fontenele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Milerio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31234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33806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Ernesto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Plutarco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37583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Jaquelline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43123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Thais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Siderúrgica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Pecém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CSP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Frossard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302001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14326A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0108362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AIRTON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Zilda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Kayo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Karolina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47620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0641056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Roseli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Paixão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Suyane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0279469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0241730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38269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Itaucard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Sebastiao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101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0154162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Alaisa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Ingrid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Basilio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22949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Felix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Funerária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Duradoura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0205448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Patrício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14114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Coimbra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151056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0145561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Recon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Alysson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Tosin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86925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Semenzi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147850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Gleison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Donizete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171640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159995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Irismar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0104637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Cabeleireiros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Cinthia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Greyne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Napoleão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0108405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Inês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Soledade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0178130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Investimentos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LNX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Pinheiro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Christianne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Afranio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0159810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IP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Varejista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Derivados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Petróleo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Felismino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0634149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Giglio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Livio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Rittes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0005418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Sanders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Halley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Hellen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41378B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44109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0620893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Delcotton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Gladson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Wesley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Gransol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Resort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Lívio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0621700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Sheila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Kênia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Selma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0622327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Ketleyn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45751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Euclides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0233648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Izabel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Cleudio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0264298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0121011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0083497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Jandira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Bentes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0209610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0051255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Eurian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0234520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40866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0051121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0008372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0122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Jaime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0057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Geovanna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0001071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Edilene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Toscano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Rachel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Aiuaba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Aiuaba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Zilda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0636336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Energética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Turbay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Dayse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Bicho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0201734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Laryssa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Boyadjian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0256760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Rachel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Cecilia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Mousinho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0265589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Jorge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Aiuaba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Aiuaba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Rogeraiuma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Edênia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Poliana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217387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0051943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Nilton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Raffa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376210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Yamaha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Rivelli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0270491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Ribamar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44735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David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0621683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Jayara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6" name="Picture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39" name="Picture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0050950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Galdino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0258985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Terceiros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Identificados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Curadoria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Especial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1111A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0255217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Jader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Florencio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Felismino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29816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0097650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97650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14841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Thayanne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BSE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BCP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Telecomunicações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16403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Leitao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Luciene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Roberto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Fontinele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32836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Rochelly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41552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0213826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Nádia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Florencio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Igor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35978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Rejane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Ananias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Ubajara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Ubajara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Otoch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Virgilio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0267925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Vituriano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Saboya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Brandão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0635622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Tássia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184645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Djalma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0638924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Bonde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Carmehil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Elétrica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Nerildo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Tereza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Ranulfo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0204461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Viena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Cirino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Figueiredo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0889421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Macedo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Éric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46506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0640252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Juarez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Suzy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0200911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Ronneria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0641714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Meruoca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Meruoca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Oreilly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0203053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Juá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Negócios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Sayonara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44173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0202466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Localiza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Rent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Sigisfredo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Hoepers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Germano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Diana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0622327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Sâmya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Capistrano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Edelardo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Evaldo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Ângela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Gaudênio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Éverton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0228352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Master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Eletrônica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Brinquedos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Riomar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Shopping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Raphael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0052622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0104927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Marieta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Lauar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Lauar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RCI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Marissol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Filla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Jangada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Renault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Mineu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Galdino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45108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Lúcia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Martins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Paraná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Camers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27989B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Nathalia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0056046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RCI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Frassetto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Roney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0056914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Talita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56" name="Picture 1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31703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0000245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Creusa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Armando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Glória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Thiago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0201063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Arquelau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Manuelito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41127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Camilla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Jimene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222815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0204064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0202152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Sonia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Jair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Caetano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RCI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Camers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32295A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64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0009960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Leudivan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Jacy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Machado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Christiane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Pragmácio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Telles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Hélio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Laudemir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Bacelar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Thaís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Aquino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23789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Pragmácio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Telles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DARIVAL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0151710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Xavier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158592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Mêlyna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0116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Daudeci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Edvaldo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Anastácio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42080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0340799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Nadir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Adelmo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Norma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Juvenal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Lamartine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0112787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Jani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Mêlyna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Xavier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0625165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Andrezza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Bezzato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0631420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Jacó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Esdras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57" name="Picture 1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58" name="Picture 1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4639904</wp:posOffset>
            </wp:positionV>
            <wp:extent cx="6139180" cy="22860"/>
            <wp:wrapNone/>
            <wp:docPr id="159" name="Picture 1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5140695</wp:posOffset>
            </wp:positionV>
            <wp:extent cx="6132830" cy="15240"/>
            <wp:wrapNone/>
            <wp:docPr id="160" name="Picture 1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61" name="Picture 1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62" name="Picture 1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63" name="Picture 1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64" name="Picture 1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65" name="Picture 1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66" name="Picture 1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5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20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3051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180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0631684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Rêgo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40369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0631957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Jimilly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0632507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Gouveia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45292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Alessandra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39664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Lago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38102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0632607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Benício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0633325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76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95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20" w:lineRule="exact" w:before="391" w:after="298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200" w:lineRule="exact" w:before="596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20"/>
        </w:rPr>
        <w:t>EMENTA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CONCLUSÃO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ACÓRDÃOS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EMENTA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CONCLUSÃO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ACÓRDÃO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0001767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0075Apelação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Espírito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Natalia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Brandao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Pongitori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FILHOConheceram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lhe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provimento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acórdão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unanimidade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EMENTA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RESCISÃO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CONTRATUAL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COMPROMISSO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COMPRA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IMÓVEL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INADIMPLÊNCIA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PROMITENTE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COMPRADOR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RESCISÃO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RESTITUIÇÃO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PARCIAL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SÚMULA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543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RETENÇÃO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PROMISSÁRIA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VENDEDORA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PAGO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PROMISSÁRIO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COMPRADOR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%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VINTE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RETENÇÃO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INDEVIDA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CLÁUSULA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ABUSIVA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PRECEDENTES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STJ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EGRÉGIA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CONHECIDO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IMPROVIDO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MANTIDA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CONTROVÉRSIA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CINGE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RETENÇÃO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PREJUÍZO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FIXAÇÃO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SIMULTÂNEA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TAXA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FRUIÇÃO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SINAL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PAGO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DECORRENTE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RESCISÃO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CONTRATO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PROMESSA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COMPRA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VENDA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IMÓVEL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RESSARCIMENTO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RELATIVOS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DESPESAS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DECORRENTES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IMÓVEL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OBJETO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RESCISÃO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CONTRATUAL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HIPÓTESE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RESOLUÇÃO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CONTRATO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COMPRA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IMÓVEL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SUBMETIDO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DEFESA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CONSUMIDOR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OCORRER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IMEDIATA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RESTITUIÇÃO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PARCELAS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PAGAS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PROMISSÁRIO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COMPRADOR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INTEGRALMENTE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CASO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CULPA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EXCLUSIVA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PROMITENTE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VENDEDOR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PARCIALMENTE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TENHA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COMPRADOR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CAUSA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DESFAZIMENTO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ENUNCIADO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SÚMULA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543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NESSA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PERSPECTIVA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EVIDENCIADA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CULPA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COMPRADOR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CONFORME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POSICIONAMENTO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SUPERIOR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EGRÉGIA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JUSTIÇA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LÍCITO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VENDEDOR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RETER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PERCENTUAL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ENTRE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%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%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PAGOS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CIRCUNSTÂNCIAS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CADA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AVALIANDO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PREJUÍZOS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SUPORTADOS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”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STJ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AGINT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ARESP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MINISTRO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BUZZI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QUARTA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TURMA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DJE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VERSADO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CONFIRMA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DETERMINOU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RESTITUIÇÃO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RECEBIDOS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VIGÊNCIA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CONTRATO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UMA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ÚNICA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PARCELA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ATUALIZADOS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MONETARIAMENTE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IGPM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CADA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DESEMBOLSO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JUROS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MORA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z w:val="16"/>
        </w:rPr>
        <w:t>%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MÊS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TRÂNSITO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AUTORIZANDO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RETENÇÃO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PERCENTUAL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 w:val="0"/>
          <w:i w:val="0"/>
          <w:color w:val="000000"/>
          <w:sz w:val="16"/>
        </w:rPr>
        <w:t>%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PAGO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TÍTULO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MULTA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CONSONÂNCIA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POSICIONAMENTO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STJ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TRIBUNAL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;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AINDA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AFASTADA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POSSIBILIDADE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RETENÇÃO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SINAL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POIS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IMPLICARIA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PENALIZAR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COMPRADOR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VEZES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SUA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DESISTÊNCIA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NEGÓCIO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IMPROVIDO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MANTIDA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ACÓRDÃOVISTO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RELATADO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DISCUTIDO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APELATÓRIO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FIGURAM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PARTES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NOMINADAS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ACORDA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TERCEIRA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PRIVADO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EGRÉGIO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UNANIMIDADE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CONHECER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LHE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MARÇO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0009063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Barnabe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Climaco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sectPr w:rsidR="00FC693F" w:rsidRPr="0006063C" w:rsidSect="00034616">
      <w:pgSz w:w="11900" w:h="16840"/>
      <w:pgMar w:top="87" w:right="1044" w:bottom="309" w:left="1079" w:header="720" w:footer="720" w:gutter="0"/>
      <w:cols w:space="720" w:num="1" w:equalWidth="0">
        <w:col w:w="9777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2026-03-17T14:10:02Z</dcterms:created>
  <dcterms:modified xsi:type="dcterms:W3CDTF">2026-03-17T14:10:02Z</dcterms:modified>
  <cp:category/>
</cp:coreProperties>
</file>