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EGEDEMO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EGEDEMO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0241103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BEBES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SP209526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0267557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DIMODAS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LINGERIE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CONECTAR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OSTERNO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SP213111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JANKUNAS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SP445171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3062859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SCOPEL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RS40004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SCOPEL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RS40004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RS110602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RS110602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3005316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ASPECIR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FREDERICO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HALABI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HORTA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MG133648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DELESPORTE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TUNALA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RJ174180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0270858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WANDERLEY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Consumidor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CDC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ARISTAQUE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EAGLE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RS124581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BAGGIO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SCHEID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DF75385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0272844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3041478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3041478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3021539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FERTAPER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DEYSIANE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CE27725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POUCHAIN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FLORESBELA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CE32141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CE32157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BA16330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NEEMIAS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0271448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0271448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WEYDSON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CE22470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Lesione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CE49536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0210389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3023693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ESQUADRA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MANUTENCAO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PREDIAL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EMPRESARIAL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TRIBUTARIA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CE15647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CE44278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UNASPUB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DF22748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0201969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BRILHANTE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3006421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3006421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0282363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HHICKS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FRANCHISING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ZAMPA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SP249030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GINESTE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SCHROEDER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SC3780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3014781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3014781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Homicídio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Simples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Proprietario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ocorrido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CE44827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GERENCIAMENTO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RJ152121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RJ237726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SP226657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GRAZIELLE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3016513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Arrematação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OZORIO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KACZAN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0182668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CHATAIGNIER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RJ112493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CHATAIGNIER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RJ112493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3110120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3110120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3109046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SP503547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MULUNGU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CE14896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TAFFAREL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LIQUIDACAO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FIDC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LIMITADA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MORETZSOHN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SP358087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LEOPARDI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RIGAT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GARAVAGLIA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SP310592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CE7337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CE54303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XEREZ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0203214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HSBC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MULTIPLO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HSBC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MULTIPLO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HYPERA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SP287652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RJ179019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SP390170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0235169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TIBURCIO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PR50175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WEVERTON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CONSTANTINO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ALBETIZA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0635294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CE36727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0635294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3104167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CE52593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GLEICIANE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CE42787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TOKIO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3022520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CE33138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0240310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0240310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FAVELA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0011126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GENTYLLE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NICODEMOS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JUVINO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BRINGEL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COLEGIO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RADIOLOGIA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DIAGNOSTICO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MG74204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3009954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RUARCKE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SP405599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ITAPEVA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MULTICARTEIRA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RITZMANN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SC11985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3002382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3023834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Desconsideração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Personalidade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Jurídica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3023834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MASIPACK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MAQUINAS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AUTOMATICAS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MINTZ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SP136652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GONTHIER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PITTA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Regulamentação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GOUVEIA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0054949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ATACADAO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ESTIVAS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CEREAIS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PE35764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DERIK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PE36475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GO11730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0121793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MAIA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CE36393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CE27662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MAIA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CE35907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0121793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0249392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FUJISAN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HEMOTERAPIA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HEMATOLOGIA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ULTRA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VALDENIZIA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BUSHATSKY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SP89249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BUSHATSKY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SP270767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DOMENICONI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SP166564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MG162351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BUSHATSKY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SP270767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BUSHATSKY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SP89249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DOMENICONI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SP166564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MG162351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VALDENIZIA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FUJISAN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HEMOTERAPIA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HEMATOLOGIA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ULTRA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0485246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CE31395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3021772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9ª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Família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3021772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VERISSIMO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GLAYDSON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GAUDENIO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Domiciliar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KASPRZYKOWSKI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MG145920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FUNCIONARIOS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3040436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3040436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EUFRASIO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CE9349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RIVELINO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CE33252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3039645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WANDIZA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SUDARIO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3039645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0009095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2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GENTIL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GENTIL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3025355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MARKES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RAFHAEL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CE38920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RS63407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DF22393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0254584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ROLIM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CE45021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VLAUDIENOS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CE51232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EDJA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0057703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JOBSON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BACURAU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LIFE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OPERADORA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SOEJIMA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MATERNIDADE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KAZUYOSHI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KAWASAKI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GEOVANI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SP396680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0238865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RR557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SICREDI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SP124809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MARDYLLA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CE44891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BA42468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0207420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Homicídio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Simples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CE44058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ALCONFORADO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PB23559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0244528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SP113887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APOLINARIO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3034156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ENOQUE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3034156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3004552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DRUMOND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GRUPPI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SP163781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KELVYSON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CE48195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CE40505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3003330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SIPRIANO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CE29056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WAYNE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BREXIO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CE28177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3025343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INVICTA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CE10917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PB33901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IVANOVNA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MAKSON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PHILIPPE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0264292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SUELLEN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CE20629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0007347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Adjudicação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Compulsória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0007347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0096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CE30870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3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Testamento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SP221079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3003239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0016535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Vizinhança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NIEFSON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herança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CE6986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Levantamento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SANDERS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3009909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3017158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BALTAZAR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EROTIDES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3022890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LOURIVAL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TRAJANO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CE52924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CE9275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0273828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MASSILON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BARATA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CE35728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ADONIAS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CLARINDO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ELOISIO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MARAMALDO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GOUVEIA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0230804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Extinção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MOACIR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CE39394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CE53169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MAHFUZ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VEZZI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PIRES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CE51786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3019783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POLPAS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ALFEU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SP441585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SEIXAS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SP457767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SP293832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3018968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Dinâmica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Inversão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ZANON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SP356080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CE47682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CE28711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AVILA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KILERY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3041270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SP94243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SP232751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REIJERS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CONTABIL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BONFIM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SALDANHA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CE50497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3048400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CE34898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CE34898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PE29650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ELISANGELA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HISMAEL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PE27854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PE35362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0235113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EHRICH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EHRICH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CE11834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GUALBERTO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PETRAROLI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CE31493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3024012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Imissão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ILEANA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PEROBA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PEROBA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MARREIROS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DRUMOND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GRUPPI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SP163781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0622880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RONEUDO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Saldanha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PI17946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0202737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CE37845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CE12249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Securoma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AEDIFICATA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Crisostomo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3004139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CE28711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JURANDY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PE27851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Revogação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praticados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prejuízo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credores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EXCLUSIVO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MULTISEGMENTOS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LIMITADA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AWADA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LOMACON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COSTRUCAO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MEYER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DEYVID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SP478272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NOEMI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HEIDER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CAJASEIRA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ETHEL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WEYNE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Devedor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FA2F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GERBASI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BA25254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3051538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3051538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ANSELMO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CE55114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CE25435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0193326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Hipoteca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WAMBIER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PR7295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RS51837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ROSIMEIRA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NOEMI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VALTERNAN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BA14040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0227763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ALIMENTICIOS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REFRIGERANTES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LOYO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PE21415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3016920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Julgada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MYRTHES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NADAI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TIBERIO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LOGICA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ISMENIA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WYLLERSON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CE13975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Aquisição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GEZEBEL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MELLINAS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SERENI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GESTER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PR69584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EDIVAR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Domiciliar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MENSURADO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CLAUDENIR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CE35719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ACARAU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CE105170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CE47780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WILL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MG131089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3007497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CE53952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INBURSA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ARTEFATOS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ALUMINIO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TAINAH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RUNEBERG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ZENILDA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CE18964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3021996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3021996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CE44740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0629237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Litisconsórcio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GMAC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MAPFRE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ADAHILTON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CE33769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LADY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STIVELBERG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PA35293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CAZOLARI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MADYANNE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HELLEN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ROZANGELA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KEMP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CE33103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MG119786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CE42762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0544448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0002126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GEAP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DF34209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DF24923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ALBANESE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DF25882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MG98771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0845664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ARIOSTON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ELUINA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DF22393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0204234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EUBERLAN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CREVILARI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0256917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KLYVIA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PALACIO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III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III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3021570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WESLEY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CE31513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DAYALESSON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0457379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Condômino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AFRANIO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Adilson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CE21362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JESPERSEN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ATHAYDE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CE16958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Bonfim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SHOPPING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GILVANDO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3016641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CRISTOVAO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CE7181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DANRLEY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RANULFO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3016247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Remoção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GISLANNY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LEILYANNE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LEOPOLDO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RANULPHO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MURARO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CE33405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0209685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EUDINILSA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DRIVE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MULTIMARCAS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ESTEFANIA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ESTEFANIA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DRIVE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MULTIMARCAS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EUDINILSA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NICOLAU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CONAFER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Retificação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GLADSTONE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ERMISON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CE43208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AQUIRAZ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MUTUALISTA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COLETIVOS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AMBEC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DELMACLECIA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CE53466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Devedor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SP232751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SP226657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3068656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3068656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3023964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3019093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SP524430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SP424315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RAKEL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CE38722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3067878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SP416336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USEBENS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BA36592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CE48909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UNASPUB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0205027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ANDIARA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0253870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SHEYLLA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CE47489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0449597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3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DIONIZIO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LAURINDO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CE50467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3022367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Arbitramento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Majoração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CERAPELES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SAYD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CE17413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0516065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CE36330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VAUDIONOR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SP418625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0050466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CE36330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VAUDIONOR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SP418625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0278129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JEQUITIBA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AFRANIO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THYSSENKRUPP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ELEVADORES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GIANPAOLO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ZAMBIAZI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BERTOL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MG86425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CLEUDIVANIA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0146259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0146259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GAUDENIO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VIRGINIA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RHAVENNA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CE41994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0260060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CE40138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CATRINE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CE40138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CE45748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CE48266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MULLER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0228315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JOCIMAR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ESTALK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SP247302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0246742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0204525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3031481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3031481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BRAITINEY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0205426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CE17508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MICAELE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RAIURY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RAIURY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DEILLYSON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DEILLYSON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Iguatu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0254652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AMILCAR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MONTENEGRO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CE26705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CE26705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AMILCAR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MONTENEGRO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0254652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HALLEY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0265405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CEARENSE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METROPOLITANOS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OZARINA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CE29613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CEZAR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DEVGI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0207492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SYMARA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AM13076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IMPERIAL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MALTZ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NAHON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COLARES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SENHORINHA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0245596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NANCY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CE31712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3019119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CE44636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LEYDSON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PR103121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3021795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SUPERMERCADOS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OLEOS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GORDURAS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BARJUD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DONIZETI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SANCHEZ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SP73055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VERANILCE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RJ111171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3007057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HERCULES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CE13643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3007057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0626427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YASMIM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IRANIZIO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ELIJANES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EFFERTON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AÉREAS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3008891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DARDANA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CE9940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Confissão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Composição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Dívida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LEMBRANCE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PERSONALIZADOS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0220223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MUNDIAL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MOVEIS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CE37637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FORNELLOS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PE28240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BA51709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casadas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CE53619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285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CHALFIN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GERISIA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WILDABERTO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OLIMPIO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3087494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ASTESIA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ASTESIA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CE11663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3004583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CE51972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3084345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Devedor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JALES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3003334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296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3003334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JOHNNATA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CE48662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3030841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0267135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0163207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Condômino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AFRANIO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0163207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Romenigh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0184724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COLUMBIA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COLUMBIA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MAVIGNIER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0221361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COIMBRA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ABHNER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RR1018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CE8268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0487144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CE6934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658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87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2026-03-17T16:36:39Z</dcterms:created>
  <dcterms:modified xsi:type="dcterms:W3CDTF">2026-03-17T16:36:39Z</dcterms:modified>
  <cp:category/>
</cp:coreProperties>
</file>