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7025639</wp:posOffset>
            </wp:positionH>
            <wp:positionV relativeFrom="page">
              <wp:posOffset>60960</wp:posOffset>
            </wp:positionV>
            <wp:extent cx="476250" cy="597535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975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774700</wp:posOffset>
            </wp:positionH>
            <wp:positionV relativeFrom="page">
              <wp:posOffset>177800</wp:posOffset>
            </wp:positionV>
            <wp:extent cx="6019800" cy="2413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711200</wp:posOffset>
            </wp:positionV>
            <wp:extent cx="914400" cy="889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1079500</wp:posOffset>
            </wp:positionV>
            <wp:extent cx="6134100" cy="1397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139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1473200</wp:posOffset>
            </wp:positionV>
            <wp:extent cx="1320800" cy="889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1600200</wp:posOffset>
            </wp:positionV>
            <wp:extent cx="1435100" cy="88900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1854200</wp:posOffset>
            </wp:positionV>
            <wp:extent cx="1320800" cy="889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2108200</wp:posOffset>
            </wp:positionV>
            <wp:extent cx="6121400" cy="1003300"/>
            <wp:wrapNone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1003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3251200</wp:posOffset>
            </wp:positionV>
            <wp:extent cx="850900" cy="88900"/>
            <wp:wrapNone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3492500</wp:posOffset>
            </wp:positionV>
            <wp:extent cx="1460500" cy="101600"/>
            <wp:wrapNone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3759200</wp:posOffset>
            </wp:positionV>
            <wp:extent cx="6121400" cy="228600"/>
            <wp:wrapNone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4013200</wp:posOffset>
            </wp:positionV>
            <wp:extent cx="6134100" cy="749300"/>
            <wp:wrapNone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49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5016500</wp:posOffset>
            </wp:positionV>
            <wp:extent cx="6134100" cy="139700"/>
            <wp:wrapNone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139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5410200</wp:posOffset>
            </wp:positionV>
            <wp:extent cx="1257300" cy="88900"/>
            <wp:wrapNone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5537200</wp:posOffset>
            </wp:positionV>
            <wp:extent cx="1257300" cy="88900"/>
            <wp:wrapNone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5791200</wp:posOffset>
            </wp:positionV>
            <wp:extent cx="952500" cy="88900"/>
            <wp:wrapNone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6032500</wp:posOffset>
            </wp:positionV>
            <wp:extent cx="5956300" cy="114300"/>
            <wp:wrapNone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6172200</wp:posOffset>
            </wp:positionV>
            <wp:extent cx="889000" cy="101600"/>
            <wp:wrapNone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6299200</wp:posOffset>
            </wp:positionV>
            <wp:extent cx="1346200" cy="88900"/>
            <wp:wrapNone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6413500</wp:posOffset>
            </wp:positionV>
            <wp:extent cx="4851400" cy="127000"/>
            <wp:wrapNone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6680200</wp:posOffset>
            </wp:positionV>
            <wp:extent cx="6121400" cy="495300"/>
            <wp:wrapNone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7302500</wp:posOffset>
            </wp:positionV>
            <wp:extent cx="6121400" cy="635000"/>
            <wp:wrapNone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35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8064500</wp:posOffset>
            </wp:positionV>
            <wp:extent cx="6121400" cy="508000"/>
            <wp:wrapNone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8712200</wp:posOffset>
            </wp:positionV>
            <wp:extent cx="6121400" cy="368300"/>
            <wp:wrapNone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9220200</wp:posOffset>
            </wp:positionV>
            <wp:extent cx="6121400" cy="368300"/>
            <wp:wrapNone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9728200</wp:posOffset>
            </wp:positionV>
            <wp:extent cx="6121400" cy="241300"/>
            <wp:wrapNone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149352</wp:posOffset>
            </wp:positionV>
            <wp:extent cx="33020" cy="315595"/>
            <wp:wrapNone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155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434340</wp:posOffset>
            </wp:positionV>
            <wp:extent cx="6114415" cy="30480"/>
            <wp:wrapNone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04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6813804</wp:posOffset>
            </wp:positionH>
            <wp:positionV relativeFrom="page">
              <wp:posOffset>134112</wp:posOffset>
            </wp:positionV>
            <wp:extent cx="33020" cy="330835"/>
            <wp:wrapNone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30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6114415" cy="33020"/>
            <wp:wrapNone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30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31750" cy="45720"/>
            <wp:wrapNone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45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0" w:right="0" w:bottom="0" w:left="0" w:header="720" w:footer="720" w:gutter="0"/>
          <w:cols w:space="720" w:num="1" w:equalWidth="0">
            <w:col w:w="1190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22300"/>
            <wp:wrapNone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838200</wp:posOffset>
            </wp:positionV>
            <wp:extent cx="6121400" cy="596900"/>
            <wp:wrapNone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1600200</wp:posOffset>
            </wp:positionV>
            <wp:extent cx="6121400" cy="596900"/>
            <wp:wrapNone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2362200</wp:posOffset>
            </wp:positionV>
            <wp:extent cx="6121400" cy="495300"/>
            <wp:wrapNone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2997200</wp:posOffset>
            </wp:positionV>
            <wp:extent cx="6121400" cy="495300"/>
            <wp:wrapNone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3632200</wp:posOffset>
            </wp:positionV>
            <wp:extent cx="6121400" cy="596900"/>
            <wp:wrapNone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4394200</wp:posOffset>
            </wp:positionV>
            <wp:extent cx="6121400" cy="368300"/>
            <wp:wrapNone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4902200</wp:posOffset>
            </wp:positionV>
            <wp:extent cx="6121400" cy="469900"/>
            <wp:wrapNone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5537200</wp:posOffset>
            </wp:positionV>
            <wp:extent cx="6121400" cy="368300"/>
            <wp:wrapNone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6045200</wp:posOffset>
            </wp:positionV>
            <wp:extent cx="6121400" cy="342900"/>
            <wp:wrapNone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6553200</wp:posOffset>
            </wp:positionV>
            <wp:extent cx="6121400" cy="495300"/>
            <wp:wrapNone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7188200</wp:posOffset>
            </wp:positionV>
            <wp:extent cx="6121400" cy="469900"/>
            <wp:wrapNone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7823200</wp:posOffset>
            </wp:positionV>
            <wp:extent cx="6121400" cy="368300"/>
            <wp:wrapNone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34100" cy="469900"/>
            <wp:wrapNone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8966200</wp:posOffset>
            </wp:positionV>
            <wp:extent cx="6121400" cy="368300"/>
            <wp:wrapNone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9461500</wp:posOffset>
            </wp:positionV>
            <wp:extent cx="6121400" cy="381000"/>
            <wp:wrapNone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876300"/>
            <wp:wrapNone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876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1092200</wp:posOffset>
            </wp:positionV>
            <wp:extent cx="1536700" cy="114300"/>
            <wp:wrapNone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1346200</wp:posOffset>
            </wp:positionV>
            <wp:extent cx="1676400" cy="101600"/>
            <wp:wrapNone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1587500</wp:posOffset>
            </wp:positionV>
            <wp:extent cx="1231900" cy="101600"/>
            <wp:wrapNone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1854200</wp:posOffset>
            </wp:positionV>
            <wp:extent cx="6121400" cy="228600"/>
            <wp:wrapNone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2362200</wp:posOffset>
            </wp:positionV>
            <wp:extent cx="1257300" cy="88900"/>
            <wp:wrapNone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2489200</wp:posOffset>
            </wp:positionV>
            <wp:extent cx="1257300" cy="88900"/>
            <wp:wrapNone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2743200</wp:posOffset>
            </wp:positionV>
            <wp:extent cx="952500" cy="88900"/>
            <wp:wrapNone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2984500</wp:posOffset>
            </wp:positionV>
            <wp:extent cx="5956300" cy="114300"/>
            <wp:wrapNone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3124200</wp:posOffset>
            </wp:positionV>
            <wp:extent cx="889000" cy="101600"/>
            <wp:wrapNone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3251200</wp:posOffset>
            </wp:positionV>
            <wp:extent cx="1346200" cy="88900"/>
            <wp:wrapNone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3365500</wp:posOffset>
            </wp:positionV>
            <wp:extent cx="4851400" cy="127000"/>
            <wp:wrapNone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3632200</wp:posOffset>
            </wp:positionV>
            <wp:extent cx="6121400" cy="368300"/>
            <wp:wrapNone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4140200</wp:posOffset>
            </wp:positionV>
            <wp:extent cx="1536700" cy="114300"/>
            <wp:wrapNone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4394200</wp:posOffset>
            </wp:positionV>
            <wp:extent cx="1676400" cy="101600"/>
            <wp:wrapNone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4635500</wp:posOffset>
            </wp:positionV>
            <wp:extent cx="1231900" cy="101600"/>
            <wp:wrapNone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4902200</wp:posOffset>
            </wp:positionV>
            <wp:extent cx="6121400" cy="228600"/>
            <wp:wrapNone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5410200</wp:posOffset>
            </wp:positionV>
            <wp:extent cx="1257300" cy="88900"/>
            <wp:wrapNone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5537200</wp:posOffset>
            </wp:positionV>
            <wp:extent cx="1257300" cy="88900"/>
            <wp:wrapNone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5791200</wp:posOffset>
            </wp:positionV>
            <wp:extent cx="952500" cy="88900"/>
            <wp:wrapNone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6032500</wp:posOffset>
            </wp:positionV>
            <wp:extent cx="5956300" cy="114300"/>
            <wp:wrapNone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6172200</wp:posOffset>
            </wp:positionV>
            <wp:extent cx="889000" cy="101600"/>
            <wp:wrapNone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6299200</wp:posOffset>
            </wp:positionV>
            <wp:extent cx="1346200" cy="88900"/>
            <wp:wrapNone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6413500</wp:posOffset>
            </wp:positionV>
            <wp:extent cx="4851400" cy="127000"/>
            <wp:wrapNone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6680200</wp:posOffset>
            </wp:positionV>
            <wp:extent cx="6121400" cy="469900"/>
            <wp:wrapNone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7315200</wp:posOffset>
            </wp:positionV>
            <wp:extent cx="6134100" cy="850900"/>
            <wp:wrapNone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50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21400" cy="368300"/>
            <wp:wrapNone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34100" cy="469900"/>
            <wp:wrapNone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9474200</wp:posOffset>
            </wp:positionV>
            <wp:extent cx="6121400" cy="495300"/>
            <wp:wrapNone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22300"/>
            <wp:wrapNone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825500</wp:posOffset>
            </wp:positionV>
            <wp:extent cx="6121400" cy="508000"/>
            <wp:wrapNone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1473200</wp:posOffset>
            </wp:positionV>
            <wp:extent cx="6121400" cy="469900"/>
            <wp:wrapNone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2108200</wp:posOffset>
            </wp:positionV>
            <wp:extent cx="6134100" cy="495300"/>
            <wp:wrapNone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2743200</wp:posOffset>
            </wp:positionV>
            <wp:extent cx="6121400" cy="228600"/>
            <wp:wrapNone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2997200</wp:posOffset>
            </wp:positionV>
            <wp:extent cx="6121400" cy="622300"/>
            <wp:wrapNone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3759200</wp:posOffset>
            </wp:positionV>
            <wp:extent cx="6121400" cy="469900"/>
            <wp:wrapNone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4394200</wp:posOffset>
            </wp:positionV>
            <wp:extent cx="6121400" cy="469900"/>
            <wp:wrapNone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5029200</wp:posOffset>
            </wp:positionV>
            <wp:extent cx="6134100" cy="495300"/>
            <wp:wrapNone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5664200</wp:posOffset>
            </wp:positionV>
            <wp:extent cx="6121400" cy="469900"/>
            <wp:wrapNone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6299200</wp:posOffset>
            </wp:positionV>
            <wp:extent cx="6121400" cy="495300"/>
            <wp:wrapNone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6934200</wp:posOffset>
            </wp:positionV>
            <wp:extent cx="6134100" cy="596900"/>
            <wp:wrapNone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7696200</wp:posOffset>
            </wp:positionV>
            <wp:extent cx="6121400" cy="368300"/>
            <wp:wrapNone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8204200</wp:posOffset>
            </wp:positionV>
            <wp:extent cx="6121400" cy="368300"/>
            <wp:wrapNone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8712200</wp:posOffset>
            </wp:positionV>
            <wp:extent cx="6121400" cy="495300"/>
            <wp:wrapNone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9347200</wp:posOffset>
            </wp:positionV>
            <wp:extent cx="6134100" cy="622300"/>
            <wp:wrapNone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4770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47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838200</wp:posOffset>
            </wp:positionV>
            <wp:extent cx="5930900" cy="10160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965200</wp:posOffset>
            </wp:positionV>
            <wp:extent cx="6121400" cy="24130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21400" cy="36830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1854200</wp:posOffset>
            </wp:positionV>
            <wp:extent cx="6121400" cy="36830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2362200</wp:posOffset>
            </wp:positionV>
            <wp:extent cx="6134100" cy="49530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2997200</wp:posOffset>
            </wp:positionV>
            <wp:extent cx="6121400" cy="36830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3505200</wp:posOffset>
            </wp:positionV>
            <wp:extent cx="6121400" cy="36830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4000500</wp:posOffset>
            </wp:positionV>
            <wp:extent cx="6121400" cy="50800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4648200</wp:posOffset>
            </wp:positionV>
            <wp:extent cx="6121400" cy="49530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5283200</wp:posOffset>
            </wp:positionV>
            <wp:extent cx="6121400" cy="46990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5918200</wp:posOffset>
            </wp:positionV>
            <wp:extent cx="6134100" cy="46990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6553200</wp:posOffset>
            </wp:positionV>
            <wp:extent cx="6121400" cy="36830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7061200</wp:posOffset>
            </wp:positionV>
            <wp:extent cx="6121400" cy="62230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7823200</wp:posOffset>
            </wp:positionV>
            <wp:extent cx="6121400" cy="36830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21400" cy="36830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21400" cy="49530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9474200</wp:posOffset>
            </wp:positionV>
            <wp:extent cx="6121400" cy="46990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7025639</wp:posOffset>
            </wp:positionH>
            <wp:positionV relativeFrom="page">
              <wp:posOffset>60960</wp:posOffset>
            </wp:positionV>
            <wp:extent cx="476250" cy="597535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975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774700</wp:posOffset>
            </wp:positionH>
            <wp:positionV relativeFrom="page">
              <wp:posOffset>177800</wp:posOffset>
            </wp:positionV>
            <wp:extent cx="6019800" cy="24130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711200</wp:posOffset>
            </wp:positionV>
            <wp:extent cx="6121400" cy="368300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1219200</wp:posOffset>
            </wp:positionV>
            <wp:extent cx="5930900" cy="101600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34100" cy="215900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215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1727200</wp:posOffset>
            </wp:positionV>
            <wp:extent cx="6121400" cy="36830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2222500</wp:posOffset>
            </wp:positionV>
            <wp:extent cx="6121400" cy="38100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2743200</wp:posOffset>
            </wp:positionV>
            <wp:extent cx="6121400" cy="368300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3251200</wp:posOffset>
            </wp:positionV>
            <wp:extent cx="6134100" cy="495300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3886200</wp:posOffset>
            </wp:positionV>
            <wp:extent cx="6134100" cy="46990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4521200</wp:posOffset>
            </wp:positionV>
            <wp:extent cx="6121400" cy="36830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5029200</wp:posOffset>
            </wp:positionV>
            <wp:extent cx="6121400" cy="62230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5791200</wp:posOffset>
            </wp:positionV>
            <wp:extent cx="6121400" cy="36830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6299200</wp:posOffset>
            </wp:positionV>
            <wp:extent cx="6121400" cy="36830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6794500</wp:posOffset>
            </wp:positionV>
            <wp:extent cx="6121400" cy="482600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7442200</wp:posOffset>
            </wp:positionV>
            <wp:extent cx="6121400" cy="368300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7950200</wp:posOffset>
            </wp:positionV>
            <wp:extent cx="6121400" cy="368300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8445500</wp:posOffset>
            </wp:positionV>
            <wp:extent cx="6121400" cy="381000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8966200</wp:posOffset>
            </wp:positionV>
            <wp:extent cx="6121400" cy="368300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9474200</wp:posOffset>
            </wp:positionV>
            <wp:extent cx="6134100" cy="368300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149352</wp:posOffset>
            </wp:positionV>
            <wp:extent cx="33020" cy="315595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155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434340</wp:posOffset>
            </wp:positionV>
            <wp:extent cx="6114415" cy="30480"/>
            <wp:wrapNone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04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6813804</wp:posOffset>
            </wp:positionH>
            <wp:positionV relativeFrom="page">
              <wp:posOffset>134112</wp:posOffset>
            </wp:positionV>
            <wp:extent cx="33020" cy="330835"/>
            <wp:wrapNone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30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6114415" cy="33020"/>
            <wp:wrapNone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30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31750" cy="45720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45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0" w:right="0" w:bottom="0" w:left="0" w:header="720" w:footer="720" w:gutter="0"/>
          <w:cols w:space="720" w:num="1" w:equalWidth="0">
            <w:col w:w="1190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47700"/>
            <wp:wrapNone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47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838200</wp:posOffset>
            </wp:positionV>
            <wp:extent cx="1676400" cy="101600"/>
            <wp:wrapNone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1079500</wp:posOffset>
            </wp:positionV>
            <wp:extent cx="1231900" cy="101600"/>
            <wp:wrapNone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21400" cy="241300"/>
            <wp:wrapNone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1854200</wp:posOffset>
            </wp:positionV>
            <wp:extent cx="1257300" cy="88900"/>
            <wp:wrapNone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1981200</wp:posOffset>
            </wp:positionV>
            <wp:extent cx="1257300" cy="88900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2235200</wp:posOffset>
            </wp:positionV>
            <wp:extent cx="952500" cy="88900"/>
            <wp:wrapNone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2476500</wp:posOffset>
            </wp:positionV>
            <wp:extent cx="5956300" cy="114300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2616200</wp:posOffset>
            </wp:positionV>
            <wp:extent cx="889000" cy="101600"/>
            <wp:wrapNone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2743200</wp:posOffset>
            </wp:positionV>
            <wp:extent cx="1346200" cy="88900"/>
            <wp:wrapNone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2857500</wp:posOffset>
            </wp:positionV>
            <wp:extent cx="4851400" cy="127000"/>
            <wp:wrapNone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3124200</wp:posOffset>
            </wp:positionV>
            <wp:extent cx="6121400" cy="469900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3759200</wp:posOffset>
            </wp:positionV>
            <wp:extent cx="6121400" cy="495300"/>
            <wp:wrapNone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4394200</wp:posOffset>
            </wp:positionV>
            <wp:extent cx="6134100" cy="876300"/>
            <wp:wrapNone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76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5410200</wp:posOffset>
            </wp:positionV>
            <wp:extent cx="1536700" cy="114300"/>
            <wp:wrapNone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5664200</wp:posOffset>
            </wp:positionV>
            <wp:extent cx="1676400" cy="101600"/>
            <wp:wrapNone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5905500</wp:posOffset>
            </wp:positionV>
            <wp:extent cx="1231900" cy="101600"/>
            <wp:wrapNone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6172200</wp:posOffset>
            </wp:positionV>
            <wp:extent cx="6121400" cy="241300"/>
            <wp:wrapNone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6553200</wp:posOffset>
            </wp:positionV>
            <wp:extent cx="1320800" cy="88900"/>
            <wp:wrapNone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6680200</wp:posOffset>
            </wp:positionV>
            <wp:extent cx="1282700" cy="88900"/>
            <wp:wrapNone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6934200</wp:posOffset>
            </wp:positionV>
            <wp:extent cx="952500" cy="88900"/>
            <wp:wrapNone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7175500</wp:posOffset>
            </wp:positionV>
            <wp:extent cx="5956300" cy="114300"/>
            <wp:wrapNone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7315200</wp:posOffset>
            </wp:positionV>
            <wp:extent cx="1536700" cy="101600"/>
            <wp:wrapNone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939800</wp:posOffset>
            </wp:positionH>
            <wp:positionV relativeFrom="page">
              <wp:posOffset>7442200</wp:posOffset>
            </wp:positionV>
            <wp:extent cx="698500" cy="88900"/>
            <wp:wrapNone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7556500</wp:posOffset>
            </wp:positionV>
            <wp:extent cx="4851400" cy="127000"/>
            <wp:wrapNone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7823200</wp:posOffset>
            </wp:positionV>
            <wp:extent cx="6121400" cy="368300"/>
            <wp:wrapNone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8318500</wp:posOffset>
            </wp:positionV>
            <wp:extent cx="6134100" cy="508000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8966200</wp:posOffset>
            </wp:positionV>
            <wp:extent cx="6121400" cy="469900"/>
            <wp:wrapNone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9601200</wp:posOffset>
            </wp:positionV>
            <wp:extent cx="6121400" cy="368300"/>
            <wp:wrapNone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47700"/>
            <wp:wrapNone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47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838200</wp:posOffset>
            </wp:positionV>
            <wp:extent cx="5943600" cy="101600"/>
            <wp:wrapNone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965200</wp:posOffset>
            </wp:positionV>
            <wp:extent cx="6134100" cy="368300"/>
            <wp:wrapNone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1473200</wp:posOffset>
            </wp:positionV>
            <wp:extent cx="6121400" cy="368300"/>
            <wp:wrapNone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1981200</wp:posOffset>
            </wp:positionV>
            <wp:extent cx="6121400" cy="368300"/>
            <wp:wrapNone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2489200</wp:posOffset>
            </wp:positionV>
            <wp:extent cx="6121400" cy="495300"/>
            <wp:wrapNone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3124200</wp:posOffset>
            </wp:positionV>
            <wp:extent cx="6121400" cy="469900"/>
            <wp:wrapNone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3759200</wp:posOffset>
            </wp:positionV>
            <wp:extent cx="6121400" cy="469900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4394200</wp:posOffset>
            </wp:positionV>
            <wp:extent cx="6121400" cy="469900"/>
            <wp:wrapNone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5029200</wp:posOffset>
            </wp:positionV>
            <wp:extent cx="6121400" cy="469900"/>
            <wp:wrapNone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5651500</wp:posOffset>
            </wp:positionV>
            <wp:extent cx="6121400" cy="508000"/>
            <wp:wrapNone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6299200</wp:posOffset>
            </wp:positionV>
            <wp:extent cx="6121400" cy="368300"/>
            <wp:wrapNone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6807200</wp:posOffset>
            </wp:positionV>
            <wp:extent cx="6121400" cy="596900"/>
            <wp:wrapNone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7569200</wp:posOffset>
            </wp:positionV>
            <wp:extent cx="6121400" cy="469900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8204200</wp:posOffset>
            </wp:positionV>
            <wp:extent cx="6121400" cy="368300"/>
            <wp:wrapNone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8712200</wp:posOffset>
            </wp:positionV>
            <wp:extent cx="6121400" cy="368300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9207500</wp:posOffset>
            </wp:positionV>
            <wp:extent cx="6121400" cy="482600"/>
            <wp:wrapNone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9855200</wp:posOffset>
            </wp:positionV>
            <wp:extent cx="5943600" cy="114300"/>
            <wp:wrapNone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901700"/>
            <wp:wrapNone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01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1092200</wp:posOffset>
            </wp:positionV>
            <wp:extent cx="6121400" cy="368300"/>
            <wp:wrapNone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1587500</wp:posOffset>
            </wp:positionV>
            <wp:extent cx="6121400" cy="381000"/>
            <wp:wrapNone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2108200</wp:posOffset>
            </wp:positionV>
            <wp:extent cx="6121400" cy="368300"/>
            <wp:wrapNone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2616200</wp:posOffset>
            </wp:positionV>
            <wp:extent cx="6121400" cy="241300"/>
            <wp:wrapNone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2997200</wp:posOffset>
            </wp:positionV>
            <wp:extent cx="6121400" cy="368300"/>
            <wp:wrapNone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3492500</wp:posOffset>
            </wp:positionV>
            <wp:extent cx="6121400" cy="863600"/>
            <wp:wrapNone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863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4521200</wp:posOffset>
            </wp:positionV>
            <wp:extent cx="1473200" cy="114300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4775200</wp:posOffset>
            </wp:positionV>
            <wp:extent cx="1676400" cy="101600"/>
            <wp:wrapNone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5016500</wp:posOffset>
            </wp:positionV>
            <wp:extent cx="1231900" cy="101600"/>
            <wp:wrapNone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5283200</wp:posOffset>
            </wp:positionV>
            <wp:extent cx="6121400" cy="228600"/>
            <wp:wrapNone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5664200</wp:posOffset>
            </wp:positionV>
            <wp:extent cx="1320800" cy="88900"/>
            <wp:wrapNone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5791200</wp:posOffset>
            </wp:positionV>
            <wp:extent cx="1282700" cy="88900"/>
            <wp:wrapNone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6045200</wp:posOffset>
            </wp:positionV>
            <wp:extent cx="952500" cy="88900"/>
            <wp:wrapNone/>
            <wp:docPr id="212" name="Picture 2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6286500</wp:posOffset>
            </wp:positionV>
            <wp:extent cx="5956300" cy="114300"/>
            <wp:wrapNone/>
            <wp:docPr id="213" name="Picture 2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6426200</wp:posOffset>
            </wp:positionV>
            <wp:extent cx="1536700" cy="101600"/>
            <wp:wrapNone/>
            <wp:docPr id="214" name="Picture 2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939800</wp:posOffset>
            </wp:positionH>
            <wp:positionV relativeFrom="page">
              <wp:posOffset>6553200</wp:posOffset>
            </wp:positionV>
            <wp:extent cx="698500" cy="88900"/>
            <wp:wrapNone/>
            <wp:docPr id="215" name="Picture 2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6667500</wp:posOffset>
            </wp:positionV>
            <wp:extent cx="4851400" cy="127000"/>
            <wp:wrapNone/>
            <wp:docPr id="216" name="Picture 2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6934200</wp:posOffset>
            </wp:positionV>
            <wp:extent cx="6121400" cy="495300"/>
            <wp:wrapNone/>
            <wp:docPr id="217" name="Picture 2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7556500</wp:posOffset>
            </wp:positionV>
            <wp:extent cx="6121400" cy="482600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8204200</wp:posOffset>
            </wp:positionV>
            <wp:extent cx="6121400" cy="469900"/>
            <wp:wrapNone/>
            <wp:docPr id="219" name="Picture 2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21400" cy="622300"/>
            <wp:wrapNone/>
            <wp:docPr id="220" name="Picture 2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9588500</wp:posOffset>
            </wp:positionV>
            <wp:extent cx="6121400" cy="381000"/>
            <wp:wrapNone/>
            <wp:docPr id="221" name="Picture 2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222" name="Picture 2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622300"/>
            <wp:wrapNone/>
            <wp:docPr id="224" name="Picture 2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838200</wp:posOffset>
            </wp:positionV>
            <wp:extent cx="6121400" cy="368300"/>
            <wp:wrapNone/>
            <wp:docPr id="225" name="Picture 2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21400" cy="1231900"/>
            <wp:wrapNone/>
            <wp:docPr id="226" name="Picture 2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1231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2743200</wp:posOffset>
            </wp:positionV>
            <wp:extent cx="6134100" cy="495300"/>
            <wp:wrapNone/>
            <wp:docPr id="227" name="Picture 2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3378200</wp:posOffset>
            </wp:positionV>
            <wp:extent cx="6121400" cy="469900"/>
            <wp:wrapNone/>
            <wp:docPr id="228" name="Picture 2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4013200</wp:posOffset>
            </wp:positionV>
            <wp:extent cx="6134100" cy="469900"/>
            <wp:wrapNone/>
            <wp:docPr id="229" name="Picture 2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4648200</wp:posOffset>
            </wp:positionV>
            <wp:extent cx="6121400" cy="469900"/>
            <wp:wrapNone/>
            <wp:docPr id="230" name="Picture 2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5283200</wp:posOffset>
            </wp:positionV>
            <wp:extent cx="6121400" cy="469900"/>
            <wp:wrapNone/>
            <wp:docPr id="231" name="Picture 2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5918200</wp:posOffset>
            </wp:positionV>
            <wp:extent cx="6121400" cy="469900"/>
            <wp:wrapNone/>
            <wp:docPr id="232" name="Picture 2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6553200</wp:posOffset>
            </wp:positionV>
            <wp:extent cx="6121400" cy="368300"/>
            <wp:wrapNone/>
            <wp:docPr id="233" name="Picture 2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7061200</wp:posOffset>
            </wp:positionV>
            <wp:extent cx="6121400" cy="368300"/>
            <wp:wrapNone/>
            <wp:docPr id="234" name="Picture 2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7569200</wp:posOffset>
            </wp:positionV>
            <wp:extent cx="6134100" cy="622300"/>
            <wp:wrapNone/>
            <wp:docPr id="235" name="Picture 2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34100" cy="876300"/>
            <wp:wrapNone/>
            <wp:docPr id="236" name="Picture 2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76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9347200</wp:posOffset>
            </wp:positionV>
            <wp:extent cx="6134100" cy="622300"/>
            <wp:wrapNone/>
            <wp:docPr id="237" name="Picture 2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238" name="Picture 2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239" name="Picture 2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774700"/>
            <wp:wrapNone/>
            <wp:docPr id="240" name="Picture 2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774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965200</wp:posOffset>
            </wp:positionV>
            <wp:extent cx="6121400" cy="368300"/>
            <wp:wrapNone/>
            <wp:docPr id="241" name="Picture 2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1473200</wp:posOffset>
            </wp:positionV>
            <wp:extent cx="6134100" cy="596900"/>
            <wp:wrapNone/>
            <wp:docPr id="242" name="Picture 2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2235200</wp:posOffset>
            </wp:positionV>
            <wp:extent cx="6121400" cy="495300"/>
            <wp:wrapNone/>
            <wp:docPr id="243" name="Picture 2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2870200</wp:posOffset>
            </wp:positionV>
            <wp:extent cx="6121400" cy="368300"/>
            <wp:wrapNone/>
            <wp:docPr id="244" name="Picture 2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3365500</wp:posOffset>
            </wp:positionV>
            <wp:extent cx="6121400" cy="381000"/>
            <wp:wrapNone/>
            <wp:docPr id="245" name="Picture 2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3873500</wp:posOffset>
            </wp:positionV>
            <wp:extent cx="6134100" cy="482600"/>
            <wp:wrapNone/>
            <wp:docPr id="246" name="Picture 2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4521200</wp:posOffset>
            </wp:positionV>
            <wp:extent cx="6121400" cy="342900"/>
            <wp:wrapNone/>
            <wp:docPr id="247" name="Picture 2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5029200</wp:posOffset>
            </wp:positionV>
            <wp:extent cx="6121400" cy="241300"/>
            <wp:wrapNone/>
            <wp:docPr id="248" name="Picture 2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5410200</wp:posOffset>
            </wp:positionV>
            <wp:extent cx="6121400" cy="469900"/>
            <wp:wrapNone/>
            <wp:docPr id="249" name="Picture 2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6045200</wp:posOffset>
            </wp:positionV>
            <wp:extent cx="6121400" cy="469900"/>
            <wp:wrapNone/>
            <wp:docPr id="250" name="Picture 2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6667500</wp:posOffset>
            </wp:positionV>
            <wp:extent cx="6121400" cy="508000"/>
            <wp:wrapNone/>
            <wp:docPr id="251" name="Picture 2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7315200</wp:posOffset>
            </wp:positionV>
            <wp:extent cx="6121400" cy="368300"/>
            <wp:wrapNone/>
            <wp:docPr id="252" name="Picture 2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7823200</wp:posOffset>
            </wp:positionV>
            <wp:extent cx="6121400" cy="368300"/>
            <wp:wrapNone/>
            <wp:docPr id="253" name="Picture 2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21400" cy="495300"/>
            <wp:wrapNone/>
            <wp:docPr id="254" name="Picture 2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8966200</wp:posOffset>
            </wp:positionV>
            <wp:extent cx="6121400" cy="368300"/>
            <wp:wrapNone/>
            <wp:docPr id="255" name="Picture 2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9474200</wp:posOffset>
            </wp:positionV>
            <wp:extent cx="6121400" cy="495300"/>
            <wp:wrapNone/>
            <wp:docPr id="256" name="Picture 2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257" name="Picture 2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258" name="Picture 2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7025639</wp:posOffset>
            </wp:positionH>
            <wp:positionV relativeFrom="page">
              <wp:posOffset>60960</wp:posOffset>
            </wp:positionV>
            <wp:extent cx="476250" cy="597535"/>
            <wp:wrapNone/>
            <wp:docPr id="259" name="Picture 2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975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774700</wp:posOffset>
            </wp:positionH>
            <wp:positionV relativeFrom="page">
              <wp:posOffset>177800</wp:posOffset>
            </wp:positionV>
            <wp:extent cx="6019800" cy="241300"/>
            <wp:wrapNone/>
            <wp:docPr id="260" name="Picture 2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698500</wp:posOffset>
            </wp:positionV>
            <wp:extent cx="6121400" cy="381000"/>
            <wp:wrapNone/>
            <wp:docPr id="261" name="Picture 2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1219200</wp:posOffset>
            </wp:positionV>
            <wp:extent cx="6121400" cy="368300"/>
            <wp:wrapNone/>
            <wp:docPr id="262" name="Picture 2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1727200</wp:posOffset>
            </wp:positionV>
            <wp:extent cx="6121400" cy="469900"/>
            <wp:wrapNone/>
            <wp:docPr id="263" name="Picture 2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2362200</wp:posOffset>
            </wp:positionV>
            <wp:extent cx="6121400" cy="368300"/>
            <wp:wrapNone/>
            <wp:docPr id="264" name="Picture 2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2870200</wp:posOffset>
            </wp:positionV>
            <wp:extent cx="6121400" cy="342900"/>
            <wp:wrapNone/>
            <wp:docPr id="265" name="Picture 2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3365500</wp:posOffset>
            </wp:positionV>
            <wp:extent cx="6121400" cy="508000"/>
            <wp:wrapNone/>
            <wp:docPr id="266" name="Picture 2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4000500</wp:posOffset>
            </wp:positionV>
            <wp:extent cx="6134100" cy="482600"/>
            <wp:wrapNone/>
            <wp:docPr id="267" name="Picture 2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4648200</wp:posOffset>
            </wp:positionV>
            <wp:extent cx="6121400" cy="342900"/>
            <wp:wrapNone/>
            <wp:docPr id="268" name="Picture 2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5156200</wp:posOffset>
            </wp:positionV>
            <wp:extent cx="6121400" cy="469900"/>
            <wp:wrapNone/>
            <wp:docPr id="269" name="Picture 2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5791200</wp:posOffset>
            </wp:positionV>
            <wp:extent cx="6121400" cy="469900"/>
            <wp:wrapNone/>
            <wp:docPr id="270" name="Picture 2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6426200</wp:posOffset>
            </wp:positionV>
            <wp:extent cx="6121400" cy="368300"/>
            <wp:wrapNone/>
            <wp:docPr id="271" name="Picture 2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6934200</wp:posOffset>
            </wp:positionV>
            <wp:extent cx="6121400" cy="342900"/>
            <wp:wrapNone/>
            <wp:docPr id="272" name="Picture 2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7442200</wp:posOffset>
            </wp:positionV>
            <wp:extent cx="6121400" cy="368300"/>
            <wp:wrapNone/>
            <wp:docPr id="273" name="Picture 2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7950200</wp:posOffset>
            </wp:positionV>
            <wp:extent cx="6121400" cy="241300"/>
            <wp:wrapNone/>
            <wp:docPr id="274" name="Picture 2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8331200</wp:posOffset>
            </wp:positionV>
            <wp:extent cx="1473200" cy="114300"/>
            <wp:wrapNone/>
            <wp:docPr id="275" name="Picture 2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8585200</wp:posOffset>
            </wp:positionV>
            <wp:extent cx="1676400" cy="101600"/>
            <wp:wrapNone/>
            <wp:docPr id="276" name="Picture 2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8826500</wp:posOffset>
            </wp:positionV>
            <wp:extent cx="1231900" cy="101600"/>
            <wp:wrapNone/>
            <wp:docPr id="277" name="Picture 2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9093200</wp:posOffset>
            </wp:positionV>
            <wp:extent cx="6121400" cy="241300"/>
            <wp:wrapNone/>
            <wp:docPr id="278" name="Picture 2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9474200</wp:posOffset>
            </wp:positionV>
            <wp:extent cx="1320800" cy="88900"/>
            <wp:wrapNone/>
            <wp:docPr id="279" name="Picture 2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9601200</wp:posOffset>
            </wp:positionV>
            <wp:extent cx="1282700" cy="88900"/>
            <wp:wrapNone/>
            <wp:docPr id="280" name="Picture 2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9855200</wp:posOffset>
            </wp:positionV>
            <wp:extent cx="952500" cy="88900"/>
            <wp:wrapNone/>
            <wp:docPr id="281" name="Picture 2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282" name="Picture 2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149352</wp:posOffset>
            </wp:positionV>
            <wp:extent cx="33020" cy="315595"/>
            <wp:wrapNone/>
            <wp:docPr id="283" name="Picture 2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155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434340</wp:posOffset>
            </wp:positionV>
            <wp:extent cx="6114415" cy="30480"/>
            <wp:wrapNone/>
            <wp:docPr id="284" name="Picture 2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04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6813804</wp:posOffset>
            </wp:positionH>
            <wp:positionV relativeFrom="page">
              <wp:posOffset>134112</wp:posOffset>
            </wp:positionV>
            <wp:extent cx="33020" cy="330835"/>
            <wp:wrapNone/>
            <wp:docPr id="285" name="Picture 2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30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6114415" cy="33020"/>
            <wp:wrapNone/>
            <wp:docPr id="286" name="Picture 2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30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31750" cy="45720"/>
            <wp:wrapNone/>
            <wp:docPr id="287" name="Picture 2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45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288" name="Picture 2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0" w:right="0" w:bottom="0" w:left="0" w:header="720" w:footer="720" w:gutter="0"/>
          <w:cols w:space="720" w:num="1" w:equalWidth="0">
            <w:col w:w="1190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7025639</wp:posOffset>
            </wp:positionH>
            <wp:positionV relativeFrom="page">
              <wp:posOffset>60960</wp:posOffset>
            </wp:positionV>
            <wp:extent cx="476250" cy="597535"/>
            <wp:wrapNone/>
            <wp:docPr id="289" name="Picture 2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975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774700</wp:posOffset>
            </wp:positionH>
            <wp:positionV relativeFrom="page">
              <wp:posOffset>177800</wp:posOffset>
            </wp:positionV>
            <wp:extent cx="6019800" cy="241300"/>
            <wp:wrapNone/>
            <wp:docPr id="290" name="Picture 2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698500</wp:posOffset>
            </wp:positionV>
            <wp:extent cx="5956300" cy="114300"/>
            <wp:wrapNone/>
            <wp:docPr id="291" name="Picture 2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838200</wp:posOffset>
            </wp:positionV>
            <wp:extent cx="1536700" cy="101600"/>
            <wp:wrapNone/>
            <wp:docPr id="292" name="Picture 2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939800</wp:posOffset>
            </wp:positionH>
            <wp:positionV relativeFrom="page">
              <wp:posOffset>965200</wp:posOffset>
            </wp:positionV>
            <wp:extent cx="698500" cy="88900"/>
            <wp:wrapNone/>
            <wp:docPr id="293" name="Picture 2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1079500</wp:posOffset>
            </wp:positionV>
            <wp:extent cx="4851400" cy="127000"/>
            <wp:wrapNone/>
            <wp:docPr id="294" name="Picture 2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127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21400" cy="469900"/>
            <wp:wrapNone/>
            <wp:docPr id="295" name="Picture 2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1981200</wp:posOffset>
            </wp:positionV>
            <wp:extent cx="6134100" cy="469900"/>
            <wp:wrapNone/>
            <wp:docPr id="296" name="Picture 2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2616200</wp:posOffset>
            </wp:positionV>
            <wp:extent cx="6121400" cy="355600"/>
            <wp:wrapNone/>
            <wp:docPr id="297" name="Picture 2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55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2997200</wp:posOffset>
            </wp:positionV>
            <wp:extent cx="6134100" cy="355600"/>
            <wp:wrapNone/>
            <wp:docPr id="298" name="Picture 2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55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3378200</wp:posOffset>
            </wp:positionV>
            <wp:extent cx="6134100" cy="749300"/>
            <wp:wrapNone/>
            <wp:docPr id="299" name="Picture 2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49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4267200</wp:posOffset>
            </wp:positionV>
            <wp:extent cx="6121400" cy="469900"/>
            <wp:wrapNone/>
            <wp:docPr id="300" name="Picture 3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4902200</wp:posOffset>
            </wp:positionV>
            <wp:extent cx="6121400" cy="368300"/>
            <wp:wrapNone/>
            <wp:docPr id="301" name="Picture 3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5410200</wp:posOffset>
            </wp:positionV>
            <wp:extent cx="6134100" cy="469900"/>
            <wp:wrapNone/>
            <wp:docPr id="302" name="Picture 3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6045200</wp:posOffset>
            </wp:positionV>
            <wp:extent cx="6134100" cy="622300"/>
            <wp:wrapNone/>
            <wp:docPr id="303" name="Picture 3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622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6807200</wp:posOffset>
            </wp:positionV>
            <wp:extent cx="6134100" cy="495300"/>
            <wp:wrapNone/>
            <wp:docPr id="304" name="Picture 3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7442200</wp:posOffset>
            </wp:positionV>
            <wp:extent cx="6121400" cy="368300"/>
            <wp:wrapNone/>
            <wp:docPr id="305" name="Picture 3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7950200</wp:posOffset>
            </wp:positionV>
            <wp:extent cx="6121400" cy="368300"/>
            <wp:wrapNone/>
            <wp:docPr id="306" name="Picture 3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8458200</wp:posOffset>
            </wp:positionV>
            <wp:extent cx="6121400" cy="241300"/>
            <wp:wrapNone/>
            <wp:docPr id="307" name="Picture 3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21400" cy="368300"/>
            <wp:wrapNone/>
            <wp:docPr id="308" name="Picture 3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9334500</wp:posOffset>
            </wp:positionV>
            <wp:extent cx="6121400" cy="635000"/>
            <wp:wrapNone/>
            <wp:docPr id="309" name="Picture 3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635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310" name="Picture 3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149352</wp:posOffset>
            </wp:positionV>
            <wp:extent cx="33020" cy="315595"/>
            <wp:wrapNone/>
            <wp:docPr id="311" name="Picture 3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155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434340</wp:posOffset>
            </wp:positionV>
            <wp:extent cx="6114415" cy="30480"/>
            <wp:wrapNone/>
            <wp:docPr id="312" name="Picture 3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04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6813804</wp:posOffset>
            </wp:positionH>
            <wp:positionV relativeFrom="page">
              <wp:posOffset>134112</wp:posOffset>
            </wp:positionV>
            <wp:extent cx="33020" cy="330835"/>
            <wp:wrapNone/>
            <wp:docPr id="313" name="Picture 3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30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6114415" cy="33020"/>
            <wp:wrapNone/>
            <wp:docPr id="314" name="Picture 3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30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31750" cy="45720"/>
            <wp:wrapNone/>
            <wp:docPr id="315" name="Picture 3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45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316" name="Picture 3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0" w:right="0" w:bottom="0" w:left="0" w:header="720" w:footer="720" w:gutter="0"/>
          <w:cols w:space="720" w:num="1" w:equalWidth="0">
            <w:col w:w="1190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1028700"/>
            <wp:wrapNone/>
            <wp:docPr id="317" name="Picture 3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1028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1219200</wp:posOffset>
            </wp:positionV>
            <wp:extent cx="5943600" cy="101600"/>
            <wp:wrapNone/>
            <wp:docPr id="318" name="Picture 3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3454400" cy="114300"/>
            <wp:wrapNone/>
            <wp:docPr id="319" name="Picture 3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1587500</wp:posOffset>
            </wp:positionV>
            <wp:extent cx="6121400" cy="508000"/>
            <wp:wrapNone/>
            <wp:docPr id="320" name="Picture 3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2235200</wp:posOffset>
            </wp:positionV>
            <wp:extent cx="6121400" cy="469900"/>
            <wp:wrapNone/>
            <wp:docPr id="321" name="Picture 3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2870200</wp:posOffset>
            </wp:positionV>
            <wp:extent cx="6121400" cy="368300"/>
            <wp:wrapNone/>
            <wp:docPr id="322" name="Picture 3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3378200</wp:posOffset>
            </wp:positionV>
            <wp:extent cx="6121400" cy="368300"/>
            <wp:wrapNone/>
            <wp:docPr id="323" name="Picture 3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3886200</wp:posOffset>
            </wp:positionV>
            <wp:extent cx="6121400" cy="469900"/>
            <wp:wrapNone/>
            <wp:docPr id="324" name="Picture 3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4521200</wp:posOffset>
            </wp:positionV>
            <wp:extent cx="6121400" cy="368300"/>
            <wp:wrapNone/>
            <wp:docPr id="325" name="Picture 3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5016500</wp:posOffset>
            </wp:positionV>
            <wp:extent cx="6121400" cy="381000"/>
            <wp:wrapNone/>
            <wp:docPr id="326" name="Picture 3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5524500</wp:posOffset>
            </wp:positionV>
            <wp:extent cx="6121400" cy="355600"/>
            <wp:wrapNone/>
            <wp:docPr id="327" name="Picture 3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55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6045200</wp:posOffset>
            </wp:positionV>
            <wp:extent cx="6121400" cy="368300"/>
            <wp:wrapNone/>
            <wp:docPr id="328" name="Picture 3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6553200</wp:posOffset>
            </wp:positionV>
            <wp:extent cx="6121400" cy="368300"/>
            <wp:wrapNone/>
            <wp:docPr id="329" name="Picture 3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7061200</wp:posOffset>
            </wp:positionV>
            <wp:extent cx="6121400" cy="342900"/>
            <wp:wrapNone/>
            <wp:docPr id="330" name="Picture 3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7569200</wp:posOffset>
            </wp:positionV>
            <wp:extent cx="6134100" cy="495300"/>
            <wp:wrapNone/>
            <wp:docPr id="331" name="Picture 3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8204200</wp:posOffset>
            </wp:positionV>
            <wp:extent cx="6121400" cy="495300"/>
            <wp:wrapNone/>
            <wp:docPr id="332" name="Picture 3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34100" cy="368300"/>
            <wp:wrapNone/>
            <wp:docPr id="333" name="Picture 3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9347200</wp:posOffset>
            </wp:positionV>
            <wp:extent cx="6121400" cy="495300"/>
            <wp:wrapNone/>
            <wp:docPr id="334" name="Picture 3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335" name="Picture 3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336" name="Picture 3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1028700"/>
            <wp:wrapNone/>
            <wp:docPr id="337" name="Picture 3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1028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1219200</wp:posOffset>
            </wp:positionV>
            <wp:extent cx="6121400" cy="368300"/>
            <wp:wrapNone/>
            <wp:docPr id="338" name="Picture 3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1727200</wp:posOffset>
            </wp:positionV>
            <wp:extent cx="6121400" cy="368300"/>
            <wp:wrapNone/>
            <wp:docPr id="339" name="Picture 3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2235200</wp:posOffset>
            </wp:positionV>
            <wp:extent cx="6121400" cy="368300"/>
            <wp:wrapNone/>
            <wp:docPr id="340" name="Picture 3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2743200</wp:posOffset>
            </wp:positionV>
            <wp:extent cx="6121400" cy="469900"/>
            <wp:wrapNone/>
            <wp:docPr id="341" name="Picture 3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3378200</wp:posOffset>
            </wp:positionV>
            <wp:extent cx="6134100" cy="469900"/>
            <wp:wrapNone/>
            <wp:docPr id="342" name="Picture 3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4013200</wp:posOffset>
            </wp:positionV>
            <wp:extent cx="6134100" cy="495300"/>
            <wp:wrapNone/>
            <wp:docPr id="343" name="Picture 3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4648200</wp:posOffset>
            </wp:positionV>
            <wp:extent cx="6134100" cy="495300"/>
            <wp:wrapNone/>
            <wp:docPr id="344" name="Picture 3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5283200</wp:posOffset>
            </wp:positionV>
            <wp:extent cx="6121400" cy="368300"/>
            <wp:wrapNone/>
            <wp:docPr id="345" name="Picture 3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5778500</wp:posOffset>
            </wp:positionV>
            <wp:extent cx="6121400" cy="508000"/>
            <wp:wrapNone/>
            <wp:docPr id="346" name="Picture 3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6426200</wp:posOffset>
            </wp:positionV>
            <wp:extent cx="6121400" cy="368300"/>
            <wp:wrapNone/>
            <wp:docPr id="347" name="Picture 3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6934200</wp:posOffset>
            </wp:positionV>
            <wp:extent cx="6121400" cy="368300"/>
            <wp:wrapNone/>
            <wp:docPr id="348" name="Picture 3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7442200</wp:posOffset>
            </wp:positionV>
            <wp:extent cx="6134100" cy="368300"/>
            <wp:wrapNone/>
            <wp:docPr id="349" name="Picture 3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7950200</wp:posOffset>
            </wp:positionV>
            <wp:extent cx="6121400" cy="368300"/>
            <wp:wrapNone/>
            <wp:docPr id="350" name="Picture 3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8445500</wp:posOffset>
            </wp:positionV>
            <wp:extent cx="6121400" cy="381000"/>
            <wp:wrapNone/>
            <wp:docPr id="351" name="Picture 3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8966200</wp:posOffset>
            </wp:positionV>
            <wp:extent cx="6121400" cy="241300"/>
            <wp:wrapNone/>
            <wp:docPr id="352" name="Picture 3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9347200</wp:posOffset>
            </wp:positionV>
            <wp:extent cx="6134100" cy="469900"/>
            <wp:wrapNone/>
            <wp:docPr id="353" name="Picture 3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354" name="Picture 3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355" name="Picture 3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436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50800</wp:posOffset>
            </wp:positionV>
            <wp:extent cx="6781800" cy="1003300"/>
            <wp:wrapNone/>
            <wp:docPr id="356" name="Picture 3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1003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1219200</wp:posOffset>
            </wp:positionV>
            <wp:extent cx="5930900" cy="101600"/>
            <wp:wrapNone/>
            <wp:docPr id="357" name="Picture 3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1346200</wp:posOffset>
            </wp:positionV>
            <wp:extent cx="6121400" cy="241300"/>
            <wp:wrapNone/>
            <wp:docPr id="358" name="Picture 3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1727200</wp:posOffset>
            </wp:positionV>
            <wp:extent cx="6121400" cy="368300"/>
            <wp:wrapNone/>
            <wp:docPr id="359" name="Picture 3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2235200</wp:posOffset>
            </wp:positionV>
            <wp:extent cx="6134100" cy="469900"/>
            <wp:wrapNone/>
            <wp:docPr id="360" name="Picture 3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6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2870200</wp:posOffset>
            </wp:positionV>
            <wp:extent cx="6121400" cy="495300"/>
            <wp:wrapNone/>
            <wp:docPr id="361" name="Picture 3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3505200</wp:posOffset>
            </wp:positionV>
            <wp:extent cx="6121400" cy="368300"/>
            <wp:wrapNone/>
            <wp:docPr id="362" name="Picture 3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4013200</wp:posOffset>
            </wp:positionV>
            <wp:extent cx="6121400" cy="368300"/>
            <wp:wrapNone/>
            <wp:docPr id="363" name="Picture 3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4521200</wp:posOffset>
            </wp:positionV>
            <wp:extent cx="6121400" cy="368300"/>
            <wp:wrapNone/>
            <wp:docPr id="364" name="Picture 3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5016500</wp:posOffset>
            </wp:positionV>
            <wp:extent cx="6121400" cy="508000"/>
            <wp:wrapNone/>
            <wp:docPr id="365" name="Picture 3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08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5664200</wp:posOffset>
            </wp:positionV>
            <wp:extent cx="6121400" cy="495300"/>
            <wp:wrapNone/>
            <wp:docPr id="366" name="Picture 3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95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6299200</wp:posOffset>
            </wp:positionV>
            <wp:extent cx="6134100" cy="342900"/>
            <wp:wrapNone/>
            <wp:docPr id="367" name="Picture 3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6794500</wp:posOffset>
            </wp:positionV>
            <wp:extent cx="6121400" cy="381000"/>
            <wp:wrapNone/>
            <wp:docPr id="368" name="Picture 3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810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7315200</wp:posOffset>
            </wp:positionV>
            <wp:extent cx="6121400" cy="368300"/>
            <wp:wrapNone/>
            <wp:docPr id="369" name="Picture 3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7823200</wp:posOffset>
            </wp:positionV>
            <wp:extent cx="6121400" cy="342900"/>
            <wp:wrapNone/>
            <wp:docPr id="370" name="Picture 3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2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8331200</wp:posOffset>
            </wp:positionV>
            <wp:extent cx="6121400" cy="368300"/>
            <wp:wrapNone/>
            <wp:docPr id="371" name="Picture 3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68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8839200</wp:posOffset>
            </wp:positionV>
            <wp:extent cx="6121400" cy="596900"/>
            <wp:wrapNone/>
            <wp:docPr id="372" name="Picture 3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9601200</wp:posOffset>
            </wp:positionV>
            <wp:extent cx="1536700" cy="114300"/>
            <wp:wrapNone/>
            <wp:docPr id="373" name="Picture 3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9855200</wp:posOffset>
            </wp:positionV>
            <wp:extent cx="1676400" cy="101600"/>
            <wp:wrapNone/>
            <wp:docPr id="374" name="Picture 3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375" name="Picture 3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376" name="Picture 3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6" w:h="16838"/>
          <w:pgMar w:top="1440" w:right="1074" w:bottom="483" w:left="1095" w:header="720" w:footer="720" w:gutter="0"/>
          <w:cols w:space="720" w:num="1" w:equalWidth="0">
            <w:col w:w="9738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7025639</wp:posOffset>
            </wp:positionH>
            <wp:positionV relativeFrom="page">
              <wp:posOffset>60960</wp:posOffset>
            </wp:positionV>
            <wp:extent cx="476250" cy="597535"/>
            <wp:wrapNone/>
            <wp:docPr id="377" name="Picture 3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5975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774700</wp:posOffset>
            </wp:positionH>
            <wp:positionV relativeFrom="page">
              <wp:posOffset>177800</wp:posOffset>
            </wp:positionV>
            <wp:extent cx="6019800" cy="241300"/>
            <wp:wrapNone/>
            <wp:docPr id="378" name="Picture 3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698500</wp:posOffset>
            </wp:positionV>
            <wp:extent cx="1231900" cy="101600"/>
            <wp:wrapNone/>
            <wp:docPr id="379" name="Picture 3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965200</wp:posOffset>
            </wp:positionV>
            <wp:extent cx="6121400" cy="241300"/>
            <wp:wrapNone/>
            <wp:docPr id="380" name="Picture 3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241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1447800</wp:posOffset>
            </wp:positionV>
            <wp:extent cx="1930400" cy="114300"/>
            <wp:wrapNone/>
            <wp:docPr id="381" name="Picture 3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1943100</wp:posOffset>
            </wp:positionV>
            <wp:extent cx="6134100" cy="165100"/>
            <wp:wrapNone/>
            <wp:docPr id="382" name="Picture 3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1651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2362200</wp:posOffset>
            </wp:positionV>
            <wp:extent cx="1320800" cy="88900"/>
            <wp:wrapNone/>
            <wp:docPr id="383" name="Picture 3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88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2476500</wp:posOffset>
            </wp:positionV>
            <wp:extent cx="1993900" cy="101600"/>
            <wp:wrapNone/>
            <wp:docPr id="384" name="Picture 3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2743200</wp:posOffset>
            </wp:positionV>
            <wp:extent cx="6134100" cy="2247900"/>
            <wp:wrapNone/>
            <wp:docPr id="385" name="Picture 3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2247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5016500</wp:posOffset>
            </wp:positionV>
            <wp:extent cx="6134100" cy="101600"/>
            <wp:wrapNone/>
            <wp:docPr id="386" name="Picture 3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5143500</wp:posOffset>
            </wp:positionV>
            <wp:extent cx="6134100" cy="228600"/>
            <wp:wrapNone/>
            <wp:docPr id="387" name="Picture 3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228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5397500</wp:posOffset>
            </wp:positionV>
            <wp:extent cx="6134100" cy="736600"/>
            <wp:wrapNone/>
            <wp:docPr id="388" name="Picture 3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36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6299200</wp:posOffset>
            </wp:positionV>
            <wp:extent cx="6134100" cy="596900"/>
            <wp:wrapNone/>
            <wp:docPr id="389" name="Picture 3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6921500</wp:posOffset>
            </wp:positionV>
            <wp:extent cx="6121400" cy="990600"/>
            <wp:wrapNone/>
            <wp:docPr id="390" name="Picture 3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990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7937500</wp:posOffset>
            </wp:positionV>
            <wp:extent cx="6134100" cy="114300"/>
            <wp:wrapNone/>
            <wp:docPr id="391" name="Picture 3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1143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8077200</wp:posOffset>
            </wp:positionV>
            <wp:extent cx="6134100" cy="596900"/>
            <wp:wrapNone/>
            <wp:docPr id="392" name="Picture 3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596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8699500</wp:posOffset>
            </wp:positionV>
            <wp:extent cx="6134100" cy="482600"/>
            <wp:wrapNone/>
            <wp:docPr id="393" name="Picture 3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82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723900</wp:posOffset>
            </wp:positionH>
            <wp:positionV relativeFrom="page">
              <wp:posOffset>9207500</wp:posOffset>
            </wp:positionV>
            <wp:extent cx="6134100" cy="736600"/>
            <wp:wrapNone/>
            <wp:docPr id="394" name="Picture 3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36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1790700</wp:posOffset>
            </wp:positionH>
            <wp:positionV relativeFrom="page">
              <wp:posOffset>10185400</wp:posOffset>
            </wp:positionV>
            <wp:extent cx="4000500" cy="101600"/>
            <wp:wrapNone/>
            <wp:docPr id="395" name="Picture 3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016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149352</wp:posOffset>
            </wp:positionV>
            <wp:extent cx="33020" cy="315595"/>
            <wp:wrapNone/>
            <wp:docPr id="396" name="Picture 3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155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434340</wp:posOffset>
            </wp:positionV>
            <wp:extent cx="6114415" cy="30480"/>
            <wp:wrapNone/>
            <wp:docPr id="397" name="Picture 3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04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6813804</wp:posOffset>
            </wp:positionH>
            <wp:positionV relativeFrom="page">
              <wp:posOffset>134112</wp:posOffset>
            </wp:positionV>
            <wp:extent cx="33020" cy="330835"/>
            <wp:wrapNone/>
            <wp:docPr id="398" name="Picture 3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020" cy="330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6114415" cy="33020"/>
            <wp:wrapNone/>
            <wp:docPr id="399" name="Picture 3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330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729995</wp:posOffset>
            </wp:positionH>
            <wp:positionV relativeFrom="page">
              <wp:posOffset>134112</wp:posOffset>
            </wp:positionV>
            <wp:extent cx="31750" cy="45720"/>
            <wp:wrapNone/>
            <wp:docPr id="400" name="Picture 4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45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717803</wp:posOffset>
            </wp:positionH>
            <wp:positionV relativeFrom="page">
              <wp:posOffset>1591055</wp:posOffset>
            </wp:positionV>
            <wp:extent cx="6139180" cy="20320"/>
            <wp:wrapNone/>
            <wp:docPr id="401" name="Picture 4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139180" cy="203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720851</wp:posOffset>
            </wp:positionH>
            <wp:positionV relativeFrom="page">
              <wp:posOffset>10041636</wp:posOffset>
            </wp:positionV>
            <wp:extent cx="6132830" cy="15240"/>
            <wp:wrapNone/>
            <wp:docPr id="402" name="Picture 4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1524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1906" w:h="16838"/>
      <w:pgMar w:top="0" w:right="0" w:bottom="0" w:left="0" w:header="720" w:footer="720" w:gutter="0"/>
      <w:cols w:space="720" w:num="1" w:equalWidth="0">
        <w:col w:w="11906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png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image" Target="media/image153.png"/><Relationship Id="rId162" Type="http://schemas.openxmlformats.org/officeDocument/2006/relationships/image" Target="media/image154.png"/><Relationship Id="rId163" Type="http://schemas.openxmlformats.org/officeDocument/2006/relationships/image" Target="media/image155.png"/><Relationship Id="rId164" Type="http://schemas.openxmlformats.org/officeDocument/2006/relationships/image" Target="media/image156.png"/><Relationship Id="rId165" Type="http://schemas.openxmlformats.org/officeDocument/2006/relationships/image" Target="media/image157.png"/><Relationship Id="rId166" Type="http://schemas.openxmlformats.org/officeDocument/2006/relationships/image" Target="media/image158.png"/><Relationship Id="rId167" Type="http://schemas.openxmlformats.org/officeDocument/2006/relationships/image" Target="media/image159.png"/><Relationship Id="rId168" Type="http://schemas.openxmlformats.org/officeDocument/2006/relationships/image" Target="media/image160.png"/><Relationship Id="rId169" Type="http://schemas.openxmlformats.org/officeDocument/2006/relationships/image" Target="media/image161.png"/><Relationship Id="rId170" Type="http://schemas.openxmlformats.org/officeDocument/2006/relationships/image" Target="media/image162.png"/><Relationship Id="rId171" Type="http://schemas.openxmlformats.org/officeDocument/2006/relationships/image" Target="media/image163.png"/><Relationship Id="rId172" Type="http://schemas.openxmlformats.org/officeDocument/2006/relationships/image" Target="media/image164.png"/><Relationship Id="rId173" Type="http://schemas.openxmlformats.org/officeDocument/2006/relationships/image" Target="media/image165.png"/><Relationship Id="rId174" Type="http://schemas.openxmlformats.org/officeDocument/2006/relationships/image" Target="media/image166.png"/><Relationship Id="rId175" Type="http://schemas.openxmlformats.org/officeDocument/2006/relationships/image" Target="media/image167.png"/><Relationship Id="rId176" Type="http://schemas.openxmlformats.org/officeDocument/2006/relationships/image" Target="media/image168.png"/><Relationship Id="rId177" Type="http://schemas.openxmlformats.org/officeDocument/2006/relationships/image" Target="media/image169.png"/><Relationship Id="rId178" Type="http://schemas.openxmlformats.org/officeDocument/2006/relationships/image" Target="media/image170.png"/><Relationship Id="rId179" Type="http://schemas.openxmlformats.org/officeDocument/2006/relationships/image" Target="media/image171.png"/><Relationship Id="rId180" Type="http://schemas.openxmlformats.org/officeDocument/2006/relationships/image" Target="media/image172.png"/><Relationship Id="rId181" Type="http://schemas.openxmlformats.org/officeDocument/2006/relationships/image" Target="media/image173.pn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Relationship Id="rId191" Type="http://schemas.openxmlformats.org/officeDocument/2006/relationships/image" Target="media/image183.png"/><Relationship Id="rId192" Type="http://schemas.openxmlformats.org/officeDocument/2006/relationships/image" Target="media/image184.png"/><Relationship Id="rId193" Type="http://schemas.openxmlformats.org/officeDocument/2006/relationships/image" Target="media/image185.png"/><Relationship Id="rId194" Type="http://schemas.openxmlformats.org/officeDocument/2006/relationships/image" Target="media/image186.png"/><Relationship Id="rId195" Type="http://schemas.openxmlformats.org/officeDocument/2006/relationships/image" Target="media/image187.png"/><Relationship Id="rId196" Type="http://schemas.openxmlformats.org/officeDocument/2006/relationships/image" Target="media/image188.png"/><Relationship Id="rId197" Type="http://schemas.openxmlformats.org/officeDocument/2006/relationships/image" Target="media/image189.png"/><Relationship Id="rId198" Type="http://schemas.openxmlformats.org/officeDocument/2006/relationships/image" Target="media/image190.png"/><Relationship Id="rId199" Type="http://schemas.openxmlformats.org/officeDocument/2006/relationships/image" Target="media/image191.png"/><Relationship Id="rId200" Type="http://schemas.openxmlformats.org/officeDocument/2006/relationships/image" Target="media/image192.png"/><Relationship Id="rId201" Type="http://schemas.openxmlformats.org/officeDocument/2006/relationships/image" Target="media/image193.png"/><Relationship Id="rId202" Type="http://schemas.openxmlformats.org/officeDocument/2006/relationships/image" Target="media/image194.png"/><Relationship Id="rId203" Type="http://schemas.openxmlformats.org/officeDocument/2006/relationships/image" Target="media/image195.png"/><Relationship Id="rId204" Type="http://schemas.openxmlformats.org/officeDocument/2006/relationships/image" Target="media/image196.png"/><Relationship Id="rId205" Type="http://schemas.openxmlformats.org/officeDocument/2006/relationships/image" Target="media/image197.png"/><Relationship Id="rId206" Type="http://schemas.openxmlformats.org/officeDocument/2006/relationships/image" Target="media/image198.png"/><Relationship Id="rId207" Type="http://schemas.openxmlformats.org/officeDocument/2006/relationships/image" Target="media/image199.png"/><Relationship Id="rId208" Type="http://schemas.openxmlformats.org/officeDocument/2006/relationships/image" Target="media/image200.png"/><Relationship Id="rId209" Type="http://schemas.openxmlformats.org/officeDocument/2006/relationships/image" Target="media/image201.png"/><Relationship Id="rId210" Type="http://schemas.openxmlformats.org/officeDocument/2006/relationships/image" Target="media/image202.png"/><Relationship Id="rId211" Type="http://schemas.openxmlformats.org/officeDocument/2006/relationships/image" Target="media/image203.png"/><Relationship Id="rId212" Type="http://schemas.openxmlformats.org/officeDocument/2006/relationships/image" Target="media/image204.png"/><Relationship Id="rId213" Type="http://schemas.openxmlformats.org/officeDocument/2006/relationships/image" Target="media/image205.png"/><Relationship Id="rId214" Type="http://schemas.openxmlformats.org/officeDocument/2006/relationships/image" Target="media/image206.png"/><Relationship Id="rId215" Type="http://schemas.openxmlformats.org/officeDocument/2006/relationships/image" Target="media/image207.png"/><Relationship Id="rId216" Type="http://schemas.openxmlformats.org/officeDocument/2006/relationships/image" Target="media/image208.png"/><Relationship Id="rId217" Type="http://schemas.openxmlformats.org/officeDocument/2006/relationships/image" Target="media/image209.png"/><Relationship Id="rId218" Type="http://schemas.openxmlformats.org/officeDocument/2006/relationships/image" Target="media/image210.png"/><Relationship Id="rId219" Type="http://schemas.openxmlformats.org/officeDocument/2006/relationships/image" Target="media/image211.png"/><Relationship Id="rId220" Type="http://schemas.openxmlformats.org/officeDocument/2006/relationships/image" Target="media/image212.png"/><Relationship Id="rId221" Type="http://schemas.openxmlformats.org/officeDocument/2006/relationships/image" Target="media/image213.png"/><Relationship Id="rId222" Type="http://schemas.openxmlformats.org/officeDocument/2006/relationships/image" Target="media/image214.png"/><Relationship Id="rId223" Type="http://schemas.openxmlformats.org/officeDocument/2006/relationships/image" Target="media/image215.png"/><Relationship Id="rId224" Type="http://schemas.openxmlformats.org/officeDocument/2006/relationships/image" Target="media/image216.png"/><Relationship Id="rId225" Type="http://schemas.openxmlformats.org/officeDocument/2006/relationships/image" Target="media/image217.png"/><Relationship Id="rId226" Type="http://schemas.openxmlformats.org/officeDocument/2006/relationships/image" Target="media/image218.png"/><Relationship Id="rId227" Type="http://schemas.openxmlformats.org/officeDocument/2006/relationships/image" Target="media/image219.png"/><Relationship Id="rId228" Type="http://schemas.openxmlformats.org/officeDocument/2006/relationships/image" Target="media/image220.png"/><Relationship Id="rId229" Type="http://schemas.openxmlformats.org/officeDocument/2006/relationships/image" Target="media/image221.png"/><Relationship Id="rId230" Type="http://schemas.openxmlformats.org/officeDocument/2006/relationships/image" Target="media/image222.png"/><Relationship Id="rId231" Type="http://schemas.openxmlformats.org/officeDocument/2006/relationships/image" Target="media/image223.png"/><Relationship Id="rId232" Type="http://schemas.openxmlformats.org/officeDocument/2006/relationships/image" Target="media/image224.png"/><Relationship Id="rId233" Type="http://schemas.openxmlformats.org/officeDocument/2006/relationships/image" Target="media/image225.png"/><Relationship Id="rId234" Type="http://schemas.openxmlformats.org/officeDocument/2006/relationships/image" Target="media/image226.png"/><Relationship Id="rId235" Type="http://schemas.openxmlformats.org/officeDocument/2006/relationships/image" Target="media/image227.png"/><Relationship Id="rId236" Type="http://schemas.openxmlformats.org/officeDocument/2006/relationships/image" Target="media/image228.png"/><Relationship Id="rId237" Type="http://schemas.openxmlformats.org/officeDocument/2006/relationships/image" Target="media/image229.png"/><Relationship Id="rId238" Type="http://schemas.openxmlformats.org/officeDocument/2006/relationships/image" Target="media/image230.png"/><Relationship Id="rId239" Type="http://schemas.openxmlformats.org/officeDocument/2006/relationships/image" Target="media/image231.png"/><Relationship Id="rId240" Type="http://schemas.openxmlformats.org/officeDocument/2006/relationships/image" Target="media/image232.png"/><Relationship Id="rId241" Type="http://schemas.openxmlformats.org/officeDocument/2006/relationships/image" Target="media/image233.png"/><Relationship Id="rId242" Type="http://schemas.openxmlformats.org/officeDocument/2006/relationships/image" Target="media/image234.png"/><Relationship Id="rId243" Type="http://schemas.openxmlformats.org/officeDocument/2006/relationships/image" Target="media/image235.png"/><Relationship Id="rId244" Type="http://schemas.openxmlformats.org/officeDocument/2006/relationships/image" Target="media/image236.png"/><Relationship Id="rId245" Type="http://schemas.openxmlformats.org/officeDocument/2006/relationships/image" Target="media/image237.png"/><Relationship Id="rId246" Type="http://schemas.openxmlformats.org/officeDocument/2006/relationships/image" Target="media/image238.png"/><Relationship Id="rId247" Type="http://schemas.openxmlformats.org/officeDocument/2006/relationships/image" Target="media/image239.png"/><Relationship Id="rId248" Type="http://schemas.openxmlformats.org/officeDocument/2006/relationships/image" Target="media/image240.png"/><Relationship Id="rId249" Type="http://schemas.openxmlformats.org/officeDocument/2006/relationships/image" Target="media/image241.png"/><Relationship Id="rId250" Type="http://schemas.openxmlformats.org/officeDocument/2006/relationships/image" Target="media/image242.png"/><Relationship Id="rId251" Type="http://schemas.openxmlformats.org/officeDocument/2006/relationships/image" Target="media/image243.png"/><Relationship Id="rId252" Type="http://schemas.openxmlformats.org/officeDocument/2006/relationships/image" Target="media/image244.png"/><Relationship Id="rId253" Type="http://schemas.openxmlformats.org/officeDocument/2006/relationships/image" Target="media/image245.png"/><Relationship Id="rId254" Type="http://schemas.openxmlformats.org/officeDocument/2006/relationships/image" Target="media/image246.png"/><Relationship Id="rId255" Type="http://schemas.openxmlformats.org/officeDocument/2006/relationships/image" Target="media/image247.png"/><Relationship Id="rId256" Type="http://schemas.openxmlformats.org/officeDocument/2006/relationships/image" Target="media/image248.png"/><Relationship Id="rId257" Type="http://schemas.openxmlformats.org/officeDocument/2006/relationships/image" Target="media/image249.png"/><Relationship Id="rId258" Type="http://schemas.openxmlformats.org/officeDocument/2006/relationships/image" Target="media/image250.png"/><Relationship Id="rId259" Type="http://schemas.openxmlformats.org/officeDocument/2006/relationships/image" Target="media/image251.png"/><Relationship Id="rId260" Type="http://schemas.openxmlformats.org/officeDocument/2006/relationships/image" Target="media/image252.png"/><Relationship Id="rId261" Type="http://schemas.openxmlformats.org/officeDocument/2006/relationships/image" Target="media/image253.png"/><Relationship Id="rId262" Type="http://schemas.openxmlformats.org/officeDocument/2006/relationships/image" Target="media/image254.png"/><Relationship Id="rId263" Type="http://schemas.openxmlformats.org/officeDocument/2006/relationships/image" Target="media/image255.png"/><Relationship Id="rId264" Type="http://schemas.openxmlformats.org/officeDocument/2006/relationships/image" Target="media/image256.png"/><Relationship Id="rId265" Type="http://schemas.openxmlformats.org/officeDocument/2006/relationships/image" Target="media/image257.png"/><Relationship Id="rId266" Type="http://schemas.openxmlformats.org/officeDocument/2006/relationships/image" Target="media/image258.png"/><Relationship Id="rId267" Type="http://schemas.openxmlformats.org/officeDocument/2006/relationships/image" Target="media/image259.png"/><Relationship Id="rId268" Type="http://schemas.openxmlformats.org/officeDocument/2006/relationships/image" Target="media/image260.png"/><Relationship Id="rId269" Type="http://schemas.openxmlformats.org/officeDocument/2006/relationships/image" Target="media/image261.png"/><Relationship Id="rId270" Type="http://schemas.openxmlformats.org/officeDocument/2006/relationships/image" Target="media/image262.png"/><Relationship Id="rId271" Type="http://schemas.openxmlformats.org/officeDocument/2006/relationships/image" Target="media/image263.png"/><Relationship Id="rId272" Type="http://schemas.openxmlformats.org/officeDocument/2006/relationships/image" Target="media/image264.png"/><Relationship Id="rId273" Type="http://schemas.openxmlformats.org/officeDocument/2006/relationships/image" Target="media/image265.png"/><Relationship Id="rId274" Type="http://schemas.openxmlformats.org/officeDocument/2006/relationships/image" Target="media/image266.png"/><Relationship Id="rId275" Type="http://schemas.openxmlformats.org/officeDocument/2006/relationships/image" Target="media/image267.png"/><Relationship Id="rId276" Type="http://schemas.openxmlformats.org/officeDocument/2006/relationships/image" Target="media/image268.png"/><Relationship Id="rId277" Type="http://schemas.openxmlformats.org/officeDocument/2006/relationships/image" Target="media/image269.png"/><Relationship Id="rId278" Type="http://schemas.openxmlformats.org/officeDocument/2006/relationships/image" Target="media/image270.png"/><Relationship Id="rId279" Type="http://schemas.openxmlformats.org/officeDocument/2006/relationships/image" Target="media/image271.png"/><Relationship Id="rId280" Type="http://schemas.openxmlformats.org/officeDocument/2006/relationships/image" Target="media/image272.png"/><Relationship Id="rId281" Type="http://schemas.openxmlformats.org/officeDocument/2006/relationships/image" Target="media/image273.png"/><Relationship Id="rId282" Type="http://schemas.openxmlformats.org/officeDocument/2006/relationships/image" Target="media/image274.png"/><Relationship Id="rId283" Type="http://schemas.openxmlformats.org/officeDocument/2006/relationships/image" Target="media/image275.png"/><Relationship Id="rId284" Type="http://schemas.openxmlformats.org/officeDocument/2006/relationships/image" Target="media/image276.png"/><Relationship Id="rId285" Type="http://schemas.openxmlformats.org/officeDocument/2006/relationships/image" Target="media/image277.png"/><Relationship Id="rId286" Type="http://schemas.openxmlformats.org/officeDocument/2006/relationships/image" Target="media/image278.png"/><Relationship Id="rId287" Type="http://schemas.openxmlformats.org/officeDocument/2006/relationships/image" Target="media/image279.png"/><Relationship Id="rId288" Type="http://schemas.openxmlformats.org/officeDocument/2006/relationships/image" Target="media/image280.png"/><Relationship Id="rId289" Type="http://schemas.openxmlformats.org/officeDocument/2006/relationships/image" Target="media/image281.png"/><Relationship Id="rId290" Type="http://schemas.openxmlformats.org/officeDocument/2006/relationships/image" Target="media/image282.png"/><Relationship Id="rId291" Type="http://schemas.openxmlformats.org/officeDocument/2006/relationships/image" Target="media/image283.png"/><Relationship Id="rId292" Type="http://schemas.openxmlformats.org/officeDocument/2006/relationships/image" Target="media/image284.png"/><Relationship Id="rId293" Type="http://schemas.openxmlformats.org/officeDocument/2006/relationships/image" Target="media/image285.png"/><Relationship Id="rId294" Type="http://schemas.openxmlformats.org/officeDocument/2006/relationships/image" Target="media/image286.png"/><Relationship Id="rId295" Type="http://schemas.openxmlformats.org/officeDocument/2006/relationships/image" Target="media/image287.png"/><Relationship Id="rId296" Type="http://schemas.openxmlformats.org/officeDocument/2006/relationships/image" Target="media/image288.png"/><Relationship Id="rId297" Type="http://schemas.openxmlformats.org/officeDocument/2006/relationships/image" Target="media/image289.png"/><Relationship Id="rId298" Type="http://schemas.openxmlformats.org/officeDocument/2006/relationships/image" Target="media/image290.png"/><Relationship Id="rId299" Type="http://schemas.openxmlformats.org/officeDocument/2006/relationships/image" Target="media/image291.png"/><Relationship Id="rId300" Type="http://schemas.openxmlformats.org/officeDocument/2006/relationships/image" Target="media/image292.png"/><Relationship Id="rId301" Type="http://schemas.openxmlformats.org/officeDocument/2006/relationships/image" Target="media/image293.png"/><Relationship Id="rId302" Type="http://schemas.openxmlformats.org/officeDocument/2006/relationships/image" Target="media/image294.png"/><Relationship Id="rId303" Type="http://schemas.openxmlformats.org/officeDocument/2006/relationships/image" Target="media/image295.png"/><Relationship Id="rId304" Type="http://schemas.openxmlformats.org/officeDocument/2006/relationships/image" Target="media/image296.png"/><Relationship Id="rId305" Type="http://schemas.openxmlformats.org/officeDocument/2006/relationships/image" Target="media/image297.png"/><Relationship Id="rId306" Type="http://schemas.openxmlformats.org/officeDocument/2006/relationships/image" Target="media/image298.png"/><Relationship Id="rId307" Type="http://schemas.openxmlformats.org/officeDocument/2006/relationships/image" Target="media/image299.png"/><Relationship Id="rId308" Type="http://schemas.openxmlformats.org/officeDocument/2006/relationships/image" Target="media/image300.png"/><Relationship Id="rId309" Type="http://schemas.openxmlformats.org/officeDocument/2006/relationships/image" Target="media/image301.png"/><Relationship Id="rId310" Type="http://schemas.openxmlformats.org/officeDocument/2006/relationships/image" Target="media/image302.png"/><Relationship Id="rId311" Type="http://schemas.openxmlformats.org/officeDocument/2006/relationships/image" Target="media/image303.png"/><Relationship Id="rId312" Type="http://schemas.openxmlformats.org/officeDocument/2006/relationships/image" Target="media/image304.png"/><Relationship Id="rId313" Type="http://schemas.openxmlformats.org/officeDocument/2006/relationships/image" Target="media/image305.png"/><Relationship Id="rId314" Type="http://schemas.openxmlformats.org/officeDocument/2006/relationships/image" Target="media/image306.png"/><Relationship Id="rId315" Type="http://schemas.openxmlformats.org/officeDocument/2006/relationships/image" Target="media/image307.png"/><Relationship Id="rId316" Type="http://schemas.openxmlformats.org/officeDocument/2006/relationships/image" Target="media/image308.png"/><Relationship Id="rId317" Type="http://schemas.openxmlformats.org/officeDocument/2006/relationships/image" Target="media/image309.png"/><Relationship Id="rId318" Type="http://schemas.openxmlformats.org/officeDocument/2006/relationships/image" Target="media/image310.png"/><Relationship Id="rId319" Type="http://schemas.openxmlformats.org/officeDocument/2006/relationships/image" Target="media/image311.png"/><Relationship Id="rId320" Type="http://schemas.openxmlformats.org/officeDocument/2006/relationships/image" Target="media/image312.png"/><Relationship Id="rId321" Type="http://schemas.openxmlformats.org/officeDocument/2006/relationships/image" Target="media/image313.png"/><Relationship Id="rId322" Type="http://schemas.openxmlformats.org/officeDocument/2006/relationships/image" Target="media/image314.png"/><Relationship Id="rId323" Type="http://schemas.openxmlformats.org/officeDocument/2006/relationships/image" Target="media/image315.png"/><Relationship Id="rId324" Type="http://schemas.openxmlformats.org/officeDocument/2006/relationships/image" Target="media/image316.png"/><Relationship Id="rId325" Type="http://schemas.openxmlformats.org/officeDocument/2006/relationships/image" Target="media/image317.png"/><Relationship Id="rId326" Type="http://schemas.openxmlformats.org/officeDocument/2006/relationships/image" Target="media/image318.png"/><Relationship Id="rId327" Type="http://schemas.openxmlformats.org/officeDocument/2006/relationships/image" Target="media/image319.png"/><Relationship Id="rId328" Type="http://schemas.openxmlformats.org/officeDocument/2006/relationships/image" Target="media/image320.png"/><Relationship Id="rId329" Type="http://schemas.openxmlformats.org/officeDocument/2006/relationships/image" Target="media/image321.png"/><Relationship Id="rId330" Type="http://schemas.openxmlformats.org/officeDocument/2006/relationships/image" Target="media/image322.png"/><Relationship Id="rId331" Type="http://schemas.openxmlformats.org/officeDocument/2006/relationships/image" Target="media/image323.png"/><Relationship Id="rId332" Type="http://schemas.openxmlformats.org/officeDocument/2006/relationships/image" Target="media/image324.png"/><Relationship Id="rId333" Type="http://schemas.openxmlformats.org/officeDocument/2006/relationships/image" Target="media/image325.png"/><Relationship Id="rId334" Type="http://schemas.openxmlformats.org/officeDocument/2006/relationships/image" Target="media/image326.png"/><Relationship Id="rId335" Type="http://schemas.openxmlformats.org/officeDocument/2006/relationships/image" Target="media/image327.png"/><Relationship Id="rId336" Type="http://schemas.openxmlformats.org/officeDocument/2006/relationships/image" Target="media/image328.png"/><Relationship Id="rId337" Type="http://schemas.openxmlformats.org/officeDocument/2006/relationships/image" Target="media/image329.png"/><Relationship Id="rId338" Type="http://schemas.openxmlformats.org/officeDocument/2006/relationships/image" Target="media/image330.png"/><Relationship Id="rId339" Type="http://schemas.openxmlformats.org/officeDocument/2006/relationships/image" Target="media/image331.png"/><Relationship Id="rId340" Type="http://schemas.openxmlformats.org/officeDocument/2006/relationships/image" Target="media/image332.png"/><Relationship Id="rId341" Type="http://schemas.openxmlformats.org/officeDocument/2006/relationships/image" Target="media/image333.png"/><Relationship Id="rId342" Type="http://schemas.openxmlformats.org/officeDocument/2006/relationships/image" Target="media/image334.png"/><Relationship Id="rId343" Type="http://schemas.openxmlformats.org/officeDocument/2006/relationships/image" Target="media/image335.png"/><Relationship Id="rId344" Type="http://schemas.openxmlformats.org/officeDocument/2006/relationships/image" Target="media/image336.png"/><Relationship Id="rId345" Type="http://schemas.openxmlformats.org/officeDocument/2006/relationships/image" Target="media/image337.png"/><Relationship Id="rId346" Type="http://schemas.openxmlformats.org/officeDocument/2006/relationships/image" Target="media/image338.png"/><Relationship Id="rId347" Type="http://schemas.openxmlformats.org/officeDocument/2006/relationships/image" Target="media/image339.png"/><Relationship Id="rId348" Type="http://schemas.openxmlformats.org/officeDocument/2006/relationships/image" Target="media/image340.png"/><Relationship Id="rId349" Type="http://schemas.openxmlformats.org/officeDocument/2006/relationships/image" Target="media/image341.png"/><Relationship Id="rId350" Type="http://schemas.openxmlformats.org/officeDocument/2006/relationships/image" Target="media/image342.png"/><Relationship Id="rId351" Type="http://schemas.openxmlformats.org/officeDocument/2006/relationships/image" Target="media/image343.png"/><Relationship Id="rId352" Type="http://schemas.openxmlformats.org/officeDocument/2006/relationships/image" Target="media/image344.png"/><Relationship Id="rId353" Type="http://schemas.openxmlformats.org/officeDocument/2006/relationships/image" Target="media/image345.png"/><Relationship Id="rId354" Type="http://schemas.openxmlformats.org/officeDocument/2006/relationships/image" Target="media/image3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20250911</dc:description>
  <cp:lastModifiedBy>LightPDF</cp:lastModifiedBy>
  <cp:revision>1</cp:revision>
  <dcterms:created xsi:type="dcterms:W3CDTF">2026-03-18T12:36:02Z</dcterms:created>
  <dcterms:modified xsi:type="dcterms:W3CDTF">2026-03-18T12:36:02Z</dcterms:modified>
  <cp:category/>
</cp:coreProperties>
</file>