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703016</wp:posOffset>
            </wp:positionV>
            <wp:extent cx="6139180" cy="2286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1203807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2854817</wp:posOffset>
            </wp:positionV>
            <wp:extent cx="6132830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69</w:t>
            </w:r>
          </w:p>
        </w:tc>
      </w:tr>
    </w:tbl>
    <w:p>
      <w:pPr>
        <w:widowControl/>
        <w:wordWrap w:val="0"/>
        <w:autoSpaceDE w:val="0"/>
        <w:autoSpaceDN w:val="0"/>
        <w:spacing w:line="220" w:lineRule="exact" w:before="177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20"/>
        </w:rPr>
        <w:t>DESPACHOS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INTERLOCUTÓRIA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0640540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Habeas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Corpus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Impetrante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Paciente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Impetrado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Juiz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prejuízo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exame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mais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detido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liminar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Oficie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autoridade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reputada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coatora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informações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entender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mandamus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prestadas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retornem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digitais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URGENTE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conclusão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</w:p>
    <w:p>
      <w:pPr>
        <w:widowControl/>
        <w:wordWrap w:val="0"/>
        <w:autoSpaceDE w:val="0"/>
        <w:autoSpaceDN w:val="0"/>
        <w:spacing w:line="160" w:lineRule="exact" w:before="40" w:after="204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0377679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Bomar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Maricultura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0624402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Guterres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0011905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0218299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Nathalia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Redivan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Vital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Bruin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0156758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Dube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Cabó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Veríssimo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Trévia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40968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Fabíola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Vladimir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0017595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Armando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Miceli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48237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95337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Cezario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Bitencourt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0007485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Cearense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Metropolitanos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METROFOR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32111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Galdino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0628549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Callado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Castelo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79" w:header="720" w:footer="720" w:gutter="0"/>
          <w:cols w:space="720" w:num="1" w:equalWidth="0">
            <w:col w:w="9777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0037022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26381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0229328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Úrsula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Francelino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Iolanda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Basílio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Feijó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0195964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0627127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Valéria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18264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Ednamai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Nobrega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0052515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Skrzyszowski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Carmo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0007376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Halley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0225371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Edinardo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Freitas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0150474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Rudimar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15813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0259257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0051230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Rosângela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24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0063835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Trino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87929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138531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25091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Sergio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Mônica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0003886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Mavignier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Adalgiza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Arrais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Modesto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0626731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Elyel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Zenaide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Vitorino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18411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Espírito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Manhattan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Renata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0182816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Portal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Ávila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Emprendimentos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Hitzschky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P2S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0213325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Zaniah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Cynthia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Falcão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Caetano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Roocha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0180387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Paloma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Ferraz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0367827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BB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Leasing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Arrendamento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Wanderley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CCC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Factoring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0633080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Facebook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Online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0637644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Weruscka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Plácido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0638363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Mulungu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Mulungu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Denise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0231992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Teófilo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0153656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Grelha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Leopoldo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Pearce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Redecard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0215905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Amauri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0631362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Isac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Romeu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Josely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Ítalo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Idálio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Petronílio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Teresinha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Aquilina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Eleazar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Heloísa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Storer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0631409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Neilton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Geovanna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0631594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Frasato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29282A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Lívio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0633610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Debora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Peroba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Archanjo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0633615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Irauçuba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Iraucuba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Benevides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Gerardo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Dyvane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Stela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Letícia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0634257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Vitória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47791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Madalena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0635876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0273923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Erasmo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Teofilo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0638281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Gleriston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Jackson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Agostinho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Cecília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Lopes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0279510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36906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Aquarela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Emídio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Krischke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0270378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Diogo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Henrique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Tarcia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0009185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Moises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Vasconcelos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Gadêlha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0159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Cícera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Marculino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Gazola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30071A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0476094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Ruy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Moysés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Barjud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Dibens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Leasing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Arrendamento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0084146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Nunes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Oneida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Milhome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Públio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Betoven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Garreto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0052395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Lyvya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Portela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Sergio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Fabricio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MH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Emprendimentos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Iremar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32099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Quiteria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Fabrício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Individual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Advocacia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Viasat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Servicos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Comunicacoes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234190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0052511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39497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0237061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POSTALIS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Instituto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Previdência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Complementar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Carbaja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0242204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Valesca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0051354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Kayo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Karolina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47620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0052437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Symone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44518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0248475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Hiran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0050902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Joseila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Romcy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0263256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Fioravante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349410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60359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0051255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Almir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Rocha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19411A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0203975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Dênio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Keyze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Karolayne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0056065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Luciola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Giovanna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Arimá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Jacilda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Betania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Mitref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Varinia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Valterlan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Criança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Criança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SOAF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Filomena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Andriola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Andriola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Philipe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Henley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48386A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69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0048526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BT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Locação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Limpeza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Marília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0073943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Fundação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CHESF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FACHESF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Raposo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Moroni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Móvel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A2M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Participações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0625405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Falências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Metalgráfica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Cearense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MECESA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Jeovane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Lorena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33578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0625409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Falências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Metalgráfica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Cearense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MECESA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0385492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Léia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Giorgiani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Laécio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Zélia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América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0072810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Mireusa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Homcy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Homcy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Lúcia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Wang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Homcy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Enísio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0218050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Kalyane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Elcias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Negócios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Marketing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Messejana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Engenharia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0066595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Tania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Horleilson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Dalvaliane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0842172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Godoy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77167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1118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Beatriz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Beltrao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0133055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Cauly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Furtado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0132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Ernesto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Message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Arraes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Mozart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34785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24241A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0229061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Veronica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Romeu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Sanzio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11683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0005046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Ibr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Industrializaçao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Beneficiamento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Clóvis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Mapurunga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BANRISUL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0637998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0049622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7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Mandado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Segurança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Impetrante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Epifanio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Jocasya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Firmeza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Impetrado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Juiz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0012533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Vaz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Liberty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0622061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North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Shopping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Jóquei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Lobato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0622085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Comercial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Edelardo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Freitas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Adrízio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0891792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Celma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0469783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Galvao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Silvanyldo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0484312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Elizangela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Individual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Advocacia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0125887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Everton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Neilon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38947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Rodobens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Ldta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152165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0200873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0626553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Jackson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Olímpio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Médica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Letícia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45835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0203470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Colácio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Wanderley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0054296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Eliziario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Lisa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Gleyce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Toyota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Lucília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Tereso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0009280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Centauro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Belém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34734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Andrelina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Agrifoglio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0001211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0122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Jordania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Nardeli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Flavio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Aleluia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0008823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Firmino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Rian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30440B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0049158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Praça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Walmar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0634140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Caroanny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32169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Cooperativa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0202762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Laisia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0636745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Shayene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Priscila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Caico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Borelli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0052786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Wilamar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0637739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Aurea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Moysés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Barjud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Várzea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Várzea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42814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Layonara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Telemar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0051778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Adelmir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Cleudivânia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0288770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Anilton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Lucimara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Suderlan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Raulino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21111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Iseuda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0640592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FORTALCAP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Marketing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Boyadjian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Bruno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Aleluia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Fabrício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Mulato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Thiago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117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0121203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0628727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Registros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Quinderé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Liane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Tajra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Willian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Gasparac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Madalena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Gasparac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Noemi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Afrânio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Adolpho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Odalice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Adolfo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Milena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Sonia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Aluisio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Ayrton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Heber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Quinderé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Edilene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Potenza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Construcoes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0005189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0186917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Gama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0864027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GEAP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Albanese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Paixão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Enéas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Alissandro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Filgueiras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0000718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z w:val="16"/>
        </w:rPr>
        <w:t>0111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Dalcides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Portolan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Francarlos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Kennedy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Saraiva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Viviane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0871116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Djaina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0620747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Achernar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Hévila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Nathália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Tamietti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Yago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Judith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Martins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Sylda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Lucirlandia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0627186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Viviane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Rondynelle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Cartões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Vitalino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Ângelo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Marcílio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0007632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Scopel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40004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Dilney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Albernan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Crescêncio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Feitosa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Felipe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Gazola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0011346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001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Alphaville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001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Rafael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Accioly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Valdemar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Kataoka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Dráuzio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Raymundo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Bayas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Paé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0184861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Allan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Rustem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Moysés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Barjud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Realize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Goulart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0051705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Esmenia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Pontes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0109453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Wisney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0631667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Consignado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Catarina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0234165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Relton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Felinto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44357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79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0009072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Jhyully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Menezes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Cicero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Emidio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Jhyully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Glaucio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34157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0000182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Ripardo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Aristeu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34591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Moésio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43013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0635485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Lucilene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Artur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Adailson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Aguiar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Tibúrcio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Celestino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0191710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DPVAT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Capemisa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Previdencia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0161067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Cabral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Saboya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Camocim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Camocim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Lúcia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Nathaniel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0636931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Mirelly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0231603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Fabio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0273880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Robério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0270557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Nascimento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0047913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Jefferson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23112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Cézar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Rafael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0206555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Negreiros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Martins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0005474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Édson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Fioravante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349410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Miguel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0240775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Mirian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0276608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47433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0204728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Saulo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Tafarel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0239630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0203512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0223691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Cristiane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Belinati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0137883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Frasão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0242372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0255968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Viturino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0203932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Kazuyoshi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Kawasaki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27567A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Eufrazio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38101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0277622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Reuber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Dutra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Boyadjian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169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0136221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Alexandro</w:t>
      </w:r>
      <w:r>
        <w:rPr>
          <w:rFonts w:ascii="Times New Roman" w:hAnsi="Times New Roman" w:eastAsia="Times New Roman"/>
          <w:b w:val="0"/>
          <w:color w:val="000000"/>
          <w:spacing w:val="1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Afrânio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7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7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7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Maximiano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0136373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Fazenda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Agropecuária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0104339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Leticia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Barreto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0120749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Cimagem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Integrado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Imagem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Flavio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0636826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0137345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Osiel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Rosimar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Aline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Bayma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0108168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Walberto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0002330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Meruoca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Werner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Freitas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0161145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Cartões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108504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Automóveis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Pessôa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37301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0159095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Iatagam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9377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Sávio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Chagas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0632638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Borja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Pegado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Benício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41077B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Bringel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Rachel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Sileno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Letícia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Thays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Arthur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Werner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Pimentel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Rothea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37538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DDR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Cittá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Alice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0006316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Eliodina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Arlindo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Sheyla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Tácito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Guimarães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Tádzio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Fábio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Rangel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Rangel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0006316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Tádzio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Tácito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Amaral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Eliodina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Sheyla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0003848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0057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Ceramica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Abimael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Clementino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Carvalho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0129336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Camy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Plast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Plásticos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Vinculada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Santander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Glauco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Madureira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188483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Neuma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Deodato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Ramalho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0162180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0870703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Adenauer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16029A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Joyce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Marconi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MRV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Magis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26986A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0870703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MRV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26986A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Barreto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Adenauer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16029A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Joyce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Marconi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0628223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Energética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Raissa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0115524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Bachá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Dayse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Bicho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Padilha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0158716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Jorge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Saade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MC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Petróleo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Rodolfo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Licurgo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Tertulino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Joserisse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Hortencio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0139426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Tim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Christianne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Enaut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Instalações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Carmelina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0203137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Eriberto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Teodulfo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Carvalho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Estrela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Oliveora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7114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0020851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Gláuria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Esdras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Posto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Djacir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Parahyba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0148594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0268748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0201503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Luzia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Virgínia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Zatonelli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0122481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Thais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FZ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Loterias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Nazion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0175669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Acevedo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Ibanez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206339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0157452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Cecília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32111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Portil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Socrates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Raissa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Milério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Handrezza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Jerônimo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0168879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Dimitry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Glestone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Rudinei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0224782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Pitombeira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Najma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Said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0150614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Rodolfo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Licurgo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Tertulino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0264192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0271013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Depósito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0052426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Lindalva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211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Zulene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Botti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422056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Nahon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45497A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0260886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0200874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Frasato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29282A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Ronnéria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Lacerda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45370B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0264509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Fortinho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0121470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Autran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Arinéia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Farias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Jimilly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0257749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0050814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Tomé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Romcy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0016955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218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0217715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Melgaço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Zuliani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Godoi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119384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Elice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Crescêncio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Candido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Alexandrino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Sganzerla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Durand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24217A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0628371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Maytana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Gilvan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0832724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Princesa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Inhamuns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Juracy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Jumário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0626489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Wilber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Ismênia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Campêlo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24222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0627088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Maringá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Artur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Munhoz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0627889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Comercial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Acácia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Marluce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Janebro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0203326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Sidney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Sheldon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Auristela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Galdino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0176161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Klaus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0226744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Joedson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156187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0282696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Everlando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Rilker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Rainer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0263941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0258402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230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0167075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Ópticas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Itamaraty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matriz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Esdras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Safra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0007965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GEAP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Albanese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20334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Uiara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Demóstenes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233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0124941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Deusimar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Murilo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0005209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Capela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Araticuns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Odecio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Jefferson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0237889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Petrobrás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Petróleo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Simonetti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Transbet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Logística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Negreiros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11911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0018228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Barcelona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Construções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Exportações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Importações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Oscar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Grau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Manchon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Leopoldo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Regne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Vlademir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Gouveia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0204461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Cristina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Cirino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6291005</wp:posOffset>
            </wp:positionV>
            <wp:extent cx="6139180" cy="2286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6791828</wp:posOffset>
            </wp:positionV>
            <wp:extent cx="6132830" cy="15240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3006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0000954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Kerginaldo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Cajaseira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40797A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0041339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Nobrega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Sorvetes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Nobrega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Nóbrega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Ronney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Moelba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0101711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Gandelsman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Azoubel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0056433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244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0202750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Isaura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Janael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46967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Taynar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Guerreiro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GMAC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Fabiana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Dênio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245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20"/>
        </w:rPr>
        <w:t>EMENTA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CONCLUSÃO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ACÓRDÃOS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EMENTA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CONCLUSÃO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ACÓRDÃO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0005431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Benedita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15833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EMENTA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PROCESSUAL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EXPURGOS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INFLACIONÁRIOS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EXTINÇÃO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FEITO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TÍTULO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LIBERAÇÃO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ALVARÁ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LEVANTAMENTO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IMPORTÂNCIAS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ENRIQUECIMENTO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884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RESTITUIÇÃO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QUANTIAS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PRÓPRIOS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POSSIBILIDADE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PRECEDENTE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Cinge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controvérsia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recursal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verificar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eventual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desacerto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proferida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Massapê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cumprimento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referente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à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expurgos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inflacionários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julgou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extinto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resolução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liquidez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título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bem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quanto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indeferiu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pleito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devolução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levantados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resolveu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impugnação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cumprimento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reconheceu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inexistência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afirmou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texto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solução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somente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poderia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levantamento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depósito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primeiro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havia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recebido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poupador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competia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recorrente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buscar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própria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884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Aquele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enriquecer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será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obrigado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restituir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indevidamente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auferido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atualização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monetários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Ademais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pertinente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autônoma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importâncias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indevidamente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levantadas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sejam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restituídas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executado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razoabilidade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exigir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propositura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movimentando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desnecessariamente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máquina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judiciária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tal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questão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venha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resolvida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próprios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célere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economia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processual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Determinado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retorno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processamento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devolução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quantia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indevidamente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8" w:left="1079" w:header="720" w:footer="720" w:gutter="0"/>
      <w:cols w:space="720" w:num="1" w:equalWidth="0">
        <w:col w:w="977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2026-03-17T13:03:17Z</dcterms:created>
  <dcterms:modified xsi:type="dcterms:W3CDTF">2026-03-17T13:03:17Z</dcterms:modified>
  <cp:category/>
</cp:coreProperties>
</file>