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1965807</wp:posOffset>
            </wp:positionV>
            <wp:extent cx="6132830" cy="15240"/>
            <wp:wrapNone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16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2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2990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89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aprofundamento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cognitivo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decorrente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contraditório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Diante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parcial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interposto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pela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instituição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apenas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limitar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$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três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valor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mantendo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valor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$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00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quinhentos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desconto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onde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deverá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suspender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descontos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referentes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contrato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objeto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até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trinta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Comunique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Juízo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primeiro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grau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presente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decisão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CPC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apresentar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contrarrazões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termos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inciso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Empós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retornem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conclusos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mérito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perante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Órgão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Colegiado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desta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DESEMBARGADORA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João</w:t>
      </w:r>
    </w:p>
    <w:p>
      <w:pPr>
        <w:widowControl/>
        <w:wordWrap w:val="0"/>
        <w:autoSpaceDE w:val="0"/>
        <w:autoSpaceDN w:val="0"/>
        <w:spacing w:line="160" w:lineRule="exact" w:before="40" w:after="204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Felix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Jossan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Zaltron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94205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200" w:lineRule="exact" w:before="407" w:after="216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20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432" w:after="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2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16"/>
        </w:rPr>
        <w:t>2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ÀS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0624798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Vambaster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30436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Noronha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41353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Brasil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0625801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Creditmix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Creditórios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Padronizados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Rosely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178930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Moacir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0159927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Xerez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Avicola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Araripe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32111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Supermercado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Familia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Haroldo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Gutemberg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Urbano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0011335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50002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Misael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Simony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Fauth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Hebert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Beach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Park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Hotéis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Turismo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Raphael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Ayres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0200831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Anderson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Damasceno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Damasceno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Morgana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Damasceno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Vinícius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Cavalcanti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Matheus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Osíris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Antinolfi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Filipe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Costa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0234068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Rafael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Gonzalez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Diogo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36057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STB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–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Student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Bureau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Viagens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Turismo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Tostes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63440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Latella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109730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Drummond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108112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0634060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Nazaré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Brasilino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17106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Joselito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0634464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Mansão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Zerbini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Danny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Memória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30539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Ananias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Dulce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Cândido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0286374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Emidio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Dejavite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Emília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26758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57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0156914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Derany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Pequeno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0053842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16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2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2990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26246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59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0053111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Dionízia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David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0906805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Nilton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Ribeiro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0253991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Center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Wellington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Sâneva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Thayana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Nathália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Portugal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45546B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Comesa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Mineração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Energia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Saneamento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0189021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Terezinha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63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0051469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Oneida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Milhome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Plubio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Ramon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Galvão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Fernandes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0245265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Cintia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Dourado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65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0050099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0086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Horizonte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Horizonte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26842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0000392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0160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Galvani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Godoy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77167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0051618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68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0200011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Nordeste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Tarcisio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Walmar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6210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27871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Alcantara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Aguiar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0052605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Itaucard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Scortecci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37139A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Goretti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69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77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77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2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2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ÀS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0202237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12ª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Isidoro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16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2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2990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0630051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50002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Elita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Audic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Nayara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0005684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Zippy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Rosangela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11203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Recorrido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Aliança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Navegação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Logística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67677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0131830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Haroldo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Martinez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44565A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Maritzza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Martinez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Rossiter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44562A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Marizze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Martinez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44561A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Rebeca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Luna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Vital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Luna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11524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Esdras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Dieb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0170101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Idemberg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0050654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Margarida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0014363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0035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CSX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Industria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Construçoes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Locaçoes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Emanoel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Nasareno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Costa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22394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Jorgiana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Caminha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Peixoto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0005029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0045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Oliveira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Vanderlanio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11288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11220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Expresso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Guanabara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0000410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Ministério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Estadual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Edenilson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0018246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0062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Sabiaguaba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Turísticos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Trianon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Empreendimentos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Cirilo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Suzy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100510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0051130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0090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Icó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Kerginaldo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Cândido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Emília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Rueda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0040294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Amelia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0628383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Jaqueline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35743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Humberto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41399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0035697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2011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Jooma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Lider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Consorcios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Centauro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Rostand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37246A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0629457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Yuri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38580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Peixoto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0629597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Rezende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Rezende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132982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Sompo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0186679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Simone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Tertuliano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Hemeson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0050357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0158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Roberto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16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2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2990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Iranete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0051221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Edson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Ranulfo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0241686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Ramon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Principe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Stevanin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346790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Nascimento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0175766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Fox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Locações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0200258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Raimunda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Mércia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Corrêa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43656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Crefisa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Lazaro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0000029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0144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Pentecoste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Pentecoste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Zuleide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31765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0051746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Niceas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Simões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0056943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Infância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Juventude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Estadual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0054081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Cícero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Veríssimo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Ronneria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Lacerda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0200199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0181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Várzea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Várzea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Inez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34307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0217692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Y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0055421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Rostand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37246A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0200391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Odete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Firmino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0224652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Pordeus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Pordeus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Restaurante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Churrascaria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Ozileudo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Claudiana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Eric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George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40575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0200116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0096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Ipueiras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Ipueiras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Vida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0050836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Joaquim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Ranulfo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0239321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Crefisa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Lazaro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Rute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0005821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0135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Orós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Orós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Dacilia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Scopel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191699</wp:posOffset>
            </wp:positionV>
            <wp:extent cx="6002020" cy="220980"/>
            <wp:wrapNone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710470</wp:posOffset>
            </wp:positionH>
            <wp:positionV relativeFrom="page">
              <wp:posOffset>9593011</wp:posOffset>
            </wp:positionV>
            <wp:extent cx="6139180" cy="22860"/>
            <wp:wrapNone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9180" cy="228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10041849</wp:posOffset>
            </wp:positionV>
            <wp:extent cx="6132830" cy="15240"/>
            <wp:wrapNone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396875" cy="15240"/>
            <wp:wrapNone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191301</wp:posOffset>
            </wp:positionV>
            <wp:extent cx="15240" cy="215900"/>
            <wp:wrapNone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191301</wp:posOffset>
            </wp:positionV>
            <wp:extent cx="12700" cy="215900"/>
            <wp:wrapNone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31"/>
        <w:tblLayout w:type="fixed"/>
        <w:tblLook w:firstColumn="1" w:firstRow="1" w:lastColumn="0" w:lastRow="0" w:noHBand="0" w:noVBand="1" w:val="04A0"/>
      </w:tblPr>
      <w:tblGrid>
        <w:gridCol w:w="4888"/>
        <w:gridCol w:w="4888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sexta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16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26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2990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8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93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40004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0003946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0258137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Alexsandra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Braz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0000421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0203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Inez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0014016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Ferragens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Materiais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0457367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2011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Fausto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33510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Nazareno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150082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Vanessa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131782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Zuila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Fausto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Sherida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0205120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Maurício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Tomazini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81956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Gilson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Carbonera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81926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Ilda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Antuarte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Fatima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Schons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Débora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Grings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123251B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Bicca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100035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Solamita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Rovarotto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374843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Ingrid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45459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Ohlweiler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117189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Sansigolo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58475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Felix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120543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Andressa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Gottardo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125750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Zarita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Lagasse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80028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60359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0050848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Nagylla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Taina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0117412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Patrícia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Neuwald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Vargas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Aquino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0203438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0142790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Najma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Said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28394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Zurich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0220279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Jordania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Vilar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29948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Moisés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Uchôa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11070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0218783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Norões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Juliana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47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96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220" w:lineRule="exact" w:before="391" w:after="475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2"/>
        </w:rPr>
        <w:t>Privado</w:t>
      </w:r>
    </w:p>
    <w:p>
      <w:pPr>
        <w:widowControl/>
        <w:wordWrap w:val="0"/>
        <w:autoSpaceDE w:val="0"/>
        <w:autoSpaceDN w:val="0"/>
        <w:spacing w:line="140" w:lineRule="exact" w:before="951" w:after="0"/>
        <w:ind w:left="173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8" w:left="1079" w:header="720" w:footer="720" w:gutter="0"/>
          <w:cols w:space="720" w:num="1" w:equalWidth="0">
            <w:col w:w="9777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1584716</wp:posOffset>
            </wp:positionV>
            <wp:extent cx="6132830" cy="15240"/>
            <wp:wrapNone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31622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31560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Despacho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§2°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DESEMBARGADORA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Relatora</w:t>
      </w:r>
    </w:p>
    <w:p>
      <w:pPr>
        <w:widowControl/>
        <w:wordWrap w:val="0"/>
        <w:autoSpaceDE w:val="0"/>
        <w:autoSpaceDN w:val="0"/>
        <w:spacing w:line="160" w:lineRule="exact" w:before="240" w:after="204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2"/>
          <w:sz w:val="16"/>
        </w:rPr>
        <w:t>Total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feitos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16"/>
        </w:rPr>
        <w:t>1</w:t>
      </w:r>
    </w:p>
    <w:p>
      <w:pPr>
        <w:widowControl/>
        <w:wordWrap w:val="0"/>
        <w:autoSpaceDE w:val="0"/>
        <w:autoSpaceDN w:val="0"/>
        <w:spacing w:line="200" w:lineRule="exact" w:before="407" w:after="216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20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432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FORMA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JUS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305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0053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Camocim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Camocim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Monteiro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Moises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Nathaniel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Virginia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Kelly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Eufrasio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9563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306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0490065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Lavor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Paschoal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Calvano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Adolfo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Calvano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Lisbeth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Calvano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Paschoal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Calvano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Bebidas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Condimentos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Lord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Hitzschky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307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0627962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UNITÊXTIL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União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Têxtil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Ozório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Alessia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Piol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Clailson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Cândido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Lustosa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Damião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Walnir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6510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308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0161157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Joelina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Saboia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Jeferson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18340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38054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Sganzerla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Durand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24217A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0180517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Arilena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Aleandro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33211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Celetem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Suellen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Poncell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Nascimento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Harten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ALMEIDA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QUENTAL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Revisor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0006722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0121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Massapê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Expedito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26197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Paschoalotto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108911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311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0124484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Dennis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27588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Naíra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Lacerda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33141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312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0623938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Acácia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Imaculada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Gordiano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Armando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Hélio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13781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Yuri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28141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Marluce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Isaque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Janebro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313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0628823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Odilon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Josue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31992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Arcos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Arquitetura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Construção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Saneamento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Manoel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Osvaldo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Florêncio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3776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0542244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Lucimar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Kariny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Herbene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Nerildo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Ernando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315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0632947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Acácia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Imaculada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Gordiano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Armando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Hélio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13781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164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Marluce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316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0175325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Castelo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Empreendimento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18775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Marcelo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23085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Maxmiller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Uchoa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Amparo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11318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317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0129364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Olé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Bonsucesso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Suellen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Poncell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Rutenio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Cavalcante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Vicentino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0002478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0076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FariasBrito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Rodovalho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Aldelenia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Severiano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Severiano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Severiano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Fagne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Severiano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Elson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24002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ALMEIDA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319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0174707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Penha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Wladimir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’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Ítalo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35020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Jamila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Serpa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37573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CAPEF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Ponciano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Savius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Sant¿anna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0174707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Caixa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CAPEF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Ponciano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Júnior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Savius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Sant¿anna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Penha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Araújo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Wladimir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’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Ítalo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35020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Jamila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Serpa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37573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Evangelista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Lourdes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0200841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Everton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19858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322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0634740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Viagem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Viagem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Audic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323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0634740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Viagem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Viagem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Audic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Noronha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41353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Vambaster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30436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0637758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Adelgides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Figueiredo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Adelgides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Frederico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Batista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Laprovitera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Estrela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Arrais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Bringel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35256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0000493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Solonópole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Solonópole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Lucineldo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Macêdo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Favela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Telefônica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Vivo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Reinaldo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Tadeu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Rondina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Mandaliti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326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0629633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Solonópole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Solonópole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Diplomata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Engenharia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39934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0629633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Solonópole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Solonópole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Diplomata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39934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328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0174844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Felippe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6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Ozório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Factoring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Fomento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Lelia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329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0097641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Vilma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165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0001035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0062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Cascavel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Rosalba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Vale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Ronys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Jazon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Crisostomo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Turismo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Arraes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Araripe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32111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0051105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Y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Vaz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332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0188725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Florisa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Picarone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Sanchez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Thompson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Mello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Adamian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41414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333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0050552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0075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Eusebio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Eusébio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Dubê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Joias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27857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Cabó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27638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Residencial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Potinara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Hebert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0260175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37ª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Condominio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Lagoa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Wellington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Ariana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394718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Herta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11831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43104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Sâneva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Thayana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Priscilla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25359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Geíza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Veríssimo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39308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39621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335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0894103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Nieto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Moya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235738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Edilberto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336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0050524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0157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Reriutaba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Reriutaba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Rita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43193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41833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C6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337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0208940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Malta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11817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Creditórios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Multisegmentos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NPL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Ipanema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Padronizado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Denner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Mascarenhas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41218A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338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0628055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Coutinho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Coutinho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Concórdia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Maíra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Veloso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Maupeou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39273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339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0005003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0060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Osmarina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Alves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340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0009637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0126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Alcindo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Rokylane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0260211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Scortecci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0165764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ALMEIDA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343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Jhyully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Beserra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42362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344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0631039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Uruburetama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Uruburetama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Suerda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Duarte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Rodolpho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345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0631039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Uruburetama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Uruburetama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Suerda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Duarte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Rodolpho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166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0203806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Izabel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Botão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Michael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Galvão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36393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27662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347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0237263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Valdenisio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33781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29811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348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0028618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Gilberto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Iseuda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34912C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Feliciano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Lyra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29481A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0019400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0034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Jailson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Crispim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Itauleasing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0632341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Juazeiro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Edisio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Xavier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35333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Cícero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Heloyse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Camile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42599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Laryssa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ALMEIDA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0056115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352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0137304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Motta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Fonte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353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0168435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Luís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Derany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Derany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0050809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Eny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Angé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Soledade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Bittencourt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355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0050568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Brasil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Fontinele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32836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Rochelly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Vasconcelos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41552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Suyanne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Olinda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39147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357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0636931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Mirelly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43688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358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0184766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Eunice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Idemberg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Menezes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359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0637389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Oboé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Oboé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Títulos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Valores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Mobiliários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Oboé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Tecnologia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Oboé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Oboé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Holding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Advisor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Gestão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Ativos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Clarinete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Promotora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Vendas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Massa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Magazines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Brasileiros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Newton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Admª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Maytê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Sigwalt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Maytê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Sigwalt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Régio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Rodney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360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0200523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Tales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Levi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ALMEIDA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9" name="Picture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0" name="Picture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81" name="Picture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82" name="Picture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3" name="Picture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167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0214774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Patrícia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59945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362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0177439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Jairo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Hugo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Derany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Derany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Seguradora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363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0240276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Scortecci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Elinaldo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364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0263825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Natália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Gouvea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Pícoli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396366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Wandik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365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0639404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Aloma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Rhavena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Cabral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Anderson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Espíndola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Suzana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Marussi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11028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26107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366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0052278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Wescley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367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2"/>
          <w:sz w:val="16"/>
        </w:rPr>
        <w:t>0051119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0160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42900A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Marciano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368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0200615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0086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Horizonte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Horizonte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Itaucard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Belinati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23649A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Lidiane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369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0051141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Mapfre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Seguros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0113123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Acevedo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Ibanez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206339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43948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0251936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371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PRESENCIAL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ÁS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70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0046571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TV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Cidade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Ademar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Rodolfo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Licurgo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Tertulino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0048642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Jacy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30711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84" name="Picture 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85" name="Picture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86" name="Picture 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87" name="Picture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8" name="Picture 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89" name="Picture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90" name="Picture 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91" name="Picture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168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0370494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Clayton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Möller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Daiany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16942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Liege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Zaffari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Manuella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25609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38819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Tomaz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Wellington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Leitao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Mirante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Wellington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Arnaldo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Azevedo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73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0629171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Jaguaruana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Jaguaruana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Everton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Cleyton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0116547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Associação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Nacional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Aposentados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Pensionistas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Previdencia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ANAPPS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Scopel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40004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Cecília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Diogo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40066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INACIO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75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0631067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Cabral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Vaz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Ellen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25055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0175299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Magnolia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Osório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Ayrton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Sergio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Emmanoel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Carvalho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Lidya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Fonteles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Werner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Salgado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Monica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Niedja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Cabral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César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Dulcinéia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338853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Betania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Veronica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Terezinha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Rodrigues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Cartaxo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Danniela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Salgado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Marize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Salgado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0151966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Rogerio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0006127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Fethyl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Bebidas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Nasser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Hissa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Rui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Farias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16411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Delrio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Refrigerantes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79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0069058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Ceres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’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alverne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Lopes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Gorete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Firmino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Firmino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Newton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Vanessa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Mateus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Noronha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29918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Michelle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Mateus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Noronha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0638281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Unimed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Isadora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Antunes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Borelli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0009657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0173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Tianguá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Tianguá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Jamilly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Jenny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Moita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33030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Modesto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Moita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Jário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Mário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Penha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33669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0052721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Sobral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Trabalho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Lourenço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Tomás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Arcanjo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83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0177877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Unimed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Kedyma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Borelli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Thaís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24202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0007456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Gilberto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Anália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Érica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Ethel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Vaz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Josie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Cabral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Newton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Sousa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92" name="Picture 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93" name="Picture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94" name="Picture 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95" name="Picture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96" name="Picture 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97" name="Picture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98" name="Picture 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99" name="Picture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169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0246050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Econômico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Em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Manoel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Humberto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D´Alencar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Dilady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Empresa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Confecções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Carlucio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Clailson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0242330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Portal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Ventos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Ozório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Leiliane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0628136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Vanderlei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Gilberto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Ricarte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Clementino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Nonato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0007301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Paolo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Giorgio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0135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Orós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Orós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0476521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224850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Esmeraldo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26202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0050672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Quixadá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Ramon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34064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92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0243664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Locaban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Ambiental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CEQUIP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Importação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Roque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0210850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Marlene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Romênia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19455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94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0051422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Iguatu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Achernar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33232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Giovanni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43306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Thaís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40775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95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0007780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0099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Monte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Assessoria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Consultoria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Empresarial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Créditorios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Padronizados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FIDC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NPL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Creditórios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Padronizados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NPL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Denuzzo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Salomão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253384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96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0000251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Aparecido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Jhyully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Cavalcante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Beserra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42362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0008396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0143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Torquato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30581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0243348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Valdefrance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Saboya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26103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99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0146412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Nutrimento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Suyanne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Rebelo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Oswaldo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Rabelo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Wellington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Bárbara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Ozarina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29613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0002813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Britax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0219744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RCI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Góes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Nicoladeli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Frassetto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30962A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Cesar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Loiola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11085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0056644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Couro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Couro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Milton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14266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34493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Valdirene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0239906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Diogenes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0037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Ararenda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Ararendá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Filho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Kempes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Lacerda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46799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Primeiro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47464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Tobias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Resende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47705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Atila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Lima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46992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Aurivan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22666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Administradora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0122512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Skrzyszowski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Gedes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Jacinto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Dominik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Ferreira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0053332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Seguradora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Barbosa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Cândido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40747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107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0234415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Evangelista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INACIO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0260806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108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PRESENCIAL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ÁS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0748065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Jordan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Militão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Nacional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Gás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Butano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Eugênio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Sergio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Marques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Otaviano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Hitzschky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0079911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Elaine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Acácio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Eny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Lidianne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Uchôa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Nascimento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26511B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Roni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Nathália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16"/>
        </w:rPr>
        <w:t>111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0625694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Diógenes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Régis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15610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Clínicas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Imaculada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Gordiano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112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0633890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Ubi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Tinoco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18811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Andreza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27160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113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0635798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Facebook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Online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Celso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Estevam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102150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114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0012200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Electrolux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200863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Jakeline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Ruthe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Ellen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Ariston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Coelho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115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0620780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116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0003516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0145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Albertina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18350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Salete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117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0217762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Unimed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Regina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31909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118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0623561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Mariza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Villar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Kunz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Villar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Villar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Villar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Eugênio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Villar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Ângela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Villar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Cambraia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Villar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Nogueira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Welvio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Urbano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Neuma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Alderi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Israel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119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0212845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Isabelly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Acacilda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Assistência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Isaac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Lázaro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0018649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Braga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0153656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Redecard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Grelha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Alfredo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Leopoldo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Pearce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122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0134476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Patrício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Nicácio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JVS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Raymundo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Bayas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Dráuzio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0628864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Derlange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272237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Moraes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0629901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Aquiraz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DONI7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Lorena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35289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0046435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Cylon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Moller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Manuella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25609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38819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Jones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Pedro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126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0630235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Aldenice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127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0630391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Machado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Restaurante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29525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0002639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Artur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Bertosi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129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0005207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Abdom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Firmino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Terezinha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29712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Carmen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28933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0200117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0109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Idelzuite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25547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0015949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0154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Milton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Vinícius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Jacy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Lauro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Ribeiro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7397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0635974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Belinati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23649A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Idelmar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0000318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0637897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Myrlene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Assuncao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Fundação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Economiários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Federais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FUNCEF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0006462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Izaura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Bonsucesso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Celso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110394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Nésio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70580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136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Moraes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0007563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BMG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Porciuncula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Benghi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Cleiton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27145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0050861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0154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Laci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Tyago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29533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Leydiana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32824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0135905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Nataniel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Benedicto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Alcantara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Cassimiro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Lorenzen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Pippi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24424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0110919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Ramir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Yuri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27524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33047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Scarano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Amaral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26832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Pucca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Dilson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Douglas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Defensoria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0200524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0006928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0121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Massapê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Massapê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Wladinir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Pedroza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Alcantara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Zurich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Macedo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27186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0845236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Feliciano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Lyra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0050794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Granja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Granja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Tereza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Félix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Aires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27" name="Picture 1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28" name="Picture 1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29" name="Picture 1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30" name="Picture 1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31" name="Picture 1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145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Associação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Proteção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Veicular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Roneely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Ribeiro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Venâncio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208411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146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0141288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Dulce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Muchale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FM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Imóveis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Imobiliaria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23837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Virgínia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Macêdo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41175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0009135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Fontenele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0291199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Rosângela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Corrêa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Danielle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Pingo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Dagua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149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0105224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Hélio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28711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Sebastião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Kennedy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Reial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150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0199274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AGV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Associação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Autogestão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Veicular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Joanna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Grasielle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Goncalves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12928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Thales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43222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151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0269351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American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Tower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Cessão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Infraestruturas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Sabino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222937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East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Side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Militão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0142157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TM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Eliezer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36437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Condominio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Torre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20858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44123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Valter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Valdênia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0052526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Layard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Saboia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36353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Mãe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Rainha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Urbanismo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Andrine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40574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Nilson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Farias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0104468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Carlivânia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Fazza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Motors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Veículos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Goiana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Valdetário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156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0186047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Loureiro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Ciríaco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36200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Tais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36326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Fertaper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Imobiliárias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Deysiane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27725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0010714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Kassyanny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Mônica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25813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Gina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Ossianne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Dionisio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Broxado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Lapa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26744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Associação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Beneficente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Medica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Pajuçara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Justino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Cesar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0788763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Manoel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Hermínio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23066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159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0889421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Éric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Rocha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46506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0005795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0095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Lenira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Dias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Firmino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Robson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Halley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Sales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32" name="Picture 1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33" name="Picture 1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34" name="Picture 1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35" name="Picture 1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36" name="Picture 1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37" name="Picture 1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38" name="Picture 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39" name="Picture 1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174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0000036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z w:val="16"/>
        </w:rPr>
        <w:t>0111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Jijoca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Jericoacoara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Jijoca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Jericoacoara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Manoel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Messias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Spazzafumo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Canafistula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0005564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Gerardo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Elizer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24510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38523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0289710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Trabalho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Atendimento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Hospitalar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COAPH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0184920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Odelmo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Derany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34613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DPVAT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0200041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Oi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Móvel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Recuperação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Rômulo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Ferreira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Bianca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42286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0050254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0099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Erivando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0053331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Marcos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Vinicius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23483O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Thulyo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Sancho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Thalys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Savyo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37806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168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0050970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0043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Barbalha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Nadja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Gouveia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Landim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36608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169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0040239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Aparecido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Íris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30617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Bravaforte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Escritório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Apoio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Especial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Ausentes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1111A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0190345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Ernandes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Angelim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Jackelinne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10576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Custodio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Nilson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Diana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Deus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25486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0270131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Eliton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0051672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Darcio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Yara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29661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0158949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DB3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Telecomunicações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Gabrielly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Lessa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28618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0251558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Rebecca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Evanusa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Nascimento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0250965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Almir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Blackout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Jeans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Carmona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Maya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257198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0051545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27989B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C6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0010086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40" name="Picture 1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41" name="Picture 1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42" name="Picture 1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43" name="Picture 1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44" name="Picture 1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45" name="Picture 1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46" name="Picture 1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47" name="Picture 1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175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Tarcísio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Walmar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27871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Pública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0010328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0049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Kaiser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Pimentel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Daniella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Conceição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Mattos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Yury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Praiamar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Rosilene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Trigueiro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0193736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Dodt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Loiola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11085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Celso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Marcon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19431A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0051087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0124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Érika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Valencio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37759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Previsul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Müller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0263228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Disal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Consórcios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Vanessa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Castilha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Manez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331167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0170150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Hiran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Eliete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Matos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Elisama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183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0041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Marluce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Wemerson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36113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0041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Golveia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Cícero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40131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0201428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Cleudivânia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0486450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Sheila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Kênia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Condominio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Atlantico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187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0265476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35179A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0871574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Rony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Kennedy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Embracon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Rui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Caminha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274876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0120957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Lucimar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Zemp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35815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113887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0248440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Hiran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Anderson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0214702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Gleicia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Guimaraes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40938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Promoção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Vendas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Dayalesson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29634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Reserva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Natália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39762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0235356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0839543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Grace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Elvis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11424B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Glenda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194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0202512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Raysa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Landim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Landim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36608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48" name="Picture 1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49" name="Picture 1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50" name="Picture 1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51" name="Picture 1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52" name="Picture 1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53" name="Picture 1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54" name="Picture 1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55" name="Picture 1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176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0550394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Nicolau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0003340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Itapajé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Margarida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Sarah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Sales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Previsul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0906857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42654A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Top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Pharma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Produtos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Farmacéuticos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198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0130826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ST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Gadelha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Thales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29558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Adryu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Régis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Dulce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199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0054397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Regiane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42847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0201181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0115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Limoeiro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Limoeiro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Scortecci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37139A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0103047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Incorporadora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Feitosa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38016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0262197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Alessandro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Iatagan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25680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Simões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0008328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Morgana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Osório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0280215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0223198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Laécio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Cetelem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Perpétuo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Socorro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37937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0035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Ponciano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Filipe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39533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Sé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0244746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Damascenode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Bárbara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Mulford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437043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Braz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23747A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207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PRESENCIAL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ÁS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208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0009744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Eleonora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56" name="Picture 1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57" name="Picture 1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58" name="Picture 1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59" name="Picture 1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60" name="Picture 1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61" name="Picture 1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62" name="Picture 1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63" name="Picture 1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177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Menilde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Tarcisio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Tereza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Jesus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Airton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14184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Martins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Isaac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Jessé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Borges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Madeiro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28848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0485070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7518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CIDA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Correia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Máximo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Tales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Siebra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210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0027928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0049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Beberibe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Natália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Felix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Fabiano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33004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Andre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211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0197290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Bec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Famed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26672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Renan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38401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Gabrielly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Lessa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28618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212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0217232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Janiel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Paulino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Lojas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Riachuelo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Midway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Crédito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128341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213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0181179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Elisangela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0169168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Condominio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Edificio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Omar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Khayan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Danny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Memória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30539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Ananias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0201889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Estênio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Estênio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Panifício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Aguanambi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Guimarães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0050626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0154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Lauro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Jacy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10336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Federação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Giovanni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0621829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Ultra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Serviços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Gladson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Wesley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CEPECE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Centro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Prematuros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Ceará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218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Luan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Ribeiro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Cléuton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Paulino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42642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Telefônica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0626317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Assistência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Zélia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220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0059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Caririaçu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Caririaçu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41225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Aleluia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Individual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Advocacia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0037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Ararenda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Ararendá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Idelzuite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Lorran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223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0629606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Deliza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Girão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Antônio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12070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64" name="Picture 1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65" name="Picture 1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66" name="Picture 1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67" name="Picture 1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68" name="Picture 1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69" name="Picture 1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70" name="Picture 1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71" name="Picture 1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178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0284048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Ramalho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26466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0630180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Gonzaga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Cláudio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44793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Nordesul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Vigilância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Segurança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226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0632226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Valente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227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0632226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Valente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0260672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Joselina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43602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GIrão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45097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39054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BV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229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0189664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Guedes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Jales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26988B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Max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Delano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Damasceno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0638276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Uargla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13675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0009072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0107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Jaguaribe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Anacilda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Charles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233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0168661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Eugenio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Advocacia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Goncalves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41486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0200670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Feliciano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Lyra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29481A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Leite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0200652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Paraná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Camers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32295A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Ronnéria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Lacerda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45370B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236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0051076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0173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Tianguá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Tianguá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Lucimar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Jeferson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43091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Aleluia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Gustavo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238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0160426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Teodoro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Lucimara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36683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Idemberg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Suderlan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Raulino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Girão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21111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Marla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Iseuda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0167753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Valfredo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Neile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239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72" name="Picture 1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73" name="Picture 1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74" name="Picture 1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75" name="Picture 1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76" name="Picture 1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77" name="Picture 1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78" name="Picture 1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79" name="Picture 1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179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2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PRESENCIAL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ÁS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0120056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Ávila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Vladimir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Galdino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4116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América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Nacional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Rivelli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30773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Vanderlei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Verusk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Vanderlei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27070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Josafá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Paranhos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28849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Revisor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0131923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Livelton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Marcelino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Revisor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242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0117172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Previmil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Complementar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Hernandes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Alvarez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53640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Aurea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Letícia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Jales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Revisor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0907145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Representações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Confecções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Menina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Sapeca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Patricia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25670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Arnaldo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28653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Capital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405595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Augusto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Monea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397029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244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0624156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Eusebio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Meireles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20283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Meireles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40129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245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0628864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Organização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Bebidas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União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Philipe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Tadeu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Cylon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Moller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246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0136072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Cesar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Fundação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Petrobrás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Seguridade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Natália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39762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14326A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247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0020335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Piquet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Piquet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Rosália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Rokylane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0126361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Cledilson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Stheticlinic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Integrados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Egilson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Meneses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Sucupira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17798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0627357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Valdac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Kawamura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88871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Calila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Administração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Fundação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Petrobrás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Seguridade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Social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Gif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Shopping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Malls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Kelly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Brasileiro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33158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Melchert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Rivero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Toledo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126726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250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0007212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Zivatile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Bebidas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Zivatile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Bebidas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Zivatile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Cearense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Bebidas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Nilson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Gelter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Thadeu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0879979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Pacatuba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Pacatuba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Rodobens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80" name="Picture 1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81" name="Picture 1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82" name="Picture 1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83" name="Picture 1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84" name="Picture 1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85" name="Picture 1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86" name="Picture 1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87" name="Picture 1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180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Moradas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Incorporadora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Pacatuba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Ldta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Walter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152165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Aquino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0636511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Daycoval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Gilberto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Alenquer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Dobel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Benigno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45012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253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0840028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Santa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Cecília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Betoven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Garreto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39719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35201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254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0119439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Lucileide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255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0188255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SPE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Lote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Emília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Dubeux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Jean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Makele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18181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256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0249026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Jairo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Caminha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Varejo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Bahia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Diogo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33668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Cheylla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Zurich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258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0622296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BP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Promotora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Vendas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Ranulfo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259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0623625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Francivaldo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Cezar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32328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0164468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August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Topfer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GMBH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Nasser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Hissa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Rui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16411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Resinas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Resibras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Gerson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Fonteles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Jessé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Fonteles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0164468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Resinas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Resibras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Gerson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Fonteles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Jessé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Marcelo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Fonteles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Topfer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GMBH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Nasser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Hissa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Rui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16411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262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0110740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Wborn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Creative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Production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Vinícius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Alvarenga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176480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Mozart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Crystyan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263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0001857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Junior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Josias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Mauricélia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264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0626563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NS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Varejista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Produtos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Beleza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Rui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38015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Reubem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Damasceno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39746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Shopping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SPE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Andrios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Góes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Lobato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307482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0628060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Meruoca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Meruoca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Jeovanne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Clínio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Memória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266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0244536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Líder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Rostand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37246A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Audelino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Oliveira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Ulisses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29690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88" name="Picture 1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89" name="Picture 1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90" name="Picture 1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91" name="Picture 1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92" name="Picture 1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93" name="Picture 1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94" name="Picture 1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95" name="Picture 1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181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267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0233854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Amanda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Karisia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Thiago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Eugênio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Vasques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Bizerril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Vasques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268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0206839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Helio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Vinicius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Willams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Maycon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Willams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Marinho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Maikon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Wanderson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Kathleen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34255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0001334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0099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LDB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Cargas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Mapfre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Gerais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Rêgo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33667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0120182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Norsa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Refrigerantes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Fethyl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Bebidas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Nasser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Hissa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Rui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16411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Ariano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271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0044896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272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0107688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AGF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Marchi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Feliciano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Lyra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0136558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Iate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Clube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Ênio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Pinheiro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Corrêa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31353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0068025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Rui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Taxi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Lincoln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329848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275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0633139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Marcos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276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0633139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Marcos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277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Pedro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Nivando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278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2"/>
          <w:sz w:val="16"/>
        </w:rPr>
        <w:t>0111387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Amândio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23189A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Lucília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16018A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0634713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Uzzo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Confecções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Lívia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Luzia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24672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Maytê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Sigwalt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Alfa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Creditórios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Multissetorial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Lincoln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33249A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Infância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Juventude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W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Mikaelly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33815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Estadual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0013048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0099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Itaitinga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Eridan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Coutinho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Alysson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26513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282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0217949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Idemberg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Rosa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283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0051326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96" name="Picture 1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97" name="Picture 1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98" name="Picture 1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99" name="Picture 1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200" name="Picture 2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201" name="Picture 2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202" name="Picture 2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203" name="Picture 2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182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Suellen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Poncell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Madeira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Remo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Torquato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Scarcela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45684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284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0227482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Super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Pagamentos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Administração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Eletrônicos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Aires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Francelino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Ignes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Francelino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151372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0003985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Agostinho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Rafaella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286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Jhyully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Beserra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42362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287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0050160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Eronilda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Hárnesson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Pordeus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22270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Holding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288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0052775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0069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Coreaú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Coreaú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Gomes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36353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C6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289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0050887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0096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Ipueiras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Ipueiras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Maurício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Samoel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38329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0240035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Geovani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Curadoria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Especial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Ausentes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1111A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Almicar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Genesio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0258611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Valdenora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292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0202866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Auristela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Moita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0256393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Félix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Azevedo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Foonio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156187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0050749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Lavor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295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0051034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Marta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296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0234145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Emmanuelle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Alcantara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31606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Diógenes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Hermênia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Régia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34025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0201893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Aurineide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Jeronimo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Marcilio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Viana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299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0052628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Ednilde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204" name="Picture 2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205" name="Picture 2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710470</wp:posOffset>
            </wp:positionH>
            <wp:positionV relativeFrom="page">
              <wp:posOffset>4258904</wp:posOffset>
            </wp:positionV>
            <wp:extent cx="6139180" cy="22860"/>
            <wp:wrapNone/>
            <wp:docPr id="206" name="Picture 2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39180" cy="228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4759695</wp:posOffset>
            </wp:positionV>
            <wp:extent cx="6132830" cy="15240"/>
            <wp:wrapNone/>
            <wp:docPr id="207" name="Picture 2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208" name="Picture 2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209" name="Picture 2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210" name="Picture 2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211" name="Picture 2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212" name="Picture 2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213" name="Picture 2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31"/>
        <w:tblLayout w:type="fixed"/>
        <w:tblLook w:firstColumn="1" w:firstRow="1" w:lastColumn="0" w:lastRow="0" w:noHBand="0" w:noVBand="1" w:val="04A0"/>
      </w:tblPr>
      <w:tblGrid>
        <w:gridCol w:w="4888"/>
        <w:gridCol w:w="4888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segunda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23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janeiro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2023</w:t>
            </w:r>
            <w:r>
              <w:rPr>
                <w:rFonts w:ascii="Arial" w:hAnsi="Arial" w:eastAsia="Arial"/>
                <w:b/>
                <w:i w:val="0"/>
                <w:color w:val="000000"/>
                <w:spacing w:val="81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3001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183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300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0205479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0247597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42900A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Wandeir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302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0277095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115665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Aurelio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9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0281976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153447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304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0256019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42900A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304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195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220" w:lineRule="exact" w:before="391" w:after="298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7"/>
          <w:sz w:val="22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3"/>
          <w:sz w:val="22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2"/>
        </w:rPr>
        <w:t>Privado</w:t>
      </w:r>
    </w:p>
    <w:p>
      <w:pPr>
        <w:widowControl/>
        <w:wordWrap w:val="0"/>
        <w:autoSpaceDE w:val="0"/>
        <w:autoSpaceDN w:val="0"/>
        <w:spacing w:line="200" w:lineRule="exact" w:before="596" w:after="216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20"/>
        </w:rPr>
        <w:t>EMENTA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CONCLUSÃO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ACÓRDÃOS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32" w:after="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2"/>
          <w:sz w:val="16"/>
        </w:rPr>
        <w:t>EMENTA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CONCLUSÃO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ACÓRDÃO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8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0000251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0185Apelação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Hayanne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Chavier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Junnior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38780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ARAÚJO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FILHOConheceram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mérito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lhe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provimento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conforme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acórdão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unanimidade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EMENTA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CIVIL</w:t>
      </w:r>
      <w:r>
        <w:rPr>
          <w:rFonts w:ascii="Times New Roman" w:hAnsi="Times New Roman" w:eastAsia="Times New Roman"/>
          <w:b w:val="0"/>
          <w:color w:val="000000"/>
          <w:spacing w:val="9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AÇÃO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INTERDIÇÃO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CURATELA</w:t>
      </w:r>
      <w:r>
        <w:rPr>
          <w:rFonts w:ascii="Times New Roman" w:hAnsi="Times New Roman" w:eastAsia="Times New Roman"/>
          <w:b w:val="0"/>
          <w:color w:val="000000"/>
          <w:spacing w:val="9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PROVISÓRIA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767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SEGUINTES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CIVIL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ORDEM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LEGALMENTE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ESTABELECIDA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6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TEM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CARÁTER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ABSOLUTO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DOCUMENTOS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DEMONSTRAM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INCAPACIDADE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CIVIL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OITENTA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DOIS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REALIZAR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ATOS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VIDA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RELATÓRIO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APRESENTADO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DEMONSTRA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TÃO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SOMENTE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IDOSO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INCONGRUÊNCIA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ENTRE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ARGUMENTOS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DEFENDIDOS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OITIVA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IDOSO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AUDIÊNCIA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AUSÊNCIA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INDÍCIOS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INCAPACIDADE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JUSTIFICAR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CURATELA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RECURSO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CONHECIDO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PARCIALMENTE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SOMENTE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EXCLUIR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CONDENAÇÃO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LITIGÂNCIA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ARBITRADA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ORIGEM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CONCEDER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GRATUIDADE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ALMEJADA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TRATA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INTERPOSTA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TEREZINHA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ELIZA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FACE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PROLATADA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JUIZ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AÇÃO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INTERDIÇÃO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PEDIDO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CURATELA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PROVISÓRIA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Nº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0000251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JULGOU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IMPROCEDENTE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PEDIDO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AUTORAL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INTERDIÇÃO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FACE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EXTRAI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VISA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CONSTITUIÇÃO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INTERDIÇÃO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FUNDAMENTO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MESMO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SOFRE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HIPERTENSÃO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DIABETES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7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SEQUELAS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CEREBROVASCULARES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CID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L69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E11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),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QUAIS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LHE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IMPEDEM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EXERCER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SOZINHO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ATOS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VIDA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IMPOSSIBILITANDO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ATIVIDADES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LABORAIS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COTIDIANO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III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VÊ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RELATÓRIO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ASSISTENTE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SOCIAL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APONTOU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PRECISÃO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FATO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PERICIANDO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APENAS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DOENÇAS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LIMITAM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ALGUMAS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ATIVIDADES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COTIDIANO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ALTERAÇÃO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COMPORTAMENTAL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PSICOLÓGICA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ESTANDO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APTO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EXERCER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TODOS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ATOS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VIDA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INVIABILIZA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CURATELA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ALMEJADA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PARECER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OPINA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DOUTA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PROCURADORIA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CONHECIMENTO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PARCIAL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EXCLUIR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SOMENTE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CONDENAÇÃO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LITIGÂNCIA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É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CONSABIDO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DISTRIBUIÇÃO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ÔNUS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PROVA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373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PRINCÍPIO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“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PRODUÇÃO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PROVA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COMPETE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QUEM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”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ÔNUS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QUAL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DESINCUMBIU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NESSE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QUADRO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CIRCUNSTANCIAL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PROVAS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COLACIONADAS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MOSTRAM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SUFICIENTES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JUSTIFICAR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CURATELA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ORA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PRETENDIDA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POIS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RESTOU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DEMONSTRADA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INCAPACIDADE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ATOS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VIDA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CONHECIDO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PARCIALMENTE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REFORMAR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SOMENTE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CONCEDER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GRATUIDADE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ALMEJADA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AFASTAR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CONDENAÇÃO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APELADA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LITIGÂNCIA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VISLUMBRAR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ELEMENTOS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VOLITIVOS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ATENTAR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CONTRA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DIGNIDADE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JUSTIÇA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CONFORME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PARECER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MINISTERIAL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ACÓRDÃOVISTO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RELATADO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DISCUTIDO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APELATÓRIO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0000251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EM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FIGURAM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PARTES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NOMINADAS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ACORDA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TERCEIRA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PRIVADO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EGRÉGIO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UNANIMIDADE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CONHECER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APELATÓRIO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PARA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LHE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PARCIAL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PROVIMENTO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REFORMANDO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SENTENÇA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SOMENTE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RELAÇÃO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CONDENAÇÃO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LITIGÂNCIA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FÉ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CONCEDER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GRATUIDADE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ALMEJADA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MANTENDO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DEMAIS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PONTOS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SENTENÇA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TUDO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TERMOS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NOVEMBRO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ARAÚJO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3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sectPr w:rsidR="00FC693F" w:rsidRPr="0006063C" w:rsidSect="00034616">
      <w:pgSz w:w="11900" w:h="16840"/>
      <w:pgMar w:top="87" w:right="1044" w:bottom="309" w:left="1079" w:header="720" w:footer="720" w:gutter="0"/>
      <w:cols w:space="720" w:num="1" w:equalWidth="0">
        <w:col w:w="9777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/>
  <w:saveSubsetFonts/>
  <w:proofState w:spelling="clean" w:grammar="clean"/>
  <w:defaultTabStop w:val="720"/>
  <w:noPunctuationKerning/>
  <w:characterSpacingControl w:val="compressPunctuationAndJapaneseKana"/>
  <w:savePreviewPicture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LightPDF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LightPDF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LightPDF</dc:creator>
  <cp:keywords/>
  <dc:description>generated by LightPDF 20250911</dc:description>
  <cp:lastModifiedBy>LightPDF</cp:lastModifiedBy>
  <cp:revision>1</cp:revision>
  <dcterms:created xsi:type="dcterms:W3CDTF">2026-03-17T12:52:15Z</dcterms:created>
  <dcterms:modified xsi:type="dcterms:W3CDTF">2026-03-17T12:52:15Z</dcterms:modified>
  <cp:category/>
</cp:coreProperties>
</file>