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1838706</wp:posOffset>
            </wp:positionV>
            <wp:extent cx="6132830" cy="15240"/>
            <wp:wrapNone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quarta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7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dezembro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2022</w:t>
            </w:r>
            <w:r>
              <w:rPr>
                <w:rFonts w:ascii="Arial" w:hAnsi="Arial" w:eastAsia="Arial"/>
                <w:b/>
                <w:i w:val="0"/>
                <w:color w:val="000000"/>
                <w:spacing w:val="83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2983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150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Nº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0633724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Aurineide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Jeronimo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ENEL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todo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exposto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fundamento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932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caput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inciso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III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Código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Civil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inciso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XIV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Regimento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deste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Justiça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conheço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em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exame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Intimem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partes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comunique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Juízo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origem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Após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arquivem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presentes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digitais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Expedientes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necessários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hora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assinatura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digital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Desembargador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Times New Roman" w:hAnsi="Times New Roman" w:eastAsia="Times New Roman"/>
          <w:b w:val="0"/>
          <w:color w:val="000000"/>
          <w:spacing w:val="5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assinado</w:t>
      </w:r>
    </w:p>
    <w:p>
      <w:pPr>
        <w:widowControl/>
        <w:wordWrap w:val="0"/>
        <w:autoSpaceDE w:val="0"/>
        <w:autoSpaceDN w:val="0"/>
        <w:spacing w:line="160" w:lineRule="exact" w:before="40" w:after="304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digitalmente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Matheus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31840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Mackson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31841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z w:val="16"/>
        </w:rPr>
        <w:t>)</w:t>
      </w:r>
    </w:p>
    <w:p>
      <w:pPr>
        <w:widowControl/>
        <w:wordWrap w:val="0"/>
        <w:autoSpaceDE w:val="0"/>
        <w:autoSpaceDN w:val="0"/>
        <w:spacing w:line="200" w:lineRule="exact" w:before="607" w:after="116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2"/>
          <w:sz w:val="20"/>
        </w:rPr>
        <w:t>PAUTA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20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32" w:after="20"/>
        <w:ind w:left="334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4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1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ÁS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SEGUINTES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0008929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0066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Cedro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Cedro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Newton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Medeiros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24754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Wladimir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Siqueira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Feijó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24264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0191547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Previdência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Lenita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Castorino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Cicero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Luna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12950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0127190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38ª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0625312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5ª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Sucessões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Ângelo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Abreu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Imaculada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Gordiano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8667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Janos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Roven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Abreu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Valter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Furtado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0002805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0071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Crato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Oliveira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Ulisses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Olinda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11875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Tokio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Marine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0144095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12ª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Erick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Brandão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34345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Cristiane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Diógenes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13446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Cristiane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Meireles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15511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0173649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19ª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Flávio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Pimentel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18523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BMG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Bastos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Porciuncula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Benghi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32401A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Itau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BMG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0180431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Isídio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Aguiar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Janaina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Aguiar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Raphaella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Yasmin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Aguiar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Janaina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Aguiar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Mário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Italo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Italo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20544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Mônica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Maciel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Helder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Pontes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9756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0135649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5ª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Evandro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Gilberto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Samuel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Gois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29852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Nei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Calderon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114904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0638178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27ª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Wagner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17066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Sociedade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Médica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1"/>
          <w:sz w:val="16"/>
        </w:rPr>
        <w:t>11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0198901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35ª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Delany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Carmo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Esdras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Dieb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17914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Linhares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11524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20441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Bradescard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0004380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Conceição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Ítalo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Ney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Fonseca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Cabral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13996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40" w:lineRule="exact" w:before="5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quarta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7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dezembro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2022</w:t>
            </w:r>
            <w:r>
              <w:rPr>
                <w:rFonts w:ascii="Arial" w:hAnsi="Arial" w:eastAsia="Arial"/>
                <w:b/>
                <w:i w:val="0"/>
                <w:color w:val="000000"/>
                <w:spacing w:val="83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2983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151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0467548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2011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25ª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Fatima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0008025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0095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Ipu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Ipu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0000638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0085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Hidrolândia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Hidrolândia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Nivando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28060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0200381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0114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BMG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Fábio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Frasato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Caires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29282A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Elias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Neves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29801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0050667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0114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Marcus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19091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Pan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Feliciano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Lyra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21714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0284007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RCI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Lídio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35180A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Beatriz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35179A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0229481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Cristiane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Belinati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Garcia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23649A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0228419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Financiamento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Crespo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115665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Sandro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Dior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Fonseca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0244320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Schulze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35635A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0277364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Dominik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37479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Helder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Guerra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Lobo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42605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Honda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Miguel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Alvim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35877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0215256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28ª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Wesley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Borges</w:t>
      </w:r>
      <w:r>
        <w:rPr>
          <w:rFonts w:ascii="Times New Roman" w:hAnsi="Times New Roman" w:eastAsia="Times New Roman"/>
          <w:b w:val="0"/>
          <w:color w:val="000000"/>
          <w:spacing w:val="6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Pessoa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20658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Santander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Thomaz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Prazeres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Gondim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62192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0005510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0140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Paracuru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Paracuru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Eroniza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Rubens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Figueiredo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Correia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Fontes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19088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Robson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Halley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Rodrigues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27422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0050441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0182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Viçosa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Viçosa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Jonas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Jeferson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43091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BMG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0180470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28ª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Nobre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Idemberg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Nobre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14260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Feliciano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Lyra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29481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0200274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0163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Medeiros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Dênio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27990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Abraão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Lincoln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30395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INACIO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27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dezembro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8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40" w:lineRule="exact" w:before="17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quarta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7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dezembro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2022</w:t>
            </w:r>
            <w:r>
              <w:rPr>
                <w:rFonts w:ascii="Arial" w:hAnsi="Arial" w:eastAsia="Arial"/>
                <w:b/>
                <w:i w:val="0"/>
                <w:color w:val="000000"/>
                <w:spacing w:val="83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2983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152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1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ÁS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SEGUINTES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0034100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IZZI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Fomento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Mercantil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Claudia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Valente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Mascarenhas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Emanoel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Yataandson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15717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Leonardo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Rufino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Capistrano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19407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Victor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Colares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32510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Laritza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Colares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22235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Gondim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Feitoza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41850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Máximo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Fortinho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Miranda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Sá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Júnior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Danielle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Kubrusly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Miranda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Eleneide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Sá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Josenir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Yuri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Kubrusly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Miranda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Sá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38343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0042565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36ª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Cordeiro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Remoções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Guindastes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Transportes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Eireli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Indústria</w:t>
      </w:r>
      <w:r>
        <w:rPr>
          <w:rFonts w:ascii="Arial" w:hAnsi="Arial" w:eastAsia="Arial"/>
          <w:b w:val="0"/>
          <w:i w:val="0"/>
          <w:color w:val="000000"/>
          <w:sz w:val="16"/>
        </w:rPr>
        <w:t>,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Construções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Levy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235730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0003886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0035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Aracati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Aracati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Jandaira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Produçoes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Artisticas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Florinda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Bulcao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Otávio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Arruda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5207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Adriano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Pessoa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16755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Erionaldo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15205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Zilda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Bethlem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Roderaf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Produçoes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Artisticas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Nelson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Candelaria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65706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Cassio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66792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Cury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154351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0050623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SABEMI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Juliano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Mansur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113786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Evileuda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Marcelino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26246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Domingos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27346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0634438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Borges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18181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Torrens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18956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Pryscyla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32586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Cardoso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33040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0634510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11ª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GBOEX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Grêmio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Beneficente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Deborah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Sperotto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51634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Zelnir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Torres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Medeiros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Legal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Regina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Torres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0635120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36ª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Alencar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Empreendimento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Bspar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Incorporações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Tarciano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Capibaribe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11208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14259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Angelo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Roncalli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Karina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Omena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Palhano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Carolina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Daniely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Fabrício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Catucci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Emerson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Edvana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Marinho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Antenor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Rinauro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Rolim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7708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</w:t>
      </w:r>
      <w:r>
        <w:rPr>
          <w:rFonts w:ascii="Times New Roman" w:hAnsi="Times New Roman" w:eastAsia="Times New Roman"/>
          <w:b w:val="0"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0205347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36ª</w:t>
      </w:r>
      <w:r>
        <w:rPr>
          <w:rFonts w:ascii="Times New Roman" w:hAnsi="Times New Roman" w:eastAsia="Times New Roman"/>
          <w:b w:val="0"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Hapvida</w:t>
      </w:r>
      <w:r>
        <w:rPr>
          <w:rFonts w:ascii="Times New Roman" w:hAnsi="Times New Roman" w:eastAsia="Times New Roman"/>
          <w:b w:val="0"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Participações</w:t>
      </w:r>
      <w:r>
        <w:rPr>
          <w:rFonts w:ascii="Times New Roman" w:hAnsi="Times New Roman" w:eastAsia="Times New Roman"/>
          <w:b w:val="0"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Isaac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Lázaro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18663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Facó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Cintia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Cordeiro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Cintia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Cordeiro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39280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0103282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4ª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Newland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Veiculos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Goiana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11160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Vauzenildo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Chaves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Henrique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9815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0237774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18ª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Robson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Helena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Matias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Guilherme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Leonel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46009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Moacir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Aguiar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Alysson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15526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0552722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27ª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Massa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Falida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Pódium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Comercial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Caminhões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Máquinas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Pesadas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Cícero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Charles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22960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Artur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Júnior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Edival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23468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0124807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23ª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Socorro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Abreu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Marinho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Construtora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6664695</wp:posOffset>
            </wp:positionV>
            <wp:extent cx="6132830" cy="15240"/>
            <wp:wrapNone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896283</wp:posOffset>
            </wp:positionH>
            <wp:positionV relativeFrom="page">
              <wp:posOffset>7150951</wp:posOffset>
            </wp:positionV>
            <wp:extent cx="4280535" cy="10160"/>
            <wp:wrapNone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80535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35" name="Picture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quarta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7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dezembro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2022</w:t>
            </w:r>
            <w:r>
              <w:rPr>
                <w:rFonts w:ascii="Arial" w:hAnsi="Arial" w:eastAsia="Arial"/>
                <w:b/>
                <w:i w:val="0"/>
                <w:color w:val="000000"/>
                <w:spacing w:val="83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2983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153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4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0276903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Santander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Sérvio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Túlio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Barcelos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44698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0050604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0126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Mombaça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Mombaça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Evelyn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44089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Torquato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MENDES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0200413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0086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Horizonte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Horizonte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Companhia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John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Michael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Brandão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Danielle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43482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Gabriel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Torquato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43446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0201448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0035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Aracati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Aracati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Itaucard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Cristina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Scortecci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248970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44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0004450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0085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Hidrolândia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Hidrolândia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Nivando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280600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0200704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0160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Quitéria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Quitéria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Juridiano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Lira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Manuelito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41127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BMG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Rafaella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32766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46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0172366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Incorporação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Ltda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Epp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Christiano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Fonseca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Holanda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13714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Freire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22886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Camilla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Leiria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Holanda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Nei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Calderon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33485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47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0050708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0084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Saude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William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Kleber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28587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Vida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Previdência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Romcy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23900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47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dezembro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304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200" w:lineRule="exact" w:before="607" w:after="316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1"/>
          <w:sz w:val="20"/>
        </w:rPr>
        <w:t>ATAS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20"/>
        </w:rPr>
        <w:t>SESSÕES</w:t>
      </w:r>
    </w:p>
    <w:p>
      <w:pPr>
        <w:widowControl/>
        <w:wordWrap w:val="0"/>
        <w:autoSpaceDE w:val="0"/>
        <w:autoSpaceDN w:val="0"/>
        <w:spacing w:line="160" w:lineRule="exact" w:before="632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7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7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Nº</w:t>
      </w:r>
      <w:r>
        <w:rPr>
          <w:rFonts w:ascii="Times New Roman" w:hAnsi="Times New Roman" w:eastAsia="Times New Roman"/>
          <w:b w:val="0"/>
          <w:color w:val="000000"/>
          <w:spacing w:val="7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Times New Roman" w:hAnsi="Times New Roman" w:eastAsia="Times New Roman"/>
          <w:b w:val="0"/>
          <w:color w:val="000000"/>
          <w:spacing w:val="7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–</w:t>
      </w:r>
      <w:r>
        <w:rPr>
          <w:rFonts w:ascii="Times New Roman" w:hAnsi="Times New Roman" w:eastAsia="Times New Roman"/>
          <w:b w:val="0"/>
          <w:color w:val="000000"/>
          <w:spacing w:val="7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SEGUNDA</w:t>
      </w:r>
      <w:r>
        <w:rPr>
          <w:rFonts w:ascii="Times New Roman" w:hAnsi="Times New Roman" w:eastAsia="Times New Roman"/>
          <w:b w:val="0"/>
          <w:color w:val="000000"/>
          <w:spacing w:val="7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7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7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PRIVADO</w:t>
      </w:r>
      <w:r>
        <w:rPr>
          <w:rFonts w:ascii="Times New Roman" w:hAnsi="Times New Roman" w:eastAsia="Times New Roman"/>
          <w:b w:val="0"/>
          <w:color w:val="000000"/>
          <w:spacing w:val="6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16"/>
        </w:rPr>
        <w:t>ATA</w:t>
      </w:r>
      <w:r>
        <w:rPr>
          <w:rFonts w:ascii="Times New Roman" w:hAnsi="Times New Roman" w:eastAsia="Times New Roman"/>
          <w:b w:val="0"/>
          <w:color w:val="000000"/>
          <w:spacing w:val="6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SEGUNDA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PRIVADO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dezesseis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mês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novembro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dois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vinte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dois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),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Sessão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híbrida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às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horas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teve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lugar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39ª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Reunião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ocasião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eminente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Desembargador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–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PRESIDENTE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sem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discrepância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foi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aprovada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Ata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Nº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Segunda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Privado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09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mês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outubro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Presentes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Excelentíssimos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Senhores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Desembargadores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CORTEZ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NETO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LOUREIRO</w:t>
      </w:r>
      <w:r>
        <w:rPr>
          <w:rFonts w:ascii="Arial" w:hAnsi="Arial" w:eastAsia="Arial"/>
          <w:b w:val="0"/>
          <w:i w:val="0"/>
          <w:color w:val="000000"/>
          <w:sz w:val="16"/>
        </w:rPr>
        <w:t>,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SEGUNDO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Procuradoria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Geral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Justiça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representar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SUZANNE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POMPEU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SARAIVA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representante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TERESA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BONIS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sendo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trabalhos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coordenados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pela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KATIA</w:t>
      </w:r>
      <w:r>
        <w:rPr>
          <w:rFonts w:ascii="Times New Roman" w:hAnsi="Times New Roman" w:eastAsia="Times New Roman"/>
          <w:b w:val="0"/>
          <w:color w:val="000000"/>
          <w:spacing w:val="8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8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8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–</w:t>
      </w:r>
      <w:r>
        <w:rPr>
          <w:rFonts w:ascii="Times New Roman" w:hAnsi="Times New Roman" w:eastAsia="Times New Roman"/>
          <w:b/>
          <w:color w:val="000000"/>
          <w:spacing w:val="6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JULGAMENTOS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/>
          <w:color w:val="000000"/>
          <w:spacing w:val="7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PEDIDOS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/>
          <w:color w:val="000000"/>
          <w:spacing w:val="1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ORAL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/>
          <w:color w:val="000000"/>
          <w:spacing w:val="1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Nº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0229694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Granja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Distribuidora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Alimentos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Tecnologia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Bancária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Julgadores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Exmos</w:t>
      </w:r>
      <w:r>
        <w:rPr>
          <w:rFonts w:ascii="Times New Roman" w:hAnsi="Times New Roman" w:eastAsia="Times New Roman"/>
          <w:b w:val="0"/>
          <w:color w:val="000000"/>
          <w:spacing w:val="8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Srs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Deses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6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6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),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GRAÇAS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anunciado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16"/>
        </w:rPr>
        <w:t>processod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ispensada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leitura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Relatório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fez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uso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palavra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prazo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regimental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Dr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Djalma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Alvarez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Brochado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inscrito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OABCE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Nº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qualificado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representante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após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manifestação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ilustre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eminente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pediu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vista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para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melhor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analise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matéria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pedido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vista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deferido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w w:val="101"/>
          <w:sz w:val="16"/>
        </w:rPr>
        <w:t>02</w:t>
      </w:r>
      <w:r>
        <w:rPr>
          <w:rFonts w:ascii="Arial" w:hAnsi="Arial" w:eastAsia="Arial"/>
          <w:b/>
          <w:i w:val="0"/>
          <w:color w:val="000000"/>
          <w:w w:val="102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w w:val="101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w w:val="101"/>
          <w:sz w:val="16"/>
        </w:rPr>
        <w:t>Nº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w w:val="101"/>
          <w:sz w:val="16"/>
        </w:rPr>
        <w:t>0010612</w:t>
      </w:r>
      <w:r>
        <w:rPr>
          <w:rFonts w:ascii="Arial" w:hAnsi="Arial" w:eastAsia="Arial"/>
          <w:b/>
          <w:i w:val="0"/>
          <w:color w:val="000000"/>
          <w:w w:val="102"/>
          <w:sz w:val="16"/>
        </w:rPr>
        <w:t>-</w:t>
      </w:r>
      <w:r>
        <w:rPr>
          <w:rFonts w:ascii="Arial" w:hAnsi="Arial" w:eastAsia="Arial"/>
          <w:b/>
          <w:i w:val="0"/>
          <w:color w:val="000000"/>
          <w:w w:val="101"/>
          <w:sz w:val="16"/>
        </w:rPr>
        <w:t>69</w:t>
      </w:r>
      <w:r>
        <w:rPr>
          <w:rFonts w:ascii="Arial" w:hAnsi="Arial" w:eastAsia="Arial"/>
          <w:b/>
          <w:i w:val="0"/>
          <w:color w:val="000000"/>
          <w:w w:val="102"/>
          <w:sz w:val="16"/>
        </w:rPr>
        <w:t>.</w:t>
      </w:r>
      <w:r>
        <w:rPr>
          <w:rFonts w:ascii="Arial" w:hAnsi="Arial" w:eastAsia="Arial"/>
          <w:b/>
          <w:i w:val="0"/>
          <w:color w:val="000000"/>
          <w:w w:val="101"/>
          <w:sz w:val="16"/>
        </w:rPr>
        <w:t>2012</w:t>
      </w:r>
      <w:r>
        <w:rPr>
          <w:rFonts w:ascii="Arial" w:hAnsi="Arial" w:eastAsia="Arial"/>
          <w:b/>
          <w:i w:val="0"/>
          <w:color w:val="000000"/>
          <w:w w:val="102"/>
          <w:sz w:val="16"/>
        </w:rPr>
        <w:t>.</w:t>
      </w:r>
      <w:r>
        <w:rPr>
          <w:rFonts w:ascii="Arial" w:hAnsi="Arial" w:eastAsia="Arial"/>
          <w:b/>
          <w:i w:val="0"/>
          <w:color w:val="000000"/>
          <w:w w:val="101"/>
          <w:sz w:val="16"/>
        </w:rPr>
        <w:t>8</w:t>
      </w:r>
      <w:r>
        <w:rPr>
          <w:rFonts w:ascii="Arial" w:hAnsi="Arial" w:eastAsia="Arial"/>
          <w:b/>
          <w:i w:val="0"/>
          <w:color w:val="000000"/>
          <w:w w:val="102"/>
          <w:sz w:val="16"/>
        </w:rPr>
        <w:t>.</w:t>
      </w:r>
      <w:r>
        <w:rPr>
          <w:rFonts w:ascii="Arial" w:hAnsi="Arial" w:eastAsia="Arial"/>
          <w:b/>
          <w:i w:val="0"/>
          <w:color w:val="000000"/>
          <w:w w:val="101"/>
          <w:sz w:val="16"/>
        </w:rPr>
        <w:t>06</w:t>
      </w:r>
      <w:r>
        <w:rPr>
          <w:rFonts w:ascii="Arial" w:hAnsi="Arial" w:eastAsia="Arial"/>
          <w:b/>
          <w:i w:val="0"/>
          <w:color w:val="000000"/>
          <w:w w:val="102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-1"/>
          <w:sz w:val="16"/>
        </w:rPr>
        <w:t>0119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Google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Internet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w w:val="102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w w:val="102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Facebook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On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Line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-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w w:val="102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Dejarino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Filho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w w:val="101"/>
          <w:sz w:val="16"/>
        </w:rPr>
        <w:t>Julgadores</w:t>
      </w:r>
      <w:r>
        <w:rPr>
          <w:rFonts w:ascii="Arial" w:hAnsi="Arial" w:eastAsia="Arial"/>
          <w:b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Exmos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Srs</w:t>
      </w:r>
      <w:r>
        <w:rPr>
          <w:rFonts w:ascii="Arial" w:hAnsi="Arial" w:eastAsia="Arial"/>
          <w:b w:val="0"/>
          <w:i w:val="0"/>
          <w:color w:val="000000"/>
          <w:w w:val="102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Deses</w:t>
      </w:r>
      <w:r>
        <w:rPr>
          <w:rFonts w:ascii="Arial" w:hAnsi="Arial" w:eastAsia="Arial"/>
          <w:b w:val="0"/>
          <w:i w:val="0"/>
          <w:color w:val="000000"/>
          <w:w w:val="102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2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Relatora</w:t>
      </w:r>
      <w:r>
        <w:rPr>
          <w:rFonts w:ascii="Arial" w:hAnsi="Arial" w:eastAsia="Arial"/>
          <w:b w:val="0"/>
          <w:i w:val="0"/>
          <w:color w:val="000000"/>
          <w:w w:val="102"/>
          <w:sz w:val="16"/>
        </w:rPr>
        <w:t>),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Des</w:t>
      </w:r>
      <w:r>
        <w:rPr>
          <w:rFonts w:ascii="Arial" w:hAnsi="Arial" w:eastAsia="Arial"/>
          <w:b w:val="0"/>
          <w:i w:val="0"/>
          <w:color w:val="000000"/>
          <w:w w:val="102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Des</w:t>
      </w:r>
      <w:r>
        <w:rPr>
          <w:rFonts w:ascii="Arial" w:hAnsi="Arial" w:eastAsia="Arial"/>
          <w:b w:val="0"/>
          <w:i w:val="0"/>
          <w:color w:val="000000"/>
          <w:w w:val="102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INÁCIO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NETO</w:t>
      </w:r>
      <w:r>
        <w:rPr>
          <w:rFonts w:ascii="Arial" w:hAnsi="Arial" w:eastAsia="Arial"/>
          <w:b w:val="0"/>
          <w:i w:val="0"/>
          <w:color w:val="000000"/>
          <w:w w:val="102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Des</w:t>
      </w:r>
      <w:r>
        <w:rPr>
          <w:rFonts w:ascii="Arial" w:hAnsi="Arial" w:eastAsia="Arial"/>
          <w:b w:val="0"/>
          <w:i w:val="0"/>
          <w:color w:val="000000"/>
          <w:w w:val="102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LOUREIRO</w:t>
      </w:r>
      <w:r>
        <w:rPr>
          <w:rFonts w:ascii="Arial" w:hAnsi="Arial" w:eastAsia="Arial"/>
          <w:b w:val="0"/>
          <w:i w:val="0"/>
          <w:color w:val="000000"/>
          <w:w w:val="102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anunciado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dispensada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2"/>
          <w:sz w:val="16"/>
        </w:rPr>
        <w:t>leitura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Relatório</w:t>
      </w:r>
      <w:r>
        <w:rPr>
          <w:rFonts w:ascii="Arial" w:hAnsi="Arial" w:eastAsia="Arial"/>
          <w:b w:val="0"/>
          <w:i w:val="0"/>
          <w:color w:val="000000"/>
          <w:w w:val="102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fez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uso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palavra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no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prazo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regimental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16"/>
        </w:rPr>
        <w:t>Dr</w:t>
      </w:r>
      <w:r>
        <w:rPr>
          <w:rFonts w:ascii="Arial" w:hAnsi="Arial" w:eastAsia="Arial"/>
          <w:b w:val="0"/>
          <w:i w:val="0"/>
          <w:color w:val="000000"/>
          <w:w w:val="102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Laux</w:t>
      </w:r>
      <w:r>
        <w:rPr>
          <w:rFonts w:ascii="Arial" w:hAnsi="Arial" w:eastAsia="Arial"/>
          <w:b w:val="0"/>
          <w:i w:val="0"/>
          <w:color w:val="000000"/>
          <w:w w:val="102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inscrito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SC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sob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28</w:t>
      </w:r>
      <w:r>
        <w:rPr>
          <w:rFonts w:ascii="Arial" w:hAnsi="Arial" w:eastAsia="Arial"/>
          <w:b w:val="0"/>
          <w:i w:val="0"/>
          <w:color w:val="000000"/>
          <w:w w:val="102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202</w:t>
      </w:r>
      <w:r>
        <w:rPr>
          <w:rFonts w:ascii="Arial" w:hAnsi="Arial" w:eastAsia="Arial"/>
          <w:b w:val="0"/>
          <w:i w:val="0"/>
          <w:color w:val="000000"/>
          <w:w w:val="102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16"/>
        </w:rPr>
        <w:t>qualiﬁ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cado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como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representante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Apelante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Google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Internet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w w:val="102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seguida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fez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uso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palavra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no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prazo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regimental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Dra</w:t>
      </w:r>
      <w:r>
        <w:rPr>
          <w:rFonts w:ascii="Arial" w:hAnsi="Arial" w:eastAsia="Arial"/>
          <w:b w:val="0"/>
          <w:i w:val="0"/>
          <w:color w:val="000000"/>
          <w:w w:val="102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Patrícia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Helena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Martins</w:t>
      </w:r>
      <w:r>
        <w:rPr>
          <w:rFonts w:ascii="Arial" w:hAnsi="Arial" w:eastAsia="Arial"/>
          <w:b w:val="0"/>
          <w:i w:val="0"/>
          <w:color w:val="000000"/>
          <w:w w:val="102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inscrita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w w:val="102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z w:val="16"/>
        </w:rPr>
        <w:t>SP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sob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Nº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164</w:t>
      </w:r>
      <w:r>
        <w:rPr>
          <w:rFonts w:ascii="Arial" w:hAnsi="Arial" w:eastAsia="Arial"/>
          <w:b w:val="0"/>
          <w:i w:val="0"/>
          <w:color w:val="000000"/>
          <w:w w:val="102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253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16"/>
        </w:rPr>
        <w:t>qualiﬁ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cada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como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representante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parte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Apelante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Facebook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On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Line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w w:val="102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após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sustentou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oralmente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suas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razões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16"/>
        </w:rPr>
        <w:t>Dr</w:t>
      </w:r>
      <w:r>
        <w:rPr>
          <w:rFonts w:ascii="Arial" w:hAnsi="Arial" w:eastAsia="Arial"/>
          <w:b w:val="0"/>
          <w:i w:val="0"/>
          <w:color w:val="000000"/>
          <w:w w:val="102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Dejarino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z w:val="16"/>
        </w:rPr>
        <w:t>,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36" name="Picture 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37" name="Picture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2092696</wp:posOffset>
            </wp:positionV>
            <wp:extent cx="6132830" cy="15240"/>
            <wp:wrapNone/>
            <wp:docPr id="38" name="Picture 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39" name="Picture 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40" name="Picture 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41" name="Picture 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42" name="Picture 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43" name="Picture 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44" name="Picture 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quinta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8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dezembro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2022</w:t>
            </w:r>
            <w:r>
              <w:rPr>
                <w:rFonts w:ascii="Arial" w:hAnsi="Arial" w:eastAsia="Arial"/>
                <w:b/>
                <w:i w:val="0"/>
                <w:color w:val="000000"/>
                <w:spacing w:val="842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2984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221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0851483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Malharia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Paulista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Villa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Real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Duarte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27432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Gilmar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Guimarães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Loiola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14924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Gerson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Gradvohl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Despacho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Portanto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considerando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disposto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§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Código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Civil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determino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prazo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05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cinco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comprove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juntada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preparo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em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dobro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pena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deserção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recurso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Expedientes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necessários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indicada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sistema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Desembargador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assinado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digitalmente</w:t>
      </w:r>
      <w:r>
        <w:rPr>
          <w:rFonts w:ascii="Arial" w:hAnsi="Arial" w:eastAsia="Arial"/>
          <w:b w:val="0"/>
          <w:i w:val="0"/>
          <w:color w:val="000000"/>
          <w:sz w:val="16"/>
        </w:rPr>
        <w:t>)</w:t>
      </w:r>
    </w:p>
    <w:p>
      <w:pPr>
        <w:widowControl/>
        <w:wordWrap w:val="0"/>
        <w:autoSpaceDE w:val="0"/>
        <w:autoSpaceDN w:val="0"/>
        <w:spacing w:line="160" w:lineRule="exact" w:before="240" w:after="304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2"/>
          <w:sz w:val="16"/>
        </w:rPr>
        <w:t>Total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feitos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2"/>
          <w:sz w:val="16"/>
        </w:rPr>
        <w:t>58</w:t>
      </w:r>
    </w:p>
    <w:p>
      <w:pPr>
        <w:widowControl/>
        <w:wordWrap w:val="0"/>
        <w:autoSpaceDE w:val="0"/>
        <w:autoSpaceDN w:val="0"/>
        <w:spacing w:line="200" w:lineRule="exact" w:before="607" w:after="116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2"/>
          <w:sz w:val="20"/>
        </w:rPr>
        <w:t>PAUTA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20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32" w:after="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1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ÁS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SEGUINTES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48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0108427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Prado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24314A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Emanuel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22564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49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0129743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Heitor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Savio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Jonas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Taleires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9434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50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0462356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2011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Distribuidora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Bebidas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Caucaia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Elano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Correia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20979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Helcar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Comercio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Natural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Veicular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Rojane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Arruda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Raquele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Arruda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Juliana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Mattos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Rolim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12800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27907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GRAÇAS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51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0630998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31ª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Dion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Rios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Júnior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Marinho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Queiroz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Célio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Eufrásio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Socorro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Edmar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Edmar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Valdemiro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Soares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Vale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13500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52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0102985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13ª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Erialda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Curador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Kelly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Kelly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Sandra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8263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Neri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Estado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QUENTAL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Revisor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53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0477504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2011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4ª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Jangada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Veículos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Peças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Rigoberto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Amorim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16038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Osvaldo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18487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Wagner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Amorim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19242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Liberty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Manuela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Motta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20397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54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0764738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Luiz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Domingos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7989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Essina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Domingos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20447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Christófanny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Domingos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28542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Alessandra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Medeiros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37100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Coutinho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2943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Fatima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Pontes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Coutinho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4954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55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0178431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20ª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Hoje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Participações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Hitzschky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17561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Clube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Francisco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Xavier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Torres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5588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56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0178474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20ª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Hoje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Participações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Hitzschky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17561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Clube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Francisco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Xavier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Torres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5588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57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0185712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20ª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Hoje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Participações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Hitzschky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17561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Clube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Francisco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Xavier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Torres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5588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Ernando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Uchôa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Sobrinho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10054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181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0139967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João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45" name="Picture 4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46" name="Picture 4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47" name="Picture 4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48" name="Picture 4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49" name="Picture 4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50" name="Picture 5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51" name="Picture 5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52" name="Picture 5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quinta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8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dezembro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2022</w:t>
            </w:r>
            <w:r>
              <w:rPr>
                <w:rFonts w:ascii="Arial" w:hAnsi="Arial" w:eastAsia="Arial"/>
                <w:b/>
                <w:i w:val="0"/>
                <w:color w:val="000000"/>
                <w:spacing w:val="842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2984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222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Theóphilo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27430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19187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Evanusa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18462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59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0165016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29ª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Elça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Idemberg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Nobre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14260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Sales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GRAÇAS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60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0627164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6ª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Victor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Andrews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Welber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Muller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Guimarães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23292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Priscila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Misquita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Cunha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39227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61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0054145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Cicera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Amanda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Renan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Azevedo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23112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Prado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24314A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Rosângela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Correa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27988A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62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0150929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14ª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Consórcios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Bandeira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Catunda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Ronaldo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Feijão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24951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63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0052024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Pimentel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43203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Kelly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40455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Álvaro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Fernandes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32405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64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0627819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21ª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Santander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Arial" w:hAnsi="Arial" w:eastAsia="Arial"/>
          <w:b w:val="0"/>
          <w:i w:val="0"/>
          <w:color w:val="000000"/>
          <w:sz w:val="16"/>
        </w:rPr>
        <w:t>)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Osmar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Paixao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Cortes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15553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Hermenegildo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Thiago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Alberine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41852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Figueiredo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40835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65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0627819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21ª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Crédito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Osmar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Paixao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Cortes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15553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Hermenegildo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Alberine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41852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Figueiredo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Souza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40835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66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0196761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67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0629174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Vinculada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42442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Itaucard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257034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68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0038905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19ª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Nelson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Wilians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Fratoni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16599A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Erick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Meneses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16057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69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0051634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Deangelis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Neuremberg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Thomaz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20787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Allan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Saraiva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23502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Alana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Correia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30218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Seguradora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Álvaro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32405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70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0631217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Juliene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Freitas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Matheus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31840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71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0631217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Juliene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Matheus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31840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Mackson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31841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72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0222279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Sheridan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Vicente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Quesado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22320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Schulze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35635A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73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0631999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z w:val="16"/>
        </w:rPr>
        <w:t>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Isabele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Cristina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Soares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Mackson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31841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74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0631999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z w:val="16"/>
        </w:rPr>
        <w:t>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Isabele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53" name="Picture 5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54" name="Picture 5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55" name="Picture 5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56" name="Picture 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57" name="Picture 5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58" name="Picture 5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59" name="Picture 5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60" name="Picture 6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quinta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8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dezembro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2022</w:t>
            </w:r>
            <w:r>
              <w:rPr>
                <w:rFonts w:ascii="Arial" w:hAnsi="Arial" w:eastAsia="Arial"/>
                <w:b/>
                <w:i w:val="0"/>
                <w:color w:val="000000"/>
                <w:spacing w:val="842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2984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223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Cristina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Mackson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31841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Matheus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31840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75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0000458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0028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Acaraú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Acaraú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Manoel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Geraldo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Valdemiro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Barreira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Romcy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23900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76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0003823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0120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Júlio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Valdemiro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Votorantim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Alves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77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0050612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0066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Cedro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Cedro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Noeme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Candido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Newton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Medeiros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24754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Lázaro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Victor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40334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CHUBB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Galdão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138646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78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0636940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5ª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Wagner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Linhares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Wagner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Linhares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Emanuel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Teles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Google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Internet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Fábio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Rivelli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30773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ALMEIDA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79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0200601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z w:val="16"/>
        </w:rPr>
        <w:t>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Wladimir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Wronsky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Quezada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Torres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45036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10108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GRAÇAS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80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0066520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Líder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Tibério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15877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Simião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Rodrigues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Guilherme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Miranda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26916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QUENTAL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80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dezembro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4"/>
          <w:sz w:val="16"/>
        </w:rPr>
        <w:t>KÁTIA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2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40" w:after="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2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1</w:t>
      </w:r>
    </w:p>
    <w:p>
      <w:pPr>
        <w:widowControl/>
        <w:wordWrap w:val="0"/>
        <w:autoSpaceDE w:val="0"/>
        <w:autoSpaceDN w:val="0"/>
        <w:spacing w:line="160" w:lineRule="exact" w:before="4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ÁS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SEGUINTES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81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0620493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9000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4ª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Sucessões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Aldemar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Gilberto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Rosalino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25952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Espólio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Aldemar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Epólio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Neile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Inventariante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Arildo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Junior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Gondim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13859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82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0160555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Viação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Siará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Grande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Joaquim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Carmelito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Priscilla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24921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Camilla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30927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MELO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83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0628601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Maracanaú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Jaime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Valente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6433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Comercial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Petróleo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84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0186912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Beneficência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Camiliana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Sul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Imaculada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Gordiano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8667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Gorete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85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0623151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31ª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Espólio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Juarez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Inventariante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Teresa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Sanches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Eugênio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Vasques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16040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Jucieuda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40" w:lineRule="exact" w:before="5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61" name="Picture 6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62" name="Picture 6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63" name="Picture 6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64" name="Picture 6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65" name="Picture 6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66" name="Picture 6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67" name="Picture 6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68" name="Picture 6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quinta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8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dezembro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2022</w:t>
            </w:r>
            <w:r>
              <w:rPr>
                <w:rFonts w:ascii="Arial" w:hAnsi="Arial" w:eastAsia="Arial"/>
                <w:b/>
                <w:i w:val="0"/>
                <w:color w:val="000000"/>
                <w:spacing w:val="842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2984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224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86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0625580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Comarca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Y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Paolo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Giorgio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Quezado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Gurgel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16629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Cariri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Trabalho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87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0009941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’</w:t>
      </w:r>
      <w:r>
        <w:rPr>
          <w:rFonts w:ascii="Arial" w:hAnsi="Arial" w:eastAsia="Arial"/>
          <w:b w:val="0"/>
          <w:i w:val="0"/>
          <w:color w:val="000000"/>
          <w:sz w:val="16"/>
        </w:rPr>
        <w:t>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Panificação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Manuel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Manuel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Erivanda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Silva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Samuel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Gois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29852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Georgia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Marilia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Honorato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18018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88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0050490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0170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Tamboril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Tamboril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Madalena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Rudinei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23240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24902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Wilson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89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0050289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0085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Hidrolândia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Hidrolândia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Nivando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28060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Wilson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0631412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9ª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Família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Júlio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Freire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Geovane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Pucci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Benevides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24062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Linhares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11524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21901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91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0631680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Cercilino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César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Zannino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36887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Emmanuel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Arruda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Ismênia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Campêlo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Matias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13894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Ivo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Bento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Aila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Façanha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Marcia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16305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92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0632043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4ª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Paulino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Caico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Gondim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Borelli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24895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Federação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Sociedades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Cooperativas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Menescal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6018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Joaquim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Victor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33232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Nathália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Tamietti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41710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Judith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Lemos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43146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Giovanni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8579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Achernar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29351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Hévila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Silva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36270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Yago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43102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Daniella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47415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93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0632324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Adelgídes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Figueiredo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Correia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8209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Gildo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25852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94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0632348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Riomar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Fortaleza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Raphael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Ayres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Rei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Sushi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Walbene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Graça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Rômulo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Eugênio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13533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95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0028089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2011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0117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Maracanaú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96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0002415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Valda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Facó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Comercial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Suinos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3061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Samuel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Gois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29852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Lea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Estevam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Xavier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11106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97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0146118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7ª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Jorge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Aragao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Breno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21695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Honda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Hiran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10422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Eliete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10423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98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0050717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0124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Milagres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Milagres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das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Dores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Cyntia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Tavares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25925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Sombra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99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0221762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32ª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Volkswagen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Lucília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16018A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Amândio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Tereso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23189A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Márcia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Holanda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Francinelson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Santiago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30917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MELO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100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0208288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5ª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Samuel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39808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40875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Tatiana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Bastos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39561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BMG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37066A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69" name="Picture 6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70" name="Picture 7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71" name="Picture 7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72" name="Picture 7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73" name="Picture 7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74" name="Picture 7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75" name="Picture 7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76" name="Picture 7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quinta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8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dezembro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2022</w:t>
            </w:r>
            <w:r>
              <w:rPr>
                <w:rFonts w:ascii="Arial" w:hAnsi="Arial" w:eastAsia="Arial"/>
                <w:b/>
                <w:i w:val="0"/>
                <w:color w:val="000000"/>
                <w:spacing w:val="842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2984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225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101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0050403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0066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Cedro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Cedro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Freire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Roberli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Alexandria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24958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Parada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Simão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221386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102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0051323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0040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Assaré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Assaré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Cicero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Agostinho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Breno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Matias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Esmeraldo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36730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103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0150767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6ª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Santander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Restaurante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Nome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Fantasia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Didi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Rei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Adaízio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103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dezembro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4"/>
          <w:sz w:val="16"/>
        </w:rPr>
        <w:t>KÁTIA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3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640" w:after="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2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1</w:t>
      </w:r>
    </w:p>
    <w:p>
      <w:pPr>
        <w:widowControl/>
        <w:wordWrap w:val="0"/>
        <w:autoSpaceDE w:val="0"/>
        <w:autoSpaceDN w:val="0"/>
        <w:spacing w:line="160" w:lineRule="exact" w:before="4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ÀS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SEGUINTES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104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0908306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19ª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Ciprecal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Mármores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Granitos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Ltda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–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16"/>
        </w:rPr>
        <w:t>EPP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Tiago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105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0631671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19ª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COPESA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–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Construção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Prestação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Régis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6105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ARM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Energia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Engenharia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106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0176306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5ª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Fazendas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Reunidas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Jacaraí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Janine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Adeodato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Accioly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12376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Espólio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Figueiredo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Figueiredo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18787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107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0204031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22ª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Estênio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Estênio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Leitão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28593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Lojas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Riachuelo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Midway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Financeira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-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Nelson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Wilians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Fratoni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16599A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108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0871818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26ª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Solange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Celia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Edlene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Alice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Borges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18590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Jacó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13721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MELO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109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0243341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38ª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Ceará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Dores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Antonio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Edson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Erika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Mathias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203435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110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0050360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0109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Jardim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Jardim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Brasil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Brasilina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Tayanne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Agda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43971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Amanda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Neves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Luz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27044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16"/>
        </w:rPr>
        <w:t>111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0002716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0101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Ducimar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Cheylla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Teles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26096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181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112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0207942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17ª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Crefisa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Financiamento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77" name="Picture 7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78" name="Picture 7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79" name="Picture 7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80" name="Picture 8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81" name="Picture 8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82" name="Picture 8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83" name="Picture 8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84" name="Picture 8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quinta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8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dezembro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2022</w:t>
            </w:r>
            <w:r>
              <w:rPr>
                <w:rFonts w:ascii="Arial" w:hAnsi="Arial" w:eastAsia="Arial"/>
                <w:b/>
                <w:i w:val="0"/>
                <w:color w:val="000000"/>
                <w:spacing w:val="842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2984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226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Lazaro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8125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Lenilda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113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0007404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0169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Tabuleiro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Tabuleiro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Karoline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20417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Líder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Álvaro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32405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114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0050110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0158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Seguradora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Rostand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37246A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Francisco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Raules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Celedônio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18628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115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0015620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0084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Original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Vigna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116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0200180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0081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Granja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Granja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Bradesco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Cassia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Rogeria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Saúde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33886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Portela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32573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117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0195206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23ª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Jb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Despachante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LOUREIRO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117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dezembro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4"/>
          <w:sz w:val="16"/>
        </w:rPr>
        <w:t>KÁTIA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5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1040" w:after="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2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1</w:t>
      </w:r>
    </w:p>
    <w:p>
      <w:pPr>
        <w:widowControl/>
        <w:wordWrap w:val="0"/>
        <w:autoSpaceDE w:val="0"/>
        <w:autoSpaceDN w:val="0"/>
        <w:spacing w:line="160" w:lineRule="exact" w:before="4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ERÃO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ÀS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SEGUINTES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118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0049404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10ª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5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Amoneli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Dantas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Abreu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25407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Miguel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Defensoria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119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0033938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2011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Sobral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Telma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Souto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Angelim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Jamily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Campos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Teles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8866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120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0022008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18ª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FAELCE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–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Fundação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Coelce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Seguridade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Jucleiton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Adriana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Griao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Botelho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Mourao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21161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121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0101252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18ª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Cássia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Meneses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Cleyton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Meneses</w:t>
      </w:r>
      <w:r>
        <w:rPr>
          <w:rFonts w:ascii="Times New Roman" w:hAnsi="Times New Roman" w:eastAsia="Times New Roman"/>
          <w:b w:val="0"/>
          <w:color w:val="000000"/>
          <w:spacing w:val="9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Pablo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Jorge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31293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Vandir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Diógenes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Rosely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Diógenes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Lourdes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Cunha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11686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122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0179568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36ª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Atlas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Copco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Boulos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162258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RC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Geradores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Leonardo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Pitombeira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16397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123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0179568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50001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RC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Geradores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Leonardo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Pitombeira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16397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Atlas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Copco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Boulos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162258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CENARCOM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Central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Comprimido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Jerusa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Rocha</w:t>
      </w:r>
    </w:p>
    <w:p>
      <w:pPr>
        <w:widowControl/>
        <w:wordWrap w:val="0"/>
        <w:autoSpaceDE w:val="0"/>
        <w:autoSpaceDN w:val="0"/>
        <w:spacing w:line="160" w:lineRule="exact" w:before="40" w:after="2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15225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40" w:lineRule="exact" w:before="5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85" name="Picture 8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86" name="Picture 8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87" name="Picture 8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88" name="Picture 8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89" name="Picture 8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90" name="Picture 9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91" name="Picture 9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92" name="Picture 9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quinta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8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dezembro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2022</w:t>
            </w:r>
            <w:r>
              <w:rPr>
                <w:rFonts w:ascii="Arial" w:hAnsi="Arial" w:eastAsia="Arial"/>
                <w:b/>
                <w:i w:val="0"/>
                <w:color w:val="000000"/>
                <w:spacing w:val="842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2984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227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124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0179568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50002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CENARCOM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Central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Comprimido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Jerusa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15225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RC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Geradores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Leonardo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Pitombeira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16397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Cantal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Souza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31095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30670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Atlas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Copco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Daniel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Boulos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162258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125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0000990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Tauá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Tauá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Schulze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35635A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Davina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Hanna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Alexandrino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Feitosa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126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0627194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Construtora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Coutinho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Adryu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Régis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Rolim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24916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Gadelha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22125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Thales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Machado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29558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Ivonildes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Ivonildes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38175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127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0022138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4ª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Fundação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CHESF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Assistência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Seguridade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FACHESF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Eric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18400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Hidro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Elétrica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CHESF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Bergson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Bonfim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17555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Alcides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Raposo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Moroni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18906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128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0000341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0144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Pentecoste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Pentecoste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Claudia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Firmiano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Valéria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Firmiano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10829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Manuel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Campelo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23562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129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0169469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28ª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Adriana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Erivaldo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Conceição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Farias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32373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130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0008593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0137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Pacatuba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Pacatuba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Rodolfo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Pereira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131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0863406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31ª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Mário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Uchoa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Amaral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6778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Gerson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Sampaio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Gradvohl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Caixa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Previdência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Funcionários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CAPEF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Ponciano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21189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Savius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Passos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’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anna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26074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132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0008193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0140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Paracuru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Paracuru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Antonio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Raphael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Gurgel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Ticiane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Talita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Maciel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19502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Julianne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29503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Souza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7856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Cleiton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7455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Ygor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34977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133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0181609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34ª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Fazenda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Imperial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Empreendimentos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Imobiliários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Rodolfo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Licurgo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Tertulino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10144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Cesar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Albuquerque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Lourenço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Mello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Ernando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Garcia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19253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134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0022005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23ª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Ênio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Mourão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12808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Vinícius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13299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FAELCE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–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Fundação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Coelce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Seguridade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135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0013890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0137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Pacatuba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Pacatuba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Viana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Campelo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Eugenia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Gerardi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295592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136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0022822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6ª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Apiguana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Maquinas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Ferramentas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Júlio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12972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Construmam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Construção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Manutenção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Industria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Moacir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Mifumaru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Umeda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137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0164663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5ª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Ingersoll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Rand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Indústria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Condicionado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Comprimido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Refrigeração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Eduardo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Manfredini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Hapner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10515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Tarcísio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Kroetz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17515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Fabíola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Fleischfresser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21515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Muggiati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21461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Indústria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Naval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-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INACE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Stélio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20088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138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0010138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Cicera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Giselia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139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0623798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6ª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Juan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Portela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20541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Portela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24870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93" name="Picture 9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94" name="Picture 9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95" name="Picture 9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96" name="Picture 9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97" name="Picture 9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98" name="Picture 9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99" name="Picture 9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quinta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8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dezembro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2022</w:t>
            </w:r>
            <w:r>
              <w:rPr>
                <w:rFonts w:ascii="Arial" w:hAnsi="Arial" w:eastAsia="Arial"/>
                <w:b/>
                <w:i w:val="0"/>
                <w:color w:val="000000"/>
                <w:spacing w:val="842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2984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228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Cardoso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140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0147628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34ª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Hapvida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Assistência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Facó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Atila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Nantua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12760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141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0288283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Fundação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Economiários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Federais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FUNCEF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Sá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Queiroga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16625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Antonieta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Esmeraldo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Guimaraes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40938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5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EVERARDO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142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0008755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Paracuru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Paracuru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Varejão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Eletros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Harisson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25185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Companhia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143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0000585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Comarca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Promotora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BP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Promotora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Vendas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Sampaio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Onofre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Carmo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Valdemiro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Alysson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26513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0906845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Sucessões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Josué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Cordeiro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Espólio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Cordeiro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Espólio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Cordeiro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145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0285033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18ª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Leandro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32509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146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0007037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UPS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Remessas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Expressas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Carolina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Neves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Patrocínio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249937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SM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Pescados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Indústria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Exportação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Yaskara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Girao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30993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EVERARDO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147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0007037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50001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4ª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SM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Pescados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Industria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Comercio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Exportação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Yaskara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Girao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Araujo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30993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UPS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Remessas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Expressas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Abraão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Jorge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Miguel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172355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Carolina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Neves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Patrocínio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249937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148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0221792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8ª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Itaú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Unibanco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Cristina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Scortecci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37139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Reges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149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0001302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0066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Cedro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Cedro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Elder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Newton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Medeiros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24754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Lázaro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Victor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40334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Tim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Celular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Siqueira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14325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EVERARDO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150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0051797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0075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Eusebio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Eusébio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38393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151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0550272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28ª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Ecofor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Ambiental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Debora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Borba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Memoria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14801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Madruga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15797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16272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Haline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18955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Vicente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Vidal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33046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Adriano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152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0265568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21ª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Hapvida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Assistência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..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Tiago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Asfor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16386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16"/>
        </w:rPr>
        <w:t>V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Botelho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Tomo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25241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153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0037166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Juazeiro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Júlio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Mariudedith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Saraiva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8811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Nelson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16650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154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0119675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20ª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GR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Engenharia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Eireli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Handerson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15198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Acert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Instalações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Gás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Condicionador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Eliesio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Lessa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33403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Wisney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29721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155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0131799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39ª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Edimar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Kátia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Bastos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Furtado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9334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40" w:lineRule="exact" w:before="5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01" name="Picture 10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102" name="Picture 10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103" name="Picture 10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04" name="Picture 10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05" name="Picture 10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06" name="Picture 10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107" name="Picture 10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08" name="Picture 10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quinta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8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dezembro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2022</w:t>
            </w:r>
            <w:r>
              <w:rPr>
                <w:rFonts w:ascii="Arial" w:hAnsi="Arial" w:eastAsia="Arial"/>
                <w:b/>
                <w:i w:val="0"/>
                <w:color w:val="000000"/>
                <w:spacing w:val="842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2984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229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156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0000417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0203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Ocara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Ocara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Raimunda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Inez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Valdemiro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Alysson</w:t>
      </w:r>
      <w:r>
        <w:rPr>
          <w:rFonts w:ascii="Times New Roman" w:hAnsi="Times New Roman" w:eastAsia="Times New Roman"/>
          <w:b w:val="0"/>
          <w:color w:val="000000"/>
          <w:spacing w:val="2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26513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157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0184740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25ª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Idemberg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Nobre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14260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Prado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24314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158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0161579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35ª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Auto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Use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Varejista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Combustíveis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Derivados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Petróleo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Waltency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Amorim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3481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159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0200690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0133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2º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Russas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Prado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24314A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Isabel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Evangelista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Tales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Levi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41842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160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0200037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0114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Josefa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Marcus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19091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BMG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Gonini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Benício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40470A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161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0015994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0084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Lauro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Valdemiro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Vale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Sampaio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13500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162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0000822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0085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Hidrolândia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Hidrolândia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163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0000227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0085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Hidrolândia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Hidrolândia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Creuza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Nivando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28060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Wilson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0050350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0073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Croatá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Croatá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Luciano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Lourenço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Diego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19646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Sales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165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0216135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30ª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Consórcios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16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Tibério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15877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Vanessa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Carolina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23787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166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0200482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0113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Jucás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Mariano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Mércia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Corrêa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43656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Igor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Bandeira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42107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167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0017090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0154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Quixeramobim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Quixeramobim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Isaque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Mateus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Cordeiro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Karlus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André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Holanda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267100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Rodrigues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Caetano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Cristiane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Diógenes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13446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168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0200081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0120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Ozana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Teodosio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Mateus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Levi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Feijó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36378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BMG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Moreira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Drummond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108112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169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0200350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0055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Eliene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Vilanova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Bastos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Fabrício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43412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Gustavo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Muniz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170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0200358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0055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Canindé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Fabrício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43412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Gustavo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Muniz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z w:val="16"/>
        </w:rPr>
        <w:t>/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171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0218165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21ª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Cleide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5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Maciel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Filipe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Siqueira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Guerra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Pan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Vitor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30348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172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0281896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Vanessa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Dominik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37479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Helder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Guerra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Lobo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42605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Honda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Miguel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Alvim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35877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181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0052466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0084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3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09" name="Picture 10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110" name="Picture 1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111" name="Picture 1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12" name="Picture 1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13" name="Picture 1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14" name="Picture 1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115" name="Picture 1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16" name="Picture 1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quinta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8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dezembro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2022</w:t>
            </w:r>
            <w:r>
              <w:rPr>
                <w:rFonts w:ascii="Arial" w:hAnsi="Arial" w:eastAsia="Arial"/>
                <w:b/>
                <w:i w:val="0"/>
                <w:color w:val="000000"/>
                <w:spacing w:val="842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2984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230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Felicio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Santana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Thaelle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32185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Itaú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174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0003248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0101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Tim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Celular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175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0008995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0126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Mombaça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Mombaça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Ferreira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Mercantil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Gastão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35365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176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0269007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Evanusa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18462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177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0200101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0163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Moraes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Dourado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30142A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Lourenço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Yara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Karla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Paiva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29661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Luís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48305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178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0007144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0124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Milagres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Milagres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Félix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Valdemiro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179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0193278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11ª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Losango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Múltiplo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6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Lúcia</w:t>
      </w:r>
      <w:r>
        <w:rPr>
          <w:rFonts w:ascii="Times New Roman" w:hAnsi="Times New Roman" w:eastAsia="Times New Roman"/>
          <w:b w:val="0"/>
          <w:color w:val="000000"/>
          <w:spacing w:val="6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Ximenes</w:t>
      </w:r>
      <w:r>
        <w:rPr>
          <w:rFonts w:ascii="Times New Roman" w:hAnsi="Times New Roman" w:eastAsia="Times New Roman"/>
          <w:b w:val="0"/>
          <w:color w:val="000000"/>
          <w:spacing w:val="5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Enira</w:t>
      </w:r>
      <w:r>
        <w:rPr>
          <w:rFonts w:ascii="Times New Roman" w:hAnsi="Times New Roman" w:eastAsia="Times New Roman"/>
          <w:b w:val="0"/>
          <w:color w:val="000000"/>
          <w:spacing w:val="6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Ximenes</w:t>
      </w:r>
      <w:r>
        <w:rPr>
          <w:rFonts w:ascii="Times New Roman" w:hAnsi="Times New Roman" w:eastAsia="Times New Roman"/>
          <w:b w:val="0"/>
          <w:color w:val="000000"/>
          <w:spacing w:val="6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Benatti</w:t>
      </w:r>
      <w:r>
        <w:rPr>
          <w:rFonts w:ascii="Times New Roman" w:hAnsi="Times New Roman" w:eastAsia="Times New Roman"/>
          <w:b w:val="0"/>
          <w:color w:val="000000"/>
          <w:spacing w:val="6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6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12767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6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180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0050092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0085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Hidrolândia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Hidrolândia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Antonia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Nivando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28060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Larissa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Rossi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16330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181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0591935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9ª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Massa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falida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Engenharia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Incorporação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Judicial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P2S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Administração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Judicial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Raul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Amaral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13371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Saraiva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Aurilene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Silvana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Machado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Heloiza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Livramento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Brandão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Xavier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Etiene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Zuleide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Emerenciano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Angela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Gianoplus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Walmir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Claudio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Regis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Brayner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Silvio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Delinda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Maria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Cartaxo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Aderaldo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Rosario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Magalhaes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Edsoneudson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Guerra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Lucivania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Borges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Pitombeira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Edineide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Naia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Chaves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Victor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Castelo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Branco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Vania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Magalhaes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Tajra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Marcus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Vinicius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Esmeraldo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Sandra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Fonseca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Brayner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Jaime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Medeiro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Iolanda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Basilio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Feijo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Mendeiros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Sofia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Evaristo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Menescal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Lucia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Jesuino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Dantas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Walter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Pitombeira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Natividade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Barroso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Sabia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Cassiano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Katia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Cristina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Cavalcanti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Ruth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Simões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Sandra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Campelo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Guerra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Jussier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Figueredo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Teresa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4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Tomas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Figueredo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Pinho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Rigoberto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Gadelha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Chaves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Jurandy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1421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Tarso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Ramos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12897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Edson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Cunha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6512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Cristhian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Rios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14204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Brigido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13868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181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dezembro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4"/>
          <w:sz w:val="16"/>
        </w:rPr>
        <w:t>KÁTIA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2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40" w:after="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1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ÁS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SEGUINTES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182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0627598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16ª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Água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Esgoto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CAGECE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Ximenes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Aragão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14456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Quintal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Varjota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e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Restaurante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EIRELI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Gilmar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Salles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13802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Nilo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Avelino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17" name="Picture 1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118" name="Picture 1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119" name="Picture 1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20" name="Picture 1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21" name="Picture 1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22" name="Picture 1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123" name="Picture 1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24" name="Picture 1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quinta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8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dezembro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2022</w:t>
            </w:r>
            <w:r>
              <w:rPr>
                <w:rFonts w:ascii="Arial" w:hAnsi="Arial" w:eastAsia="Arial"/>
                <w:b/>
                <w:i w:val="0"/>
                <w:color w:val="000000"/>
                <w:spacing w:val="842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2984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231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13531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Wilton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Delfino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28597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183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0024747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3"/>
          <w:sz w:val="16"/>
        </w:rPr>
        <w:t>0117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Maracanaú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Joaquim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20441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-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Alexandre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Linhares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11524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Esdras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Dieb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17914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Negreiros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30328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Joao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Magalhaes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Saskia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Cristhine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Bede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Camilo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8847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4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184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0105270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27ª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José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Cristina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Naujalis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357592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Itaucard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Nelson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60359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RJ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185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0627032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5ª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Água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Esgoto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CAGECE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Sheila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Dantas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Bandeira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Magna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Diniz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Hotel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Turismo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Elane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Kamila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29367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186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0131089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77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10ª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Belchior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17314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Marcolino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Rafaella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15969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Queiroz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Bernardino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34129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187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0008458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0140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Paracuru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Paracuru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Gilderlan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Napoleão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Quezado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3183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Cinthia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Greyne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Silva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28569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Manuela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Nobrega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Praxedes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22500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MENDES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188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0634751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39ª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Ednildo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Montenegro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Veras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Josino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33961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Villa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Bella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Residence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Cesar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Vidal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Bastos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17049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Claudio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Rotondo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Junior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Thayana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Barreto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Sales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Massa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Falida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Cameron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Construtora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189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0628332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Construtora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Del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Beato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Goiana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11160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Concretópolis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-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Concreto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Premoldado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Industrial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Júlio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Militão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3144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CARLOS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190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0628391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18ª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Movida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Locação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Veículos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Caroli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Pettenoni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241665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Fábio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Izique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Chebabi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184668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Diego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Maradona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Serpa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Tiago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Cesar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28019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Saulo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Régis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25269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191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0004332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43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3ª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Caucaia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Fundo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Investimentos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Direitos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Creditórios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Multisegmentos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NPL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Ipanema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VI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Padronizado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Pasquali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Parise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Gasparini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Junior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4752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Hudson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150060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Douglas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Silva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Nogueira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192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0226254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50001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19ª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Agropecuária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Helena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Aline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Gurgel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18704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José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Fonseca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3404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Sul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América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Saúde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16"/>
        </w:rPr>
        <w:t>Van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Cleef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273843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193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0630097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Sucessões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Teotonio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Rainier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Ricarty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Gondim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42239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Serafim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Neto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Samila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Quintela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31091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194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0169616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4ª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Brandão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Filhos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Fortship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Agência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Marítima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Larry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John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Rabb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26529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Lucretia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Shipping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LBH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Agenciamento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Marítimo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Cosco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Shiping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Bulk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Andreza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Vettore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Saretta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Devens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10166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195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0005209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Bela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Cruz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Nelson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Wilians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Fratoni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16599A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Capela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Araticuns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Odecio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Cairo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29712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Ana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Carmen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Rios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28933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1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ALBERTO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196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0633779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Interno</w:t>
      </w:r>
      <w:r>
        <w:rPr>
          <w:rFonts w:ascii="Times New Roman" w:hAnsi="Times New Roman" w:eastAsia="Times New Roman"/>
          <w:b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Lavras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Mangabeira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Elisangela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Nunes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Cordeiro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40663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197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0001562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0163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Embargos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Declaração</w:t>
      </w:r>
      <w:r>
        <w:rPr>
          <w:rFonts w:ascii="Times New Roman" w:hAnsi="Times New Roman" w:eastAsia="Times New Roman"/>
          <w:b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São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Benedito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Braz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23747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Embargado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81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Wliker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Alcantara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Abreu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Julia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Guedes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Jales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26988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MENDES</w:t>
      </w:r>
    </w:p>
    <w:p>
      <w:pPr>
        <w:widowControl/>
        <w:wordWrap w:val="0"/>
        <w:autoSpaceDE w:val="0"/>
        <w:autoSpaceDN w:val="0"/>
        <w:spacing w:line="140" w:lineRule="exact" w:before="362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p>
      <w:pPr>
        <w:spacing w:after="0"/>
        <w:sectPr>
          <w:pgSz w:w="11900" w:h="16840"/>
          <w:pgMar w:top="87" w:right="1044" w:bottom="309" w:left="1084" w:header="720" w:footer="720" w:gutter="0"/>
          <w:cols w:space="720" w:num="1" w:equalWidth="0">
            <w:col w:w="9772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47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7018019</wp:posOffset>
            </wp:positionH>
            <wp:positionV relativeFrom="page">
              <wp:posOffset>63500</wp:posOffset>
            </wp:positionV>
            <wp:extent cx="474980" cy="593725"/>
            <wp:wrapNone/>
            <wp:docPr id="125" name="Picture 1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937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778443</wp:posOffset>
            </wp:positionH>
            <wp:positionV relativeFrom="page">
              <wp:posOffset>191607</wp:posOffset>
            </wp:positionV>
            <wp:extent cx="6002020" cy="220980"/>
            <wp:wrapNone/>
            <wp:docPr id="126" name="Picture 1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209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9839706</wp:posOffset>
            </wp:positionV>
            <wp:extent cx="6132830" cy="15240"/>
            <wp:wrapNone/>
            <wp:docPr id="127" name="Picture 1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713645</wp:posOffset>
            </wp:positionH>
            <wp:positionV relativeFrom="page">
              <wp:posOffset>10041754</wp:posOffset>
            </wp:positionV>
            <wp:extent cx="6132830" cy="15240"/>
            <wp:wrapNone/>
            <wp:docPr id="128" name="Picture 1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29" name="Picture 1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30" name="Picture 1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396875" cy="15240"/>
            <wp:wrapNone/>
            <wp:docPr id="131" name="Picture 1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6764851</wp:posOffset>
            </wp:positionH>
            <wp:positionV relativeFrom="page">
              <wp:posOffset>191209</wp:posOffset>
            </wp:positionV>
            <wp:extent cx="15240" cy="215900"/>
            <wp:wrapNone/>
            <wp:docPr id="132" name="Picture 1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6380620</wp:posOffset>
            </wp:positionH>
            <wp:positionV relativeFrom="page">
              <wp:posOffset>191209</wp:posOffset>
            </wp:positionV>
            <wp:extent cx="12700" cy="215900"/>
            <wp:wrapNone/>
            <wp:docPr id="133" name="Picture 1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14" w:lineRule="exact" w:before="108" w:after="0"/>
        <w:ind w:left="0" w:right="0"/>
      </w:pPr>
    </w:p>
    <w:tbl>
      <w:tblPr>
        <w:tblW w:type="auto" w:w="0"/>
        <w:tblInd w:type="dxa" w:w="126"/>
        <w:tblLayout w:type="fixed"/>
        <w:tblLook w:firstColumn="1" w:firstRow="1" w:lastColumn="0" w:lastRow="0" w:noHBand="0" w:noVBand="1" w:val="04A0"/>
      </w:tblPr>
      <w:tblGrid>
        <w:gridCol w:w="4886"/>
        <w:gridCol w:w="4886"/>
      </w:tblGrid>
      <w:tr>
        <w:trPr>
          <w:trHeight w:hRule="exact" w:val="424"/>
        </w:trPr>
        <w:tc>
          <w:tcPr>
            <w:tcW w:type="dxa" w:w="8896"/>
            <w:tcBorders>
              <w:top w:val="single" w:sz="19" w:color="000000"/>
              <w:left w:val="single" w:sz="19" w:color="000000"/>
              <w:bottom w:val="single" w:sz="19" w:color="000000"/>
            </w:tcBorders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140" w:lineRule="exact" w:before="142" w:after="0"/>
              <w:ind w:left="122" w:right="0" w:firstLine="0"/>
              <w:jc w:val="left"/>
            </w:pP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Disponibilização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quinta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feira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8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dezembro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de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2022</w:t>
            </w:r>
            <w:r>
              <w:rPr>
                <w:rFonts w:ascii="Arial" w:hAnsi="Arial" w:eastAsia="Arial"/>
                <w:b/>
                <w:i w:val="0"/>
                <w:color w:val="000000"/>
                <w:spacing w:val="842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Caderno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: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Judiciario</w:t>
            </w:r>
            <w:r>
              <w:rPr>
                <w:rFonts w:ascii="Arial" w:hAnsi="Arial" w:eastAsia="Arial"/>
                <w:b/>
                <w:i w:val="0"/>
                <w:color w:val="000000"/>
                <w:spacing w:val="509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Fortaleza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,</w:t>
            </w:r>
            <w:r>
              <w:rPr>
                <w:rFonts w:ascii="Times New Roman" w:hAnsi="Times New Roman" w:eastAsia="Times New Roman"/>
                <w:b/>
                <w:color w:val="000000"/>
                <w:spacing w:val="-1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Ano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XIII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-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Edição</w:t>
            </w:r>
            <w:r>
              <w:rPr>
                <w:rFonts w:ascii="Times New Roman" w:hAnsi="Times New Roman" w:eastAsia="Times New Roman"/>
                <w:b/>
                <w:color w:val="000000"/>
                <w:spacing w:val="4"/>
                <w:sz w:val="14"/>
              </w:rPr>
              <w:t xml:space="preserve"> </w:t>
            </w:r>
            <w:r>
              <w:rPr>
                <w:rFonts w:ascii="Arial" w:hAnsi="Arial" w:eastAsia="Arial"/>
                <w:b/>
                <w:i w:val="0"/>
                <w:color w:val="000000"/>
                <w:sz w:val="14"/>
              </w:rPr>
              <w:t>2984</w:t>
            </w:r>
          </w:p>
        </w:tc>
        <w:tc>
          <w:tcPr>
            <w:tcW w:type="dxa" w:w="645"/>
            <w:tcBorders>
              <w:top w:val="single" w:sz="19" w:color="000000"/>
              <w:bottom w:val="single" w:sz="19" w:color="000000"/>
              <w:right w:val="single" w:sz="19" w:color="000000"/>
            </w:tcBorders>
            <w:shd w:fill="000000"/>
            <w:tcMar>
              <w:left w:type="dxa" w:w="0"/>
              <w:right w:type="dxa" w:w="0"/>
            </w:tcMar>
          </w:tcPr>
          <w:p>
            <w:pPr>
              <w:widowControl/>
              <w:wordWrap w:val="0"/>
              <w:autoSpaceDE w:val="0"/>
              <w:autoSpaceDN w:val="0"/>
              <w:spacing w:line="240" w:lineRule="exact" w:before="83" w:after="0"/>
              <w:ind w:left="12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4"/>
              </w:rPr>
              <w:t>232</w:t>
            </w:r>
          </w:p>
        </w:tc>
      </w:tr>
    </w:tbl>
    <w:p>
      <w:pPr>
        <w:widowControl/>
        <w:wordWrap w:val="0"/>
        <w:autoSpaceDE w:val="0"/>
        <w:autoSpaceDN w:val="0"/>
        <w:spacing w:line="160" w:lineRule="exact" w:before="226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198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0635788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22ª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Condomínio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Residencial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Bosque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Água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Danny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Memória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30539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Gutemberg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199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0272800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26ª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U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LTDA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David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Peixoto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16477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16"/>
        </w:rPr>
        <w:t>W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.,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6"/>
          <w:sz w:val="16"/>
        </w:rPr>
        <w:t>P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de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13"/>
          <w:sz w:val="16"/>
        </w:rPr>
        <w:t>F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Lady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Valeschka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Carneiro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Catonho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22263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200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0006409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67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2015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0084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Guaraciaba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Norte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Afonso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Elmiro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Castro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Vale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13500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Valdemiro</w:t>
      </w:r>
      <w:r>
        <w:rPr>
          <w:rFonts w:ascii="Times New Roman" w:hAnsi="Times New Roman" w:eastAsia="Times New Roman"/>
          <w:b w:val="0"/>
          <w:color w:val="000000"/>
          <w:spacing w:val="2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Soares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14458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Júnior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201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0001004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2019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0085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Hidrolândia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Hidrolândia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Raimunda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Campos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Nivando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28060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4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9075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0200128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16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0101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Itapipoca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Banco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Larissa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Sento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Sé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Rossi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45388A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Jacinto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5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Silveira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22494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203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0050492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30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0159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Saboeiro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Saboeiro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3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Francisca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Milda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Noronha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Evangelista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24619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2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Mercantil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1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Rodrigo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Leão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97649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Beatriz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Franco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17549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MG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3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204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0050549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50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0029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1ª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Acopiara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Antonio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Renan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Guedes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27989B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C6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Fernanda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Rafaella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32766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205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0000003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98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2021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0058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Apelação</w:t>
      </w:r>
      <w:r>
        <w:rPr>
          <w:rFonts w:ascii="Times New Roman" w:hAnsi="Times New Roman" w:eastAsia="Times New Roman"/>
          <w:b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Cariré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Única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Comarca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Cariré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3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Companhia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ENEL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Cleto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5864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Isaac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54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Soares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Bruna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30550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FORTE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205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dezembro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4"/>
          <w:sz w:val="16"/>
        </w:rPr>
        <w:t>KÁTIA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2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40" w:after="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5"/>
          <w:sz w:val="16"/>
        </w:rPr>
        <w:t>2ª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Privado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1"/>
          <w:sz w:val="16"/>
        </w:rPr>
        <w:t>PAUTA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JULGAMENTO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Número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Pauta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1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SERÃO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PRIMEIRA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DESIMPEDIDA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PRESENCIAL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EM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01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2023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ÁS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30H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SEGUINTES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38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Arial" w:hAnsi="Arial" w:eastAsia="Arial"/>
          <w:b w:val="0"/>
          <w:i w:val="0"/>
          <w:color w:val="000000"/>
          <w:sz w:val="16"/>
        </w:rPr>
        <w:t>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REQUERIMENTO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SUSTENTAÇÃO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ORAL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MAIL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KATIA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TEIXEIRA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@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TJCE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BR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206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0638806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47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Instrumento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31ª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Vara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Cível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Jayme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3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Leitão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Aline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Matos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14852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1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Ademar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15786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).</w:t>
      </w:r>
    </w:p>
    <w:p>
      <w:pPr>
        <w:widowControl/>
        <w:wordWrap w:val="0"/>
        <w:autoSpaceDE w:val="0"/>
        <w:autoSpaceDN w:val="0"/>
        <w:spacing w:line="160" w:lineRule="exact" w:before="40" w:after="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Condomínio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Edifício</w:t>
      </w:r>
      <w:r>
        <w:rPr>
          <w:rFonts w:ascii="Times New Roman" w:hAnsi="Times New Roman" w:eastAsia="Times New Roman"/>
          <w:b w:val="0"/>
          <w:color w:val="000000"/>
          <w:spacing w:val="6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Tambaú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.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Humberto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0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Morais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Mendonça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OAB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15295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/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CE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).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(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Arial" w:hAnsi="Arial" w:eastAsia="Arial"/>
          <w:b w:val="0"/>
          <w:i w:val="0"/>
          <w:color w:val="000000"/>
          <w:spacing w:val="2"/>
          <w:sz w:val="16"/>
        </w:rPr>
        <w:t>):</w:t>
      </w:r>
    </w:p>
    <w:p>
      <w:pPr>
        <w:widowControl/>
        <w:wordWrap w:val="0"/>
        <w:autoSpaceDE w:val="0"/>
        <w:autoSpaceDN w:val="0"/>
        <w:spacing w:line="160" w:lineRule="exact" w:before="40" w:after="120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6"/>
        </w:rPr>
        <w:t>SEGUNDO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16"/>
        </w:rPr>
        <w:t>Total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julgar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3"/>
          <w:sz w:val="16"/>
        </w:rPr>
        <w:t>206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8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dezembro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2022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160" w:lineRule="exact" w:before="240" w:after="120"/>
        <w:ind w:left="333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4"/>
          <w:sz w:val="16"/>
        </w:rPr>
        <w:t>KÁTIA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5"/>
          <w:sz w:val="16"/>
        </w:rPr>
        <w:t>CILENE</w:t>
      </w:r>
      <w:r>
        <w:rPr>
          <w:rFonts w:ascii="Times New Roman" w:hAnsi="Times New Roman" w:eastAsia="Times New Roman"/>
          <w:b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4"/>
          <w:sz w:val="16"/>
        </w:rPr>
        <w:t>TEIXEIRA</w:t>
      </w:r>
    </w:p>
    <w:p>
      <w:pPr>
        <w:widowControl/>
        <w:wordWrap w:val="0"/>
        <w:autoSpaceDE w:val="0"/>
        <w:autoSpaceDN w:val="0"/>
        <w:spacing w:line="160" w:lineRule="exact" w:before="240" w:after="20"/>
        <w:ind w:left="333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que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forem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julgados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por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qualquer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motivo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data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acima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mencionada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terão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seu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adiado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8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16"/>
        </w:rPr>
        <w:t>a</w:t>
      </w:r>
    </w:p>
    <w:p>
      <w:pPr>
        <w:widowControl/>
        <w:wordWrap w:val="0"/>
        <w:autoSpaceDE w:val="0"/>
        <w:autoSpaceDN w:val="0"/>
        <w:spacing w:line="160" w:lineRule="exact" w:before="40" w:after="304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subsequente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,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independentemente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de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nova</w:t>
      </w:r>
      <w:r>
        <w:rPr>
          <w:rFonts w:ascii="Times New Roman" w:hAnsi="Times New Roman" w:eastAsia="Times New Roman"/>
          <w:b w:val="0"/>
          <w:color w:val="000000"/>
          <w:spacing w:val="9"/>
          <w:sz w:val="16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16"/>
        </w:rPr>
        <w:t>intimação</w:t>
      </w:r>
      <w:r>
        <w:rPr>
          <w:rFonts w:ascii="Arial" w:hAnsi="Arial" w:eastAsia="Arial"/>
          <w:b w:val="0"/>
          <w:i w:val="0"/>
          <w:color w:val="000000"/>
          <w:sz w:val="16"/>
        </w:rPr>
        <w:t>.</w:t>
      </w:r>
    </w:p>
    <w:p>
      <w:pPr>
        <w:widowControl/>
        <w:wordWrap w:val="0"/>
        <w:autoSpaceDE w:val="0"/>
        <w:autoSpaceDN w:val="0"/>
        <w:spacing w:line="200" w:lineRule="exact" w:before="607" w:after="277"/>
        <w:ind w:left="5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1"/>
          <w:sz w:val="20"/>
        </w:rPr>
        <w:t>ATAS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0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2"/>
          <w:sz w:val="20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5"/>
          <w:sz w:val="20"/>
        </w:rPr>
        <w:t>SESSÕES</w:t>
      </w:r>
    </w:p>
    <w:p>
      <w:pPr>
        <w:widowControl/>
        <w:wordWrap w:val="0"/>
        <w:autoSpaceDE w:val="0"/>
        <w:autoSpaceDN w:val="0"/>
        <w:spacing w:line="140" w:lineRule="exact" w:before="555" w:after="0"/>
        <w:ind w:left="1725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Publicação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Oficial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Tribunal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Lei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Federal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14"/>
        </w:rPr>
        <w:t>11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419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/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06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,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art</w:t>
      </w:r>
      <w:r>
        <w:rPr>
          <w:rFonts w:ascii="Arial" w:hAnsi="Arial" w:eastAsia="Arial"/>
          <w:b w:val="0"/>
          <w:i w:val="0"/>
          <w:color w:val="000000"/>
          <w:spacing w:val="4"/>
          <w:sz w:val="1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1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14"/>
        </w:rPr>
        <w:t>4º</w:t>
      </w:r>
    </w:p>
    <w:sectPr w:rsidR="00FC693F" w:rsidRPr="0006063C" w:rsidSect="00034616">
      <w:pgSz w:w="11900" w:h="16840"/>
      <w:pgMar w:top="87" w:right="1044" w:bottom="309" w:left="1084" w:header="720" w:footer="720" w:gutter="0"/>
      <w:cols w:space="720" w:num="1" w:equalWidth="0">
        <w:col w:w="9772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embedTrueTypeFonts/>
  <w:saveSubsetFonts/>
  <w:proofState w:spelling="clean" w:grammar="clean"/>
  <w:defaultTabStop w:val="720"/>
  <w:noPunctuationKerning/>
  <w:characterSpacingControl w:val="compressPunctuationAndJapaneseKana"/>
  <w:savePreviewPicture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LightPDF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LightPDF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LightPDF</dc:creator>
  <cp:keywords/>
  <dc:description>generated by LightPDF 20250911</dc:description>
  <cp:lastModifiedBy>LightPDF</cp:lastModifiedBy>
  <cp:revision>1</cp:revision>
  <dcterms:created xsi:type="dcterms:W3CDTF">2026-03-17T12:34:55Z</dcterms:created>
  <dcterms:modified xsi:type="dcterms:W3CDTF">2026-03-17T12:34:55Z</dcterms:modified>
  <cp:category/>
</cp:coreProperties>
</file>